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7E731" w14:textId="34A34CEC" w:rsidR="001D54E9" w:rsidRPr="0022325F" w:rsidRDefault="00324711" w:rsidP="001D54E9">
      <w:pPr>
        <w:pStyle w:val="AGHD1"/>
      </w:pPr>
      <w:bookmarkStart w:id="0" w:name="OLE_LINK3"/>
      <w:r w:rsidRPr="0022325F">
        <w:rPr>
          <w:caps w:val="0"/>
        </w:rPr>
        <w:t>SUPPLEMENTARY FIGURES</w:t>
      </w:r>
    </w:p>
    <w:p w14:paraId="712D3C42" w14:textId="77777777" w:rsidR="001D54E9" w:rsidRPr="0022325F" w:rsidRDefault="001D54E9" w:rsidP="001D54E9">
      <w:pPr>
        <w:pStyle w:val="AGPara"/>
      </w:pPr>
    </w:p>
    <w:p w14:paraId="264D6C41" w14:textId="77777777" w:rsidR="00B639FA" w:rsidRPr="0022325F" w:rsidRDefault="00B639FA" w:rsidP="001D54E9">
      <w:pPr>
        <w:pStyle w:val="AGPara"/>
        <w:sectPr w:rsidR="00B639FA" w:rsidRPr="0022325F" w:rsidSect="00326532">
          <w:footerReference w:type="default" r:id="rId8"/>
          <w:footerReference w:type="first" r:id="rId9"/>
          <w:type w:val="continuous"/>
          <w:pgSz w:w="12240" w:h="15840"/>
          <w:pgMar w:top="1008" w:right="1008" w:bottom="1170" w:left="1008" w:header="432" w:footer="432" w:gutter="0"/>
          <w:cols w:num="2" w:space="720"/>
          <w:noEndnote/>
          <w:titlePg/>
          <w:docGrid w:linePitch="360"/>
        </w:sectPr>
      </w:pPr>
    </w:p>
    <w:p w14:paraId="3445A63C" w14:textId="1A4D65F7" w:rsidR="001D54E9" w:rsidRPr="0022325F" w:rsidRDefault="001D54E9" w:rsidP="001D54E9">
      <w:pPr>
        <w:pStyle w:val="AGPara"/>
      </w:pPr>
    </w:p>
    <w:p w14:paraId="20E19797" w14:textId="2AF38F90" w:rsidR="00B639FA" w:rsidRDefault="00B639FA" w:rsidP="001D54E9">
      <w:pPr>
        <w:pStyle w:val="AGPara"/>
      </w:pPr>
    </w:p>
    <w:p w14:paraId="5CD75CE1" w14:textId="0CCEDA37" w:rsidR="00324711" w:rsidRDefault="00324711" w:rsidP="001D54E9">
      <w:pPr>
        <w:pStyle w:val="AGPara"/>
      </w:pPr>
    </w:p>
    <w:p w14:paraId="769635F6" w14:textId="77777777" w:rsidR="00047C37" w:rsidRDefault="00047C37" w:rsidP="001D54E9">
      <w:pPr>
        <w:pStyle w:val="AGPara"/>
      </w:pPr>
    </w:p>
    <w:p w14:paraId="6F150BB9" w14:textId="77777777" w:rsidR="00324711" w:rsidRPr="0022325F" w:rsidRDefault="00324711" w:rsidP="001D54E9">
      <w:pPr>
        <w:pStyle w:val="AGPara"/>
      </w:pPr>
    </w:p>
    <w:p w14:paraId="6F071440" w14:textId="4E5E47F2" w:rsidR="001D54E9" w:rsidRPr="0022325F" w:rsidRDefault="00B639FA" w:rsidP="00B639FA">
      <w:pPr>
        <w:pStyle w:val="AGPara"/>
        <w:jc w:val="center"/>
      </w:pPr>
      <w:r w:rsidRPr="0022325F">
        <w:rPr>
          <w:noProof/>
        </w:rPr>
        <w:drawing>
          <wp:inline distT="0" distB="0" distL="0" distR="0" wp14:anchorId="11FAFEB6" wp14:editId="6267CA32">
            <wp:extent cx="4107454" cy="1591293"/>
            <wp:effectExtent l="0" t="0" r="762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ng-20-008262-s00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72" cy="15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7A39" w14:textId="77777777" w:rsidR="001D54E9" w:rsidRPr="0022325F" w:rsidRDefault="001D54E9" w:rsidP="00B639FA">
      <w:pPr>
        <w:pStyle w:val="AGPara"/>
        <w:spacing w:after="240"/>
        <w:jc w:val="center"/>
      </w:pPr>
    </w:p>
    <w:p w14:paraId="42E8A0D1" w14:textId="31165411" w:rsidR="001D54E9" w:rsidRPr="0022325F" w:rsidRDefault="00B639FA" w:rsidP="00B639FA">
      <w:pPr>
        <w:pStyle w:val="AGFIGCaption"/>
        <w:jc w:val="both"/>
        <w:rPr>
          <w:rFonts w:asciiTheme="minorHAnsi" w:hAnsiTheme="minorHAnsi" w:cstheme="minorHAnsi"/>
        </w:rPr>
      </w:pPr>
      <w:r w:rsidRPr="0022325F">
        <w:rPr>
          <w:rFonts w:asciiTheme="minorHAnsi" w:hAnsiTheme="minorHAnsi" w:cstheme="minorHAnsi"/>
          <w:bCs/>
        </w:rPr>
        <w:t>Supplementary F</w:t>
      </w:r>
      <w:r w:rsidRPr="0022325F">
        <w:rPr>
          <w:rFonts w:asciiTheme="minorHAnsi" w:eastAsia="Times New Roman" w:hAnsiTheme="minorHAnsi" w:cstheme="minorHAnsi"/>
          <w:bCs/>
        </w:rPr>
        <w:t xml:space="preserve">igure </w:t>
      </w:r>
      <w:r w:rsidRPr="0022325F">
        <w:rPr>
          <w:rFonts w:asciiTheme="minorHAnsi" w:eastAsia="DengXian" w:hAnsiTheme="minorHAnsi" w:cstheme="minorHAnsi"/>
          <w:bCs/>
        </w:rPr>
        <w:t>1</w:t>
      </w:r>
      <w:r w:rsidRPr="0022325F">
        <w:rPr>
          <w:rFonts w:asciiTheme="minorHAnsi" w:eastAsia="Times New Roman" w:hAnsiTheme="minorHAnsi" w:cstheme="minorHAnsi"/>
          <w:bCs/>
        </w:rPr>
        <w:t>.</w:t>
      </w:r>
      <w:r w:rsidRPr="0022325F">
        <w:rPr>
          <w:rFonts w:asciiTheme="minorHAnsi" w:hAnsiTheme="minorHAnsi" w:cstheme="minorHAnsi"/>
          <w:bCs/>
        </w:rPr>
        <w:t xml:space="preserve"> L</w:t>
      </w:r>
      <w:r w:rsidRPr="0022325F">
        <w:rPr>
          <w:rFonts w:asciiTheme="minorHAnsi" w:hAnsiTheme="minorHAnsi" w:cstheme="minorHAnsi"/>
        </w:rPr>
        <w:t xml:space="preserve">ncRNA-ANRIL regulates AMPK catalytic activity by AMPK gamma subunit. 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>Cultured VSMCs were transfected with AMPK</w:t>
      </w:r>
      <w:r w:rsidRPr="0022325F">
        <w:rPr>
          <w:rFonts w:asciiTheme="minorHAnsi" w:eastAsia="Arial Unicode MS" w:hAnsiTheme="minorHAnsi" w:cstheme="minorHAnsi"/>
          <w:b w:val="0"/>
          <w:sz w:val="18"/>
          <w:szCs w:val="18"/>
        </w:rPr>
        <w:t xml:space="preserve">γ1 siRNA for 48 hours followed by treatment with 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 xml:space="preserve">metformin </w:t>
      </w:r>
      <w:r w:rsidRPr="0022325F">
        <w:rPr>
          <w:rFonts w:asciiTheme="minorHAnsi" w:eastAsia="Times New Roman" w:hAnsiTheme="minorHAnsi" w:cstheme="minorHAnsi"/>
          <w:b w:val="0"/>
          <w:bCs/>
          <w:sz w:val="18"/>
          <w:szCs w:val="18"/>
        </w:rPr>
        <w:t>(</w:t>
      </w:r>
      <w:r w:rsidRPr="0022325F">
        <w:rPr>
          <w:rFonts w:asciiTheme="minorHAnsi" w:hAnsiTheme="minorHAnsi" w:cstheme="minorHAnsi"/>
          <w:b w:val="0"/>
          <w:bCs/>
          <w:sz w:val="18"/>
          <w:szCs w:val="18"/>
        </w:rPr>
        <w:t xml:space="preserve">1 </w:t>
      </w:r>
      <w:r w:rsidRPr="0022325F">
        <w:rPr>
          <w:rFonts w:asciiTheme="minorHAnsi" w:eastAsia="Times New Roman" w:hAnsiTheme="minorHAnsi" w:cstheme="minorHAnsi"/>
          <w:b w:val="0"/>
          <w:bCs/>
          <w:sz w:val="18"/>
          <w:szCs w:val="18"/>
        </w:rPr>
        <w:t xml:space="preserve">mM) 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>for 12 hours. Total cell lysates were subjected to perform western blot analysis of phosphorylated AMPK (</w:t>
      </w:r>
      <w:proofErr w:type="spellStart"/>
      <w:r w:rsidRPr="0022325F">
        <w:rPr>
          <w:rFonts w:asciiTheme="minorHAnsi" w:hAnsiTheme="minorHAnsi" w:cstheme="minorHAnsi"/>
          <w:b w:val="0"/>
          <w:sz w:val="18"/>
          <w:szCs w:val="18"/>
        </w:rPr>
        <w:t>pAMPK</w:t>
      </w:r>
      <w:proofErr w:type="spellEnd"/>
      <w:r w:rsidRPr="0022325F">
        <w:rPr>
          <w:rFonts w:asciiTheme="minorHAnsi" w:hAnsiTheme="minorHAnsi" w:cstheme="minorHAnsi"/>
          <w:b w:val="0"/>
          <w:sz w:val="18"/>
          <w:szCs w:val="18"/>
        </w:rPr>
        <w:t xml:space="preserve">) and total AMPK protein levels in </w:t>
      </w:r>
      <w:r w:rsidR="00ED4C70">
        <w:rPr>
          <w:rFonts w:asciiTheme="minorHAnsi" w:hAnsiTheme="minorHAnsi" w:cstheme="minorHAnsi"/>
          <w:b w:val="0"/>
          <w:sz w:val="18"/>
          <w:szCs w:val="18"/>
        </w:rPr>
        <w:t>(</w:t>
      </w:r>
      <w:r w:rsidRPr="00ED4C70">
        <w:rPr>
          <w:rFonts w:asciiTheme="minorHAnsi" w:hAnsiTheme="minorHAnsi" w:cstheme="minorHAnsi"/>
          <w:sz w:val="18"/>
          <w:szCs w:val="18"/>
        </w:rPr>
        <w:t>A</w:t>
      </w:r>
      <w:r w:rsidR="00ED4C70">
        <w:rPr>
          <w:rFonts w:asciiTheme="minorHAnsi" w:hAnsiTheme="minorHAnsi" w:cstheme="minorHAnsi"/>
          <w:b w:val="0"/>
          <w:sz w:val="18"/>
          <w:szCs w:val="18"/>
        </w:rPr>
        <w:t>)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>. AMPK activity was assayed by P</w:t>
      </w:r>
      <w:r w:rsidRPr="0022325F">
        <w:rPr>
          <w:rFonts w:asciiTheme="minorHAnsi" w:hAnsiTheme="minorHAnsi" w:cstheme="minorHAnsi"/>
          <w:b w:val="0"/>
          <w:sz w:val="18"/>
          <w:szCs w:val="18"/>
          <w:vertAlign w:val="superscript"/>
        </w:rPr>
        <w:t>32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 xml:space="preserve">-ATP method in </w:t>
      </w:r>
      <w:r w:rsidR="00ED4C70">
        <w:rPr>
          <w:rFonts w:asciiTheme="minorHAnsi" w:hAnsiTheme="minorHAnsi" w:cstheme="minorHAnsi"/>
          <w:b w:val="0"/>
          <w:sz w:val="18"/>
          <w:szCs w:val="18"/>
        </w:rPr>
        <w:t>(</w:t>
      </w:r>
      <w:r w:rsidRPr="00ED4C70">
        <w:rPr>
          <w:rFonts w:asciiTheme="minorHAnsi" w:hAnsiTheme="minorHAnsi" w:cstheme="minorHAnsi"/>
          <w:sz w:val="18"/>
          <w:szCs w:val="18"/>
        </w:rPr>
        <w:t>B</w:t>
      </w:r>
      <w:r w:rsidR="00ED4C70">
        <w:rPr>
          <w:rFonts w:asciiTheme="minorHAnsi" w:hAnsiTheme="minorHAnsi" w:cstheme="minorHAnsi"/>
          <w:b w:val="0"/>
          <w:sz w:val="18"/>
          <w:szCs w:val="18"/>
        </w:rPr>
        <w:t>)</w:t>
      </w:r>
      <w:r w:rsidRPr="0022325F">
        <w:rPr>
          <w:rFonts w:asciiTheme="minorHAnsi" w:eastAsia="DengXian" w:hAnsiTheme="minorHAnsi" w:cstheme="minorHAnsi"/>
          <w:b w:val="0"/>
          <w:sz w:val="18"/>
          <w:szCs w:val="18"/>
        </w:rPr>
        <w:t xml:space="preserve">. 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 xml:space="preserve">N is 5 in each group. </w:t>
      </w:r>
      <w:r w:rsidRPr="0022325F">
        <w:rPr>
          <w:rFonts w:asciiTheme="minorHAnsi" w:hAnsiTheme="minorHAnsi" w:cstheme="minorHAnsi"/>
          <w:b w:val="0"/>
          <w:sz w:val="18"/>
          <w:szCs w:val="18"/>
          <w:vertAlign w:val="superscript"/>
        </w:rPr>
        <w:t>*</w:t>
      </w:r>
      <w:r w:rsidRPr="0022325F">
        <w:rPr>
          <w:rFonts w:asciiTheme="minorHAnsi" w:hAnsiTheme="minorHAnsi" w:cstheme="minorHAnsi"/>
          <w:b w:val="0"/>
          <w:i/>
          <w:sz w:val="18"/>
          <w:szCs w:val="18"/>
        </w:rPr>
        <w:t>P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 xml:space="preserve">&lt;0.05 vs. scramble siRNA. </w:t>
      </w:r>
      <w:r w:rsidRPr="0022325F">
        <w:rPr>
          <w:rFonts w:asciiTheme="minorHAnsi" w:hAnsiTheme="minorHAnsi" w:cstheme="minorHAnsi"/>
          <w:b w:val="0"/>
          <w:sz w:val="18"/>
          <w:szCs w:val="18"/>
          <w:vertAlign w:val="superscript"/>
        </w:rPr>
        <w:t>#</w:t>
      </w:r>
      <w:r w:rsidRPr="0022325F">
        <w:rPr>
          <w:rFonts w:asciiTheme="minorHAnsi" w:hAnsiTheme="minorHAnsi" w:cstheme="minorHAnsi"/>
          <w:b w:val="0"/>
          <w:i/>
          <w:sz w:val="18"/>
          <w:szCs w:val="18"/>
        </w:rPr>
        <w:t>P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>&lt;0.05 vs. scramble siRNA plus metformin.</w:t>
      </w:r>
    </w:p>
    <w:p w14:paraId="7EB6309D" w14:textId="156FBDCF" w:rsidR="00B639FA" w:rsidRDefault="00B639FA" w:rsidP="001D54E9">
      <w:pPr>
        <w:pStyle w:val="AGPara"/>
      </w:pPr>
    </w:p>
    <w:p w14:paraId="7AD15C94" w14:textId="7BA1113B" w:rsidR="00324711" w:rsidRDefault="00324711" w:rsidP="001D54E9">
      <w:pPr>
        <w:pStyle w:val="AGPara"/>
      </w:pPr>
    </w:p>
    <w:p w14:paraId="6D1EEFCE" w14:textId="56E296EA" w:rsidR="00047C37" w:rsidRDefault="00047C37" w:rsidP="001D54E9">
      <w:pPr>
        <w:pStyle w:val="AGPara"/>
      </w:pPr>
    </w:p>
    <w:p w14:paraId="4DC46A32" w14:textId="77777777" w:rsidR="00047C37" w:rsidRDefault="00047C37" w:rsidP="001D54E9">
      <w:pPr>
        <w:pStyle w:val="AGPara"/>
      </w:pPr>
    </w:p>
    <w:p w14:paraId="4FB5D64A" w14:textId="77777777" w:rsidR="00324711" w:rsidRPr="0022325F" w:rsidRDefault="00324711" w:rsidP="001D54E9">
      <w:pPr>
        <w:pStyle w:val="AGPara"/>
      </w:pPr>
    </w:p>
    <w:p w14:paraId="7DA0CDE3" w14:textId="77777777" w:rsidR="001D54E9" w:rsidRPr="0022325F" w:rsidRDefault="001D54E9" w:rsidP="00B639FA">
      <w:pPr>
        <w:pStyle w:val="AGPara"/>
        <w:spacing w:after="240"/>
        <w:jc w:val="center"/>
      </w:pPr>
    </w:p>
    <w:bookmarkEnd w:id="0"/>
    <w:p w14:paraId="190D7DF3" w14:textId="68887A61" w:rsidR="00BD1F30" w:rsidRPr="0022325F" w:rsidRDefault="00B639FA" w:rsidP="00B639FA">
      <w:pPr>
        <w:pStyle w:val="AGPara"/>
        <w:jc w:val="center"/>
        <w:rPr>
          <w:shd w:val="clear" w:color="auto" w:fill="FFFFFF"/>
        </w:rPr>
      </w:pPr>
      <w:r w:rsidRPr="0022325F">
        <w:rPr>
          <w:noProof/>
          <w:shd w:val="clear" w:color="auto" w:fill="FFFFFF"/>
        </w:rPr>
        <w:drawing>
          <wp:inline distT="0" distB="0" distL="0" distR="0" wp14:anchorId="56CBBF44" wp14:editId="4E11E335">
            <wp:extent cx="4607626" cy="1370070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ng-20-008262-s00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56" cy="137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4513" w14:textId="06456C1F" w:rsidR="00BA41EE" w:rsidRPr="0022325F" w:rsidRDefault="00BA41EE" w:rsidP="00B639FA">
      <w:pPr>
        <w:pStyle w:val="AGPara"/>
        <w:spacing w:after="240"/>
        <w:jc w:val="center"/>
      </w:pPr>
    </w:p>
    <w:p w14:paraId="35E67D50" w14:textId="66761F2D" w:rsidR="00B639FA" w:rsidRPr="00D91332" w:rsidRDefault="00104745" w:rsidP="00721E8B">
      <w:pPr>
        <w:pStyle w:val="AGFIGCaption"/>
        <w:jc w:val="both"/>
        <w:rPr>
          <w:rFonts w:asciiTheme="minorHAnsi" w:hAnsiTheme="minorHAnsi" w:cstheme="minorHAnsi"/>
          <w:b w:val="0"/>
          <w:color w:val="000000"/>
          <w:sz w:val="18"/>
        </w:rPr>
      </w:pPr>
      <w:r>
        <w:rPr>
          <w:rFonts w:asciiTheme="minorHAnsi" w:hAnsiTheme="minorHAnsi" w:cstheme="minorHAnsi"/>
          <w:bCs/>
        </w:rPr>
        <w:t xml:space="preserve">Supplementary Figure </w:t>
      </w:r>
      <w:r w:rsidR="00D91332" w:rsidRPr="00D91332">
        <w:rPr>
          <w:rFonts w:asciiTheme="minorHAnsi" w:hAnsiTheme="minorHAnsi" w:cstheme="minorHAnsi"/>
          <w:bCs/>
        </w:rPr>
        <w:t xml:space="preserve">2. Decreased AMPKα phosphorylation and AMPK activity is related to the development of atherosclerosis lesions in human subjects. </w:t>
      </w:r>
      <w:r w:rsidR="00D91332" w:rsidRPr="00D91332">
        <w:rPr>
          <w:rFonts w:asciiTheme="minorHAnsi" w:hAnsiTheme="minorHAnsi" w:cstheme="minorHAnsi"/>
          <w:b w:val="0"/>
          <w:bCs/>
          <w:sz w:val="18"/>
        </w:rPr>
        <w:t>Tissues of left anterior descending coronary artery were collected from patients with atherosclerosis diagnosed by coronary angiography. (</w:t>
      </w:r>
      <w:r w:rsidR="00D91332" w:rsidRPr="00D91332">
        <w:rPr>
          <w:rFonts w:asciiTheme="minorHAnsi" w:hAnsiTheme="minorHAnsi" w:cstheme="minorHAnsi"/>
          <w:bCs/>
          <w:sz w:val="18"/>
        </w:rPr>
        <w:t>A</w:t>
      </w:r>
      <w:r w:rsidR="00D91332" w:rsidRPr="00D91332">
        <w:rPr>
          <w:rFonts w:asciiTheme="minorHAnsi" w:hAnsiTheme="minorHAnsi" w:cstheme="minorHAnsi"/>
          <w:b w:val="0"/>
          <w:bCs/>
          <w:sz w:val="18"/>
        </w:rPr>
        <w:t xml:space="preserve">) Morphology of atherosclerosis lesion by HE staining (X100) and IHC analysis of </w:t>
      </w:r>
      <w:proofErr w:type="spellStart"/>
      <w:r w:rsidR="00D91332" w:rsidRPr="00D91332">
        <w:rPr>
          <w:rFonts w:asciiTheme="minorHAnsi" w:hAnsiTheme="minorHAnsi" w:cstheme="minorHAnsi"/>
          <w:b w:val="0"/>
          <w:bCs/>
          <w:sz w:val="18"/>
        </w:rPr>
        <w:t>pAMPK</w:t>
      </w:r>
      <w:proofErr w:type="spellEnd"/>
      <w:r w:rsidR="00D91332" w:rsidRPr="00D91332">
        <w:rPr>
          <w:rFonts w:asciiTheme="minorHAnsi" w:hAnsiTheme="minorHAnsi" w:cstheme="minorHAnsi"/>
          <w:b w:val="0"/>
          <w:bCs/>
          <w:sz w:val="18"/>
        </w:rPr>
        <w:t xml:space="preserve"> and AMPK (X400). (</w:t>
      </w:r>
      <w:r w:rsidR="00D91332" w:rsidRPr="00D91332">
        <w:rPr>
          <w:rFonts w:asciiTheme="minorHAnsi" w:hAnsiTheme="minorHAnsi" w:cstheme="minorHAnsi"/>
          <w:bCs/>
          <w:sz w:val="18"/>
        </w:rPr>
        <w:t>B</w:t>
      </w:r>
      <w:r w:rsidR="00D91332" w:rsidRPr="00D91332">
        <w:rPr>
          <w:rFonts w:asciiTheme="minorHAnsi" w:hAnsiTheme="minorHAnsi" w:cstheme="minorHAnsi"/>
          <w:b w:val="0"/>
          <w:bCs/>
          <w:sz w:val="18"/>
        </w:rPr>
        <w:t xml:space="preserve">) Quantitative data for </w:t>
      </w:r>
      <w:proofErr w:type="spellStart"/>
      <w:r w:rsidR="00D91332" w:rsidRPr="00D91332">
        <w:rPr>
          <w:rFonts w:asciiTheme="minorHAnsi" w:hAnsiTheme="minorHAnsi" w:cstheme="minorHAnsi"/>
          <w:b w:val="0"/>
          <w:bCs/>
          <w:sz w:val="18"/>
        </w:rPr>
        <w:t>pAMPK</w:t>
      </w:r>
      <w:proofErr w:type="spellEnd"/>
      <w:r w:rsidR="00D91332" w:rsidRPr="00D91332">
        <w:rPr>
          <w:rFonts w:asciiTheme="minorHAnsi" w:hAnsiTheme="minorHAnsi" w:cstheme="minorHAnsi"/>
          <w:b w:val="0"/>
          <w:bCs/>
          <w:sz w:val="18"/>
        </w:rPr>
        <w:t xml:space="preserve"> in A. (</w:t>
      </w:r>
      <w:r w:rsidR="00D91332" w:rsidRPr="00D91332">
        <w:rPr>
          <w:rFonts w:asciiTheme="minorHAnsi" w:hAnsiTheme="minorHAnsi" w:cstheme="minorHAnsi"/>
          <w:bCs/>
          <w:sz w:val="18"/>
        </w:rPr>
        <w:t>C</w:t>
      </w:r>
      <w:r w:rsidR="00D91332" w:rsidRPr="00D91332">
        <w:rPr>
          <w:rFonts w:asciiTheme="minorHAnsi" w:hAnsiTheme="minorHAnsi" w:cstheme="minorHAnsi"/>
          <w:b w:val="0"/>
          <w:bCs/>
          <w:sz w:val="18"/>
        </w:rPr>
        <w:t>) The homogenates of atherosclerotic tissues were subjected to assay the level of pAP-2α by Western blot. (</w:t>
      </w:r>
      <w:r w:rsidR="00D91332" w:rsidRPr="00D91332">
        <w:rPr>
          <w:rFonts w:asciiTheme="minorHAnsi" w:hAnsiTheme="minorHAnsi" w:cstheme="minorHAnsi"/>
          <w:bCs/>
          <w:sz w:val="18"/>
        </w:rPr>
        <w:t>D</w:t>
      </w:r>
      <w:r w:rsidR="00D91332" w:rsidRPr="00D91332">
        <w:rPr>
          <w:rFonts w:asciiTheme="minorHAnsi" w:hAnsiTheme="minorHAnsi" w:cstheme="minorHAnsi"/>
          <w:b w:val="0"/>
          <w:bCs/>
          <w:sz w:val="18"/>
        </w:rPr>
        <w:t>) The lncRNA-ANRIL level was assessed by real-time PCR. Five human subjects in each group. *P&lt;0.05 vs. 10%.</w:t>
      </w:r>
    </w:p>
    <w:p w14:paraId="72BE0441" w14:textId="29D00C82" w:rsidR="00B639FA" w:rsidRPr="0022325F" w:rsidRDefault="00B639FA">
      <w:pPr>
        <w:rPr>
          <w:sz w:val="21"/>
          <w:szCs w:val="21"/>
        </w:rPr>
      </w:pPr>
      <w:r w:rsidRPr="0022325F">
        <w:br w:type="page"/>
      </w:r>
    </w:p>
    <w:p w14:paraId="04709A37" w14:textId="0F420C35" w:rsidR="00B639FA" w:rsidRPr="0022325F" w:rsidRDefault="00B639FA" w:rsidP="00B639FA">
      <w:pPr>
        <w:pStyle w:val="AGPara"/>
        <w:jc w:val="center"/>
      </w:pPr>
      <w:r w:rsidRPr="0022325F">
        <w:rPr>
          <w:noProof/>
        </w:rPr>
        <w:lastRenderedPageBreak/>
        <w:drawing>
          <wp:inline distT="0" distB="0" distL="0" distR="0" wp14:anchorId="73DB11A9" wp14:editId="2109193B">
            <wp:extent cx="4835260" cy="3319154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ng-20-008262-s003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98" cy="33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45C3" w14:textId="77777777" w:rsidR="00B639FA" w:rsidRPr="0022325F" w:rsidRDefault="00B639FA" w:rsidP="00B639FA">
      <w:pPr>
        <w:pStyle w:val="AGPara"/>
        <w:spacing w:after="240"/>
        <w:jc w:val="center"/>
      </w:pPr>
    </w:p>
    <w:p w14:paraId="5D08F14B" w14:textId="768653E5" w:rsidR="00B639FA" w:rsidRPr="0022325F" w:rsidRDefault="00B639FA" w:rsidP="00B639FA">
      <w:pPr>
        <w:pStyle w:val="AGFIGCaption"/>
        <w:jc w:val="both"/>
        <w:rPr>
          <w:rFonts w:asciiTheme="minorHAnsi" w:hAnsiTheme="minorHAnsi" w:cstheme="minorHAnsi"/>
        </w:rPr>
      </w:pPr>
      <w:r w:rsidRPr="0022325F">
        <w:rPr>
          <w:rFonts w:asciiTheme="minorHAnsi" w:hAnsiTheme="minorHAnsi" w:cstheme="minorHAnsi"/>
          <w:bCs/>
        </w:rPr>
        <w:t>Supplementary Figure 3. P</w:t>
      </w:r>
      <w:r w:rsidRPr="0022325F">
        <w:rPr>
          <w:rFonts w:asciiTheme="minorHAnsi" w:hAnsiTheme="minorHAnsi" w:cstheme="minorHAnsi"/>
        </w:rPr>
        <w:t xml:space="preserve">roposed mechanisms by which metformin prevents atherosclerosis. 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 xml:space="preserve">AMPK activation by metformin increases </w:t>
      </w:r>
      <w:r w:rsidRPr="0022325F">
        <w:rPr>
          <w:rFonts w:asciiTheme="minorHAnsi" w:hAnsiTheme="minorHAnsi" w:cstheme="minorHAnsi"/>
          <w:b w:val="0"/>
          <w:color w:val="000000"/>
          <w:sz w:val="18"/>
          <w:szCs w:val="18"/>
        </w:rPr>
        <w:t>lncRNA-ANRIL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 xml:space="preserve"> expression, leading to the increased affinity of </w:t>
      </w:r>
      <w:r w:rsidRPr="0022325F">
        <w:rPr>
          <w:rFonts w:asciiTheme="minorHAnsi" w:hAnsiTheme="minorHAnsi" w:cstheme="minorHAnsi"/>
          <w:b w:val="0"/>
          <w:color w:val="000000"/>
          <w:sz w:val="18"/>
          <w:szCs w:val="18"/>
        </w:rPr>
        <w:t>lncRNA-ANRIL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 xml:space="preserve"> to </w:t>
      </w:r>
      <w:proofErr w:type="spellStart"/>
      <w:r w:rsidRPr="0022325F">
        <w:rPr>
          <w:rFonts w:asciiTheme="minorHAnsi" w:hAnsiTheme="minorHAnsi" w:cstheme="minorHAnsi"/>
          <w:b w:val="0"/>
          <w:color w:val="000000"/>
          <w:sz w:val="18"/>
          <w:szCs w:val="18"/>
        </w:rPr>
        <w:t>AMPK</w:t>
      </w:r>
      <w:r w:rsidRPr="0022325F">
        <w:rPr>
          <w:rFonts w:asciiTheme="minorHAnsi" w:eastAsia="Arial Unicode MS" w:hAnsiTheme="minorHAnsi" w:cstheme="minorHAnsi"/>
          <w:b w:val="0"/>
          <w:sz w:val="18"/>
          <w:szCs w:val="18"/>
        </w:rPr>
        <w:t>γ</w:t>
      </w:r>
      <w:proofErr w:type="spellEnd"/>
      <w:r w:rsidRPr="0022325F">
        <w:rPr>
          <w:rFonts w:asciiTheme="minorHAnsi" w:eastAsia="Arial Unicode MS" w:hAnsiTheme="minorHAnsi" w:cstheme="minorHAnsi"/>
          <w:b w:val="0"/>
          <w:sz w:val="18"/>
          <w:szCs w:val="18"/>
        </w:rPr>
        <w:t xml:space="preserve"> subunit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 xml:space="preserve">. As a result, AMPK catalytic activity is increased. In this way, metformin produces the suppressive effects on the development of atherosclerosis through suppression of VSMC </w:t>
      </w:r>
      <w:r w:rsidRPr="0022325F">
        <w:rPr>
          <w:rFonts w:asciiTheme="minorHAnsi" w:hAnsiTheme="minorHAnsi" w:cstheme="minorHAnsi"/>
          <w:b w:val="0"/>
          <w:color w:val="000000"/>
          <w:sz w:val="18"/>
          <w:szCs w:val="18"/>
        </w:rPr>
        <w:t>phenotypic switching</w:t>
      </w:r>
      <w:r w:rsidRPr="0022325F">
        <w:rPr>
          <w:rFonts w:asciiTheme="minorHAnsi" w:hAnsiTheme="minorHAnsi" w:cstheme="minorHAnsi"/>
          <w:b w:val="0"/>
          <w:sz w:val="18"/>
          <w:szCs w:val="18"/>
        </w:rPr>
        <w:t>.</w:t>
      </w:r>
    </w:p>
    <w:p w14:paraId="5806070E" w14:textId="77777777" w:rsidR="00B639FA" w:rsidRPr="0022325F" w:rsidRDefault="00B639FA" w:rsidP="00F968DB">
      <w:pPr>
        <w:pStyle w:val="AGPara"/>
      </w:pPr>
    </w:p>
    <w:p w14:paraId="5E36117A" w14:textId="39CA8F98" w:rsidR="00326532" w:rsidRPr="00324711" w:rsidRDefault="00326532" w:rsidP="00324711">
      <w:pPr>
        <w:rPr>
          <w:sz w:val="21"/>
          <w:szCs w:val="21"/>
        </w:rPr>
      </w:pPr>
    </w:p>
    <w:sectPr w:rsidR="00326532" w:rsidRPr="00324711" w:rsidSect="003E0320">
      <w:type w:val="continuous"/>
      <w:pgSz w:w="12240" w:h="15840"/>
      <w:pgMar w:top="1008" w:right="1008" w:bottom="1170" w:left="1008" w:header="432" w:footer="432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7D5F7" w14:textId="77777777" w:rsidR="00AE3AC0" w:rsidRDefault="00AE3AC0">
      <w:r>
        <w:separator/>
      </w:r>
    </w:p>
  </w:endnote>
  <w:endnote w:type="continuationSeparator" w:id="0">
    <w:p w14:paraId="6F9E09FB" w14:textId="77777777" w:rsidR="00AE3AC0" w:rsidRDefault="00AE3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neva"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AGaramond">
    <w:altName w:val="宋体"/>
    <w:charset w:val="86"/>
    <w:family w:val="roman"/>
    <w:pitch w:val="default"/>
    <w:sig w:usb0="00000001" w:usb1="080E0000" w:usb2="00000010" w:usb3="00000000" w:csb0="00040000" w:csb1="00000000"/>
  </w:font>
  <w:font w:name="AdvTT5235d5a9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 Premr Pro">
    <w:panose1 w:val="00000000000000000000"/>
    <w:charset w:val="00"/>
    <w:family w:val="roman"/>
    <w:notTrueType/>
    <w:pitch w:val="variable"/>
    <w:sig w:usb0="E00002BF" w:usb1="5000E07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ans">
    <w:altName w:val="Arial"/>
    <w:charset w:val="01"/>
    <w:family w:val="swiss"/>
    <w:pitch w:val="default"/>
  </w:font>
  <w:font w:name="苹方-简">
    <w:charset w:val="86"/>
    <w:family w:val="auto"/>
    <w:pitch w:val="default"/>
    <w:sig w:usb0="A00002FF" w:usb1="7ACFFDFB" w:usb2="00000017" w:usb3="00000000" w:csb0="00040001" w:csb1="00000000"/>
  </w:font>
  <w:font w:name="AdvOT476bff3c.BI">
    <w:altName w:val="Times New Roman"/>
    <w:panose1 w:val="00000000000000000000"/>
    <w:charset w:val="00"/>
    <w:family w:val="roman"/>
    <w:notTrueType/>
    <w:pitch w:val="default"/>
  </w:font>
  <w:font w:name="AdvOT09c53c0a.I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F Agora Serif Pro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Helvetica Neue"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dvP4BCB5F">
    <w:altName w:val="Segoe Print"/>
    <w:charset w:val="00"/>
    <w:family w:val="auto"/>
    <w:pitch w:val="default"/>
  </w:font>
  <w:font w:name="AdvOTb319c559">
    <w:altName w:val="Segoe Print"/>
    <w:charset w:val="00"/>
    <w:family w:val="auto"/>
    <w:pitch w:val="default"/>
  </w:font>
  <w:font w:name="AdvTimes-i">
    <w:altName w:val="Segoe Print"/>
    <w:charset w:val="00"/>
    <w:family w:val="auto"/>
    <w:pitch w:val="default"/>
  </w:font>
  <w:font w:name="AdvTimes">
    <w:altName w:val="Segoe Print"/>
    <w:charset w:val="00"/>
    <w:family w:val="auto"/>
    <w:pitch w:val="default"/>
  </w:font>
  <w:font w:name="AdvPi1">
    <w:altName w:val="Segoe Prin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erif CJK SC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ejaVu Sans">
    <w:altName w:val="苹方-简"/>
    <w:charset w:val="00"/>
    <w:family w:val="roman"/>
    <w:pitch w:val="default"/>
    <w:sig w:usb0="20007A87" w:usb1="80000000" w:usb2="00000008" w:usb3="00000000" w:csb0="000001FF" w:csb1="00000000"/>
  </w:font>
  <w:font w:name="Lohit Hindi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63995" w14:textId="77777777" w:rsidR="00675791" w:rsidRPr="0007704C" w:rsidRDefault="00675791" w:rsidP="00B4483C">
    <w:pPr>
      <w:suppressLineNumbers/>
      <w:tabs>
        <w:tab w:val="center" w:pos="4945"/>
        <w:tab w:val="right" w:pos="10170"/>
      </w:tabs>
      <w:rPr>
        <w:rFonts w:ascii="Liberation Serif" w:eastAsia="DejaVu Sans" w:hAnsi="Liberation Serif" w:cs="Lohit Hindi"/>
        <w:kern w:val="1"/>
        <w:lang w:val="en-GB" w:eastAsia="zh-CN" w:bidi="hi-IN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6192" behindDoc="0" locked="0" layoutInCell="1" allowOverlap="1" wp14:anchorId="4F22BF9C" wp14:editId="031D9FD6">
              <wp:simplePos x="0" y="0"/>
              <wp:positionH relativeFrom="column">
                <wp:posOffset>-23495</wp:posOffset>
              </wp:positionH>
              <wp:positionV relativeFrom="paragraph">
                <wp:posOffset>-122556</wp:posOffset>
              </wp:positionV>
              <wp:extent cx="6528435" cy="0"/>
              <wp:effectExtent l="0" t="0" r="24765" b="19050"/>
              <wp:wrapNone/>
              <wp:docPr id="23" name="Straight Arrow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843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020B5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-1.85pt;margin-top:-9.65pt;width:514.05pt;height:0;z-index:2516561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" strokeweight="1pt"/>
          </w:pict>
        </mc:Fallback>
      </mc:AlternateContent>
    </w:r>
    <w:r w:rsidRPr="0007704C">
      <w:rPr>
        <w:rFonts w:ascii="Calibri" w:eastAsia="DejaVu Sans" w:hAnsi="Calibri" w:cs="Calibri"/>
        <w:color w:val="0000FF"/>
        <w:kern w:val="1"/>
        <w:sz w:val="20"/>
        <w:szCs w:val="20"/>
        <w:lang w:val="en-GB" w:eastAsia="zh-CN" w:bidi="hi-IN"/>
      </w:rPr>
      <w:t>www.aging-us.com</w:t>
    </w:r>
    <w:r w:rsidRPr="000770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fldChar w:fldCharType="begin"/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instrText xml:space="preserve"> PAGE   \* MERGEFORMAT </w:instrText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fldChar w:fldCharType="separate"/>
    </w:r>
    <w:r w:rsidRPr="00F12F38">
      <w:rPr>
        <w:rFonts w:ascii="Calibri" w:eastAsia="DejaVu Sans" w:hAnsi="Calibri" w:cs="Calibri"/>
        <w:noProof/>
        <w:kern w:val="1"/>
        <w:lang w:val="en-GB" w:eastAsia="zh-CN" w:bidi="hi-IN"/>
      </w:rPr>
      <w:t>10</w:t>
    </w:r>
    <w:r w:rsidRPr="001E534C">
      <w:rPr>
        <w:rFonts w:ascii="Calibri" w:eastAsia="DejaVu Sans" w:hAnsi="Calibri" w:cs="Calibri"/>
        <w:noProof/>
        <w:kern w:val="1"/>
        <w:sz w:val="20"/>
        <w:szCs w:val="20"/>
        <w:lang w:val="en-GB" w:eastAsia="zh-CN" w:bidi="hi-IN"/>
      </w:rPr>
      <w:fldChar w:fldCharType="end"/>
    </w:r>
    <w:r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>
      <w:rPr>
        <w:rFonts w:ascii="Calibri" w:eastAsia="DejaVu Sans" w:hAnsi="Calibri" w:cs="Calibri"/>
        <w:color w:val="0000FF"/>
        <w:kern w:val="1"/>
        <w:lang w:val="en-GB" w:eastAsia="zh-CN" w:bidi="hi-IN"/>
      </w:rPr>
      <w:t>AGING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45F47" w14:textId="77777777" w:rsidR="00675791" w:rsidRPr="0007704C" w:rsidRDefault="00675791" w:rsidP="00444705">
    <w:pPr>
      <w:suppressLineNumbers/>
      <w:tabs>
        <w:tab w:val="center" w:pos="4945"/>
        <w:tab w:val="right" w:pos="10170"/>
      </w:tabs>
      <w:rPr>
        <w:rFonts w:ascii="Liberation Serif" w:eastAsia="DejaVu Sans" w:hAnsi="Liberation Serif" w:cs="Lohit Hindi"/>
        <w:kern w:val="1"/>
        <w:lang w:val="en-GB" w:eastAsia="zh-CN" w:bidi="hi-IN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8240" behindDoc="0" locked="0" layoutInCell="1" allowOverlap="1" wp14:anchorId="22899841" wp14:editId="13A2C258">
              <wp:simplePos x="0" y="0"/>
              <wp:positionH relativeFrom="column">
                <wp:posOffset>-23495</wp:posOffset>
              </wp:positionH>
              <wp:positionV relativeFrom="paragraph">
                <wp:posOffset>-122556</wp:posOffset>
              </wp:positionV>
              <wp:extent cx="6528435" cy="0"/>
              <wp:effectExtent l="0" t="0" r="24765" b="19050"/>
              <wp:wrapNone/>
              <wp:docPr id="24" name="Straight Arrow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843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3D23E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-1.85pt;margin-top:-9.65pt;width:514.05pt;height:0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" strokeweight="1pt"/>
          </w:pict>
        </mc:Fallback>
      </mc:AlternateContent>
    </w:r>
    <w:r w:rsidRPr="0007704C">
      <w:rPr>
        <w:rFonts w:ascii="Calibri" w:eastAsia="DejaVu Sans" w:hAnsi="Calibri" w:cs="Calibri"/>
        <w:color w:val="0000FF"/>
        <w:kern w:val="1"/>
        <w:sz w:val="20"/>
        <w:szCs w:val="20"/>
        <w:lang w:val="en-GB" w:eastAsia="zh-CN" w:bidi="hi-IN"/>
      </w:rPr>
      <w:t>www.aging-us.com</w:t>
    </w:r>
    <w:r w:rsidRPr="000770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fldChar w:fldCharType="begin"/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instrText xml:space="preserve"> PAGE   \* MERGEFORMAT </w:instrText>
    </w:r>
    <w:r w:rsidRPr="001E53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fldChar w:fldCharType="separate"/>
    </w:r>
    <w:r w:rsidRPr="00F12F38">
      <w:rPr>
        <w:rFonts w:ascii="Calibri" w:eastAsia="DejaVu Sans" w:hAnsi="Calibri" w:cs="Calibri"/>
        <w:noProof/>
        <w:kern w:val="1"/>
        <w:lang w:val="en-GB" w:eastAsia="zh-CN" w:bidi="hi-IN"/>
      </w:rPr>
      <w:t>12</w:t>
    </w:r>
    <w:r w:rsidRPr="001E534C">
      <w:rPr>
        <w:rFonts w:ascii="Calibri" w:eastAsia="DejaVu Sans" w:hAnsi="Calibri" w:cs="Calibri"/>
        <w:noProof/>
        <w:kern w:val="1"/>
        <w:sz w:val="20"/>
        <w:szCs w:val="20"/>
        <w:lang w:val="en-GB" w:eastAsia="zh-CN" w:bidi="hi-IN"/>
      </w:rPr>
      <w:fldChar w:fldCharType="end"/>
    </w:r>
    <w:r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>
      <w:rPr>
        <w:rFonts w:ascii="Calibri" w:eastAsia="DejaVu Sans" w:hAnsi="Calibri" w:cs="Calibri"/>
        <w:color w:val="0000FF"/>
        <w:kern w:val="1"/>
        <w:lang w:val="en-GB" w:eastAsia="zh-CN" w:bidi="hi-IN"/>
      </w:rPr>
      <w:t>AGING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222EF" w14:textId="77777777" w:rsidR="00AE3AC0" w:rsidRDefault="00AE3AC0">
      <w:r>
        <w:separator/>
      </w:r>
    </w:p>
  </w:footnote>
  <w:footnote w:type="continuationSeparator" w:id="0">
    <w:p w14:paraId="2B81DD7E" w14:textId="77777777" w:rsidR="00AE3AC0" w:rsidRDefault="00AE3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394C8F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1"/>
    <w:multiLevelType w:val="singleLevel"/>
    <w:tmpl w:val="00000001"/>
    <w:name w:val="RTF_Num 4"/>
    <w:lvl w:ilvl="0">
      <w:start w:val="2"/>
      <w:numFmt w:val="upperLetter"/>
      <w:lvlText w:val="%1)"/>
      <w:lvlJc w:val="left"/>
      <w:pPr>
        <w:ind w:left="360" w:hanging="360"/>
      </w:pPr>
    </w:lvl>
  </w:abstractNum>
  <w:abstractNum w:abstractNumId="7" w15:restartNumberingAfterBreak="0">
    <w:nsid w:val="00000002"/>
    <w:multiLevelType w:val="singleLevel"/>
    <w:tmpl w:val="00000002"/>
    <w:name w:val="RTF_Num 2"/>
    <w:lvl w:ilvl="0">
      <w:start w:val="2"/>
      <w:numFmt w:val="upperLetter"/>
      <w:lvlText w:val="%1)"/>
      <w:lvlJc w:val="left"/>
      <w:pPr>
        <w:ind w:left="360" w:hanging="360"/>
      </w:pPr>
    </w:lvl>
  </w:abstractNum>
  <w:abstractNum w:abstractNumId="8" w15:restartNumberingAfterBreak="0">
    <w:nsid w:val="1EC0601A"/>
    <w:multiLevelType w:val="multilevel"/>
    <w:tmpl w:val="C6A8CCE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5F1C02F9"/>
    <w:multiLevelType w:val="multilevel"/>
    <w:tmpl w:val="959045EA"/>
    <w:styleLink w:val="List0"/>
    <w:lvl w:ilvl="0">
      <w:start w:val="1"/>
      <w:numFmt w:val="upperLetter"/>
      <w:lvlText w:val="(%1)"/>
      <w:lvlJc w:val="left"/>
      <w:pPr>
        <w:tabs>
          <w:tab w:val="num" w:pos="393"/>
        </w:tabs>
        <w:ind w:left="3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1">
      <w:start w:val="1"/>
      <w:numFmt w:val="upperLetter"/>
      <w:lvlText w:val="(%2)"/>
      <w:lvlJc w:val="left"/>
      <w:pPr>
        <w:tabs>
          <w:tab w:val="num" w:pos="753"/>
        </w:tabs>
        <w:ind w:left="7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2">
      <w:start w:val="1"/>
      <w:numFmt w:val="upperLetter"/>
      <w:lvlText w:val="(%3)"/>
      <w:lvlJc w:val="left"/>
      <w:pPr>
        <w:tabs>
          <w:tab w:val="num" w:pos="1113"/>
        </w:tabs>
        <w:ind w:left="11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3">
      <w:start w:val="1"/>
      <w:numFmt w:val="upperLetter"/>
      <w:lvlText w:val="(%4)"/>
      <w:lvlJc w:val="left"/>
      <w:pPr>
        <w:tabs>
          <w:tab w:val="num" w:pos="1473"/>
        </w:tabs>
        <w:ind w:left="14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4">
      <w:start w:val="1"/>
      <w:numFmt w:val="upperLetter"/>
      <w:lvlText w:val="(%5)"/>
      <w:lvlJc w:val="left"/>
      <w:pPr>
        <w:tabs>
          <w:tab w:val="num" w:pos="1833"/>
        </w:tabs>
        <w:ind w:left="183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5">
      <w:start w:val="1"/>
      <w:numFmt w:val="upperLetter"/>
      <w:lvlText w:val="(%6)"/>
      <w:lvlJc w:val="left"/>
      <w:pPr>
        <w:tabs>
          <w:tab w:val="num" w:pos="2193"/>
        </w:tabs>
        <w:ind w:left="21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6">
      <w:start w:val="1"/>
      <w:numFmt w:val="upperLetter"/>
      <w:lvlText w:val="(%7)"/>
      <w:lvlJc w:val="left"/>
      <w:pPr>
        <w:tabs>
          <w:tab w:val="num" w:pos="2553"/>
        </w:tabs>
        <w:ind w:left="25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7">
      <w:start w:val="1"/>
      <w:numFmt w:val="upperLetter"/>
      <w:lvlText w:val="(%8)"/>
      <w:lvlJc w:val="left"/>
      <w:pPr>
        <w:tabs>
          <w:tab w:val="num" w:pos="2913"/>
        </w:tabs>
        <w:ind w:left="29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8">
      <w:start w:val="1"/>
      <w:numFmt w:val="upperLetter"/>
      <w:lvlText w:val="(%9)"/>
      <w:lvlJc w:val="left"/>
      <w:pPr>
        <w:tabs>
          <w:tab w:val="num" w:pos="3273"/>
        </w:tabs>
        <w:ind w:left="32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removePersonalInformation/>
  <w:removeDateAndTime/>
  <w:embedSystemFonts/>
  <w:proofState w:spelling="clean" w:grammar="clean"/>
  <w:defaultTabStop w:val="720"/>
  <w:hyphenationZone w:val="432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Layout" w:val="??????"/>
    <w:docVar w:name="EN.Libraries" w:val="???????"/>
  </w:docVars>
  <w:rsids>
    <w:rsidRoot w:val="001943A3"/>
    <w:rsid w:val="00000184"/>
    <w:rsid w:val="00000460"/>
    <w:rsid w:val="000005BE"/>
    <w:rsid w:val="00000993"/>
    <w:rsid w:val="00000ADA"/>
    <w:rsid w:val="00000EBB"/>
    <w:rsid w:val="00001214"/>
    <w:rsid w:val="00001E44"/>
    <w:rsid w:val="00001E4E"/>
    <w:rsid w:val="000021D9"/>
    <w:rsid w:val="000023DB"/>
    <w:rsid w:val="000023DC"/>
    <w:rsid w:val="00002651"/>
    <w:rsid w:val="00002FAD"/>
    <w:rsid w:val="00002FD1"/>
    <w:rsid w:val="00003171"/>
    <w:rsid w:val="000035A4"/>
    <w:rsid w:val="00003A67"/>
    <w:rsid w:val="00003CDD"/>
    <w:rsid w:val="00004B88"/>
    <w:rsid w:val="00005090"/>
    <w:rsid w:val="000053ED"/>
    <w:rsid w:val="00005796"/>
    <w:rsid w:val="000059DB"/>
    <w:rsid w:val="00005C1F"/>
    <w:rsid w:val="000063D3"/>
    <w:rsid w:val="00006717"/>
    <w:rsid w:val="00006A58"/>
    <w:rsid w:val="00006B8C"/>
    <w:rsid w:val="00006C82"/>
    <w:rsid w:val="00006CDD"/>
    <w:rsid w:val="0000718B"/>
    <w:rsid w:val="00007289"/>
    <w:rsid w:val="000075E5"/>
    <w:rsid w:val="0000789E"/>
    <w:rsid w:val="00007BA0"/>
    <w:rsid w:val="00007BC0"/>
    <w:rsid w:val="00010623"/>
    <w:rsid w:val="00010C55"/>
    <w:rsid w:val="000110C4"/>
    <w:rsid w:val="00011373"/>
    <w:rsid w:val="00011443"/>
    <w:rsid w:val="00011CE6"/>
    <w:rsid w:val="00011D2D"/>
    <w:rsid w:val="00011D77"/>
    <w:rsid w:val="00012032"/>
    <w:rsid w:val="00012144"/>
    <w:rsid w:val="000121D5"/>
    <w:rsid w:val="00012524"/>
    <w:rsid w:val="00012970"/>
    <w:rsid w:val="00012A15"/>
    <w:rsid w:val="00012A37"/>
    <w:rsid w:val="00012BE1"/>
    <w:rsid w:val="00013016"/>
    <w:rsid w:val="00013768"/>
    <w:rsid w:val="00013833"/>
    <w:rsid w:val="0001386D"/>
    <w:rsid w:val="00014622"/>
    <w:rsid w:val="000146C7"/>
    <w:rsid w:val="000149DA"/>
    <w:rsid w:val="00014B4C"/>
    <w:rsid w:val="0001513B"/>
    <w:rsid w:val="000163AA"/>
    <w:rsid w:val="00016411"/>
    <w:rsid w:val="00016882"/>
    <w:rsid w:val="00016BE5"/>
    <w:rsid w:val="00016C84"/>
    <w:rsid w:val="00016C94"/>
    <w:rsid w:val="00016E54"/>
    <w:rsid w:val="00016F6A"/>
    <w:rsid w:val="000173AE"/>
    <w:rsid w:val="000176E5"/>
    <w:rsid w:val="00017AC6"/>
    <w:rsid w:val="00017C0D"/>
    <w:rsid w:val="000200E2"/>
    <w:rsid w:val="00020536"/>
    <w:rsid w:val="000207B5"/>
    <w:rsid w:val="00020E65"/>
    <w:rsid w:val="00020F2F"/>
    <w:rsid w:val="00020F9F"/>
    <w:rsid w:val="000215CE"/>
    <w:rsid w:val="0002181D"/>
    <w:rsid w:val="000226B0"/>
    <w:rsid w:val="00022931"/>
    <w:rsid w:val="0002299F"/>
    <w:rsid w:val="00022D9F"/>
    <w:rsid w:val="00022F6E"/>
    <w:rsid w:val="000230A7"/>
    <w:rsid w:val="000233D0"/>
    <w:rsid w:val="00023EDF"/>
    <w:rsid w:val="000243B3"/>
    <w:rsid w:val="00024578"/>
    <w:rsid w:val="000248E4"/>
    <w:rsid w:val="00025064"/>
    <w:rsid w:val="00025271"/>
    <w:rsid w:val="000252CF"/>
    <w:rsid w:val="0002546B"/>
    <w:rsid w:val="000255D6"/>
    <w:rsid w:val="00025E21"/>
    <w:rsid w:val="00025F5E"/>
    <w:rsid w:val="00026156"/>
    <w:rsid w:val="000265F9"/>
    <w:rsid w:val="00026AA2"/>
    <w:rsid w:val="00026C0E"/>
    <w:rsid w:val="00026C79"/>
    <w:rsid w:val="00027008"/>
    <w:rsid w:val="00027279"/>
    <w:rsid w:val="00027685"/>
    <w:rsid w:val="0002773A"/>
    <w:rsid w:val="00027A3A"/>
    <w:rsid w:val="00027CE4"/>
    <w:rsid w:val="000302F2"/>
    <w:rsid w:val="00030518"/>
    <w:rsid w:val="0003086A"/>
    <w:rsid w:val="00030B28"/>
    <w:rsid w:val="00030BD7"/>
    <w:rsid w:val="000310CA"/>
    <w:rsid w:val="00031AD7"/>
    <w:rsid w:val="00032313"/>
    <w:rsid w:val="000327B9"/>
    <w:rsid w:val="00032894"/>
    <w:rsid w:val="00032EDC"/>
    <w:rsid w:val="00032FB7"/>
    <w:rsid w:val="00033319"/>
    <w:rsid w:val="00033324"/>
    <w:rsid w:val="000334BE"/>
    <w:rsid w:val="000337C6"/>
    <w:rsid w:val="00033C4F"/>
    <w:rsid w:val="00034908"/>
    <w:rsid w:val="00034A9D"/>
    <w:rsid w:val="00034C61"/>
    <w:rsid w:val="00034D5B"/>
    <w:rsid w:val="00034F30"/>
    <w:rsid w:val="00035225"/>
    <w:rsid w:val="000352A7"/>
    <w:rsid w:val="00035464"/>
    <w:rsid w:val="00035741"/>
    <w:rsid w:val="00035A0D"/>
    <w:rsid w:val="00035A9F"/>
    <w:rsid w:val="00036170"/>
    <w:rsid w:val="00036218"/>
    <w:rsid w:val="00036CF0"/>
    <w:rsid w:val="00036EA1"/>
    <w:rsid w:val="00036EF8"/>
    <w:rsid w:val="00037229"/>
    <w:rsid w:val="00037355"/>
    <w:rsid w:val="00037CEE"/>
    <w:rsid w:val="00037E89"/>
    <w:rsid w:val="0004074B"/>
    <w:rsid w:val="000409A9"/>
    <w:rsid w:val="00040CB8"/>
    <w:rsid w:val="0004146C"/>
    <w:rsid w:val="000417CF"/>
    <w:rsid w:val="00041A0E"/>
    <w:rsid w:val="00041A46"/>
    <w:rsid w:val="00041BC3"/>
    <w:rsid w:val="0004214F"/>
    <w:rsid w:val="000422FA"/>
    <w:rsid w:val="0004233A"/>
    <w:rsid w:val="000428B9"/>
    <w:rsid w:val="000433E1"/>
    <w:rsid w:val="00043482"/>
    <w:rsid w:val="0004349C"/>
    <w:rsid w:val="00043FEA"/>
    <w:rsid w:val="000447A0"/>
    <w:rsid w:val="00044CEB"/>
    <w:rsid w:val="00044E30"/>
    <w:rsid w:val="00045864"/>
    <w:rsid w:val="00045A1D"/>
    <w:rsid w:val="00045A7D"/>
    <w:rsid w:val="00045DB9"/>
    <w:rsid w:val="000462CA"/>
    <w:rsid w:val="00046490"/>
    <w:rsid w:val="00046933"/>
    <w:rsid w:val="00046FA9"/>
    <w:rsid w:val="00047647"/>
    <w:rsid w:val="00047C37"/>
    <w:rsid w:val="00047CC1"/>
    <w:rsid w:val="00047DEC"/>
    <w:rsid w:val="00047FAC"/>
    <w:rsid w:val="000501D1"/>
    <w:rsid w:val="0005021B"/>
    <w:rsid w:val="000504DF"/>
    <w:rsid w:val="00050694"/>
    <w:rsid w:val="000506E4"/>
    <w:rsid w:val="0005080E"/>
    <w:rsid w:val="0005089F"/>
    <w:rsid w:val="000508C5"/>
    <w:rsid w:val="00050DBF"/>
    <w:rsid w:val="00050E62"/>
    <w:rsid w:val="000519ED"/>
    <w:rsid w:val="00051A53"/>
    <w:rsid w:val="00051BCF"/>
    <w:rsid w:val="00051F32"/>
    <w:rsid w:val="00051F6E"/>
    <w:rsid w:val="000522C3"/>
    <w:rsid w:val="00052A7D"/>
    <w:rsid w:val="00052DB5"/>
    <w:rsid w:val="00052EDC"/>
    <w:rsid w:val="00053077"/>
    <w:rsid w:val="000537AF"/>
    <w:rsid w:val="000539FA"/>
    <w:rsid w:val="00053BE5"/>
    <w:rsid w:val="00054191"/>
    <w:rsid w:val="00054238"/>
    <w:rsid w:val="0005449A"/>
    <w:rsid w:val="00054E70"/>
    <w:rsid w:val="00054EC9"/>
    <w:rsid w:val="00055118"/>
    <w:rsid w:val="000555C1"/>
    <w:rsid w:val="00055D51"/>
    <w:rsid w:val="00056336"/>
    <w:rsid w:val="000567F4"/>
    <w:rsid w:val="00056A79"/>
    <w:rsid w:val="00056D0C"/>
    <w:rsid w:val="0005702A"/>
    <w:rsid w:val="00057118"/>
    <w:rsid w:val="00057626"/>
    <w:rsid w:val="000576E5"/>
    <w:rsid w:val="00057BBE"/>
    <w:rsid w:val="00057DA6"/>
    <w:rsid w:val="00060489"/>
    <w:rsid w:val="0006048F"/>
    <w:rsid w:val="000607CC"/>
    <w:rsid w:val="00060BAE"/>
    <w:rsid w:val="00060C25"/>
    <w:rsid w:val="00060E2B"/>
    <w:rsid w:val="00060F2C"/>
    <w:rsid w:val="00060F7F"/>
    <w:rsid w:val="000613FD"/>
    <w:rsid w:val="000615FC"/>
    <w:rsid w:val="00061B05"/>
    <w:rsid w:val="00061BBB"/>
    <w:rsid w:val="00061C92"/>
    <w:rsid w:val="00061DF2"/>
    <w:rsid w:val="00061E0D"/>
    <w:rsid w:val="00062187"/>
    <w:rsid w:val="00062520"/>
    <w:rsid w:val="000629EE"/>
    <w:rsid w:val="00063F96"/>
    <w:rsid w:val="00064045"/>
    <w:rsid w:val="000643C6"/>
    <w:rsid w:val="0006473F"/>
    <w:rsid w:val="00064CD4"/>
    <w:rsid w:val="00064D1B"/>
    <w:rsid w:val="00065279"/>
    <w:rsid w:val="000652BA"/>
    <w:rsid w:val="0006540D"/>
    <w:rsid w:val="000654AD"/>
    <w:rsid w:val="0006580D"/>
    <w:rsid w:val="00065C6A"/>
    <w:rsid w:val="00065DEE"/>
    <w:rsid w:val="00065E57"/>
    <w:rsid w:val="00065FC2"/>
    <w:rsid w:val="000660E8"/>
    <w:rsid w:val="00066D93"/>
    <w:rsid w:val="0006700A"/>
    <w:rsid w:val="0006743D"/>
    <w:rsid w:val="00067940"/>
    <w:rsid w:val="00067E3B"/>
    <w:rsid w:val="000701F1"/>
    <w:rsid w:val="00070333"/>
    <w:rsid w:val="000704C2"/>
    <w:rsid w:val="000704F7"/>
    <w:rsid w:val="000705F9"/>
    <w:rsid w:val="0007094C"/>
    <w:rsid w:val="00070BFD"/>
    <w:rsid w:val="00070C9B"/>
    <w:rsid w:val="00070DF7"/>
    <w:rsid w:val="00070E4E"/>
    <w:rsid w:val="00070EA3"/>
    <w:rsid w:val="00070F80"/>
    <w:rsid w:val="000711B5"/>
    <w:rsid w:val="0007122B"/>
    <w:rsid w:val="00071ADA"/>
    <w:rsid w:val="00071E5C"/>
    <w:rsid w:val="00071F7D"/>
    <w:rsid w:val="00072BD0"/>
    <w:rsid w:val="00072FA7"/>
    <w:rsid w:val="0007318C"/>
    <w:rsid w:val="000736B0"/>
    <w:rsid w:val="00073B15"/>
    <w:rsid w:val="00073B72"/>
    <w:rsid w:val="00073DDD"/>
    <w:rsid w:val="000745E2"/>
    <w:rsid w:val="0007479B"/>
    <w:rsid w:val="00074985"/>
    <w:rsid w:val="00075751"/>
    <w:rsid w:val="000757CA"/>
    <w:rsid w:val="000759DE"/>
    <w:rsid w:val="00075A65"/>
    <w:rsid w:val="00075C15"/>
    <w:rsid w:val="00075C55"/>
    <w:rsid w:val="00075C81"/>
    <w:rsid w:val="00075F02"/>
    <w:rsid w:val="00076095"/>
    <w:rsid w:val="000766DB"/>
    <w:rsid w:val="00076A6E"/>
    <w:rsid w:val="00076AF6"/>
    <w:rsid w:val="000770C2"/>
    <w:rsid w:val="0007779D"/>
    <w:rsid w:val="00077882"/>
    <w:rsid w:val="00077C0B"/>
    <w:rsid w:val="00080273"/>
    <w:rsid w:val="0008068C"/>
    <w:rsid w:val="00080893"/>
    <w:rsid w:val="000808BB"/>
    <w:rsid w:val="000808CF"/>
    <w:rsid w:val="000809FD"/>
    <w:rsid w:val="00080D31"/>
    <w:rsid w:val="000813F9"/>
    <w:rsid w:val="00081D2E"/>
    <w:rsid w:val="00081E6D"/>
    <w:rsid w:val="00082092"/>
    <w:rsid w:val="000824B1"/>
    <w:rsid w:val="0008251D"/>
    <w:rsid w:val="0008255E"/>
    <w:rsid w:val="00082EE3"/>
    <w:rsid w:val="000831E5"/>
    <w:rsid w:val="00084584"/>
    <w:rsid w:val="00084746"/>
    <w:rsid w:val="00084968"/>
    <w:rsid w:val="000849EE"/>
    <w:rsid w:val="00084ADC"/>
    <w:rsid w:val="00084AFA"/>
    <w:rsid w:val="00084BAF"/>
    <w:rsid w:val="00084CA8"/>
    <w:rsid w:val="000854C8"/>
    <w:rsid w:val="000855CC"/>
    <w:rsid w:val="0008568F"/>
    <w:rsid w:val="0008572D"/>
    <w:rsid w:val="000859BB"/>
    <w:rsid w:val="00086394"/>
    <w:rsid w:val="00086491"/>
    <w:rsid w:val="0008664A"/>
    <w:rsid w:val="0008665F"/>
    <w:rsid w:val="0008783C"/>
    <w:rsid w:val="00087FF6"/>
    <w:rsid w:val="00090585"/>
    <w:rsid w:val="000906F5"/>
    <w:rsid w:val="00090ADE"/>
    <w:rsid w:val="00090CFD"/>
    <w:rsid w:val="00090FEC"/>
    <w:rsid w:val="0009102D"/>
    <w:rsid w:val="000910BE"/>
    <w:rsid w:val="00091463"/>
    <w:rsid w:val="0009177B"/>
    <w:rsid w:val="00091913"/>
    <w:rsid w:val="00092483"/>
    <w:rsid w:val="00092A8C"/>
    <w:rsid w:val="00092B5A"/>
    <w:rsid w:val="00093293"/>
    <w:rsid w:val="000932B6"/>
    <w:rsid w:val="0009366A"/>
    <w:rsid w:val="000939A5"/>
    <w:rsid w:val="00093AA2"/>
    <w:rsid w:val="00093B6C"/>
    <w:rsid w:val="000940BA"/>
    <w:rsid w:val="00094226"/>
    <w:rsid w:val="00094644"/>
    <w:rsid w:val="00094A87"/>
    <w:rsid w:val="00094B96"/>
    <w:rsid w:val="00094C21"/>
    <w:rsid w:val="00094EA7"/>
    <w:rsid w:val="00094EB7"/>
    <w:rsid w:val="000953DF"/>
    <w:rsid w:val="00095D24"/>
    <w:rsid w:val="00095DA5"/>
    <w:rsid w:val="00096292"/>
    <w:rsid w:val="0009639E"/>
    <w:rsid w:val="00096C0B"/>
    <w:rsid w:val="000971C1"/>
    <w:rsid w:val="00097263"/>
    <w:rsid w:val="00097553"/>
    <w:rsid w:val="000976BE"/>
    <w:rsid w:val="00097A6E"/>
    <w:rsid w:val="000A03AD"/>
    <w:rsid w:val="000A043D"/>
    <w:rsid w:val="000A0A2A"/>
    <w:rsid w:val="000A0A51"/>
    <w:rsid w:val="000A0D45"/>
    <w:rsid w:val="000A0FC7"/>
    <w:rsid w:val="000A13B3"/>
    <w:rsid w:val="000A13CF"/>
    <w:rsid w:val="000A15B2"/>
    <w:rsid w:val="000A17E0"/>
    <w:rsid w:val="000A17E2"/>
    <w:rsid w:val="000A213F"/>
    <w:rsid w:val="000A2225"/>
    <w:rsid w:val="000A2662"/>
    <w:rsid w:val="000A280B"/>
    <w:rsid w:val="000A2AED"/>
    <w:rsid w:val="000A2CE4"/>
    <w:rsid w:val="000A2E13"/>
    <w:rsid w:val="000A31BD"/>
    <w:rsid w:val="000A34CE"/>
    <w:rsid w:val="000A37C1"/>
    <w:rsid w:val="000A3F47"/>
    <w:rsid w:val="000A4336"/>
    <w:rsid w:val="000A4676"/>
    <w:rsid w:val="000A54A1"/>
    <w:rsid w:val="000A5759"/>
    <w:rsid w:val="000A58F8"/>
    <w:rsid w:val="000A5D10"/>
    <w:rsid w:val="000A61FF"/>
    <w:rsid w:val="000A621F"/>
    <w:rsid w:val="000A62CB"/>
    <w:rsid w:val="000A697D"/>
    <w:rsid w:val="000A6D64"/>
    <w:rsid w:val="000A6F86"/>
    <w:rsid w:val="000A7957"/>
    <w:rsid w:val="000A7984"/>
    <w:rsid w:val="000B024E"/>
    <w:rsid w:val="000B0DA9"/>
    <w:rsid w:val="000B0EF1"/>
    <w:rsid w:val="000B0F80"/>
    <w:rsid w:val="000B1197"/>
    <w:rsid w:val="000B1714"/>
    <w:rsid w:val="000B19DA"/>
    <w:rsid w:val="000B1C36"/>
    <w:rsid w:val="000B2836"/>
    <w:rsid w:val="000B2845"/>
    <w:rsid w:val="000B2BBC"/>
    <w:rsid w:val="000B2DCC"/>
    <w:rsid w:val="000B2E6C"/>
    <w:rsid w:val="000B3251"/>
    <w:rsid w:val="000B33B7"/>
    <w:rsid w:val="000B37CE"/>
    <w:rsid w:val="000B3826"/>
    <w:rsid w:val="000B4401"/>
    <w:rsid w:val="000B46EC"/>
    <w:rsid w:val="000B4888"/>
    <w:rsid w:val="000B4A3E"/>
    <w:rsid w:val="000B4D59"/>
    <w:rsid w:val="000B4F99"/>
    <w:rsid w:val="000B577B"/>
    <w:rsid w:val="000B5A2C"/>
    <w:rsid w:val="000B5B17"/>
    <w:rsid w:val="000B5B90"/>
    <w:rsid w:val="000B5EF6"/>
    <w:rsid w:val="000B5FE2"/>
    <w:rsid w:val="000B605D"/>
    <w:rsid w:val="000B61A8"/>
    <w:rsid w:val="000B6863"/>
    <w:rsid w:val="000B6E19"/>
    <w:rsid w:val="000B7092"/>
    <w:rsid w:val="000B7921"/>
    <w:rsid w:val="000B7B5D"/>
    <w:rsid w:val="000B7BBC"/>
    <w:rsid w:val="000B7D08"/>
    <w:rsid w:val="000B7E71"/>
    <w:rsid w:val="000C02F5"/>
    <w:rsid w:val="000C0D24"/>
    <w:rsid w:val="000C0D60"/>
    <w:rsid w:val="000C0DCC"/>
    <w:rsid w:val="000C0E48"/>
    <w:rsid w:val="000C1343"/>
    <w:rsid w:val="000C169C"/>
    <w:rsid w:val="000C181B"/>
    <w:rsid w:val="000C268B"/>
    <w:rsid w:val="000C2CBE"/>
    <w:rsid w:val="000C2CC6"/>
    <w:rsid w:val="000C2E93"/>
    <w:rsid w:val="000C36F9"/>
    <w:rsid w:val="000C3968"/>
    <w:rsid w:val="000C3D2C"/>
    <w:rsid w:val="000C4483"/>
    <w:rsid w:val="000C48A3"/>
    <w:rsid w:val="000C4ADA"/>
    <w:rsid w:val="000C4B0D"/>
    <w:rsid w:val="000C52E0"/>
    <w:rsid w:val="000C53A2"/>
    <w:rsid w:val="000C576A"/>
    <w:rsid w:val="000C5EE9"/>
    <w:rsid w:val="000C5F06"/>
    <w:rsid w:val="000C6023"/>
    <w:rsid w:val="000C60F1"/>
    <w:rsid w:val="000C619B"/>
    <w:rsid w:val="000C66B5"/>
    <w:rsid w:val="000C69CA"/>
    <w:rsid w:val="000C6D4A"/>
    <w:rsid w:val="000C7024"/>
    <w:rsid w:val="000C7162"/>
    <w:rsid w:val="000C7176"/>
    <w:rsid w:val="000C71C0"/>
    <w:rsid w:val="000C7207"/>
    <w:rsid w:val="000C7288"/>
    <w:rsid w:val="000C75D3"/>
    <w:rsid w:val="000C7621"/>
    <w:rsid w:val="000C7AF8"/>
    <w:rsid w:val="000C7D23"/>
    <w:rsid w:val="000D019C"/>
    <w:rsid w:val="000D06D6"/>
    <w:rsid w:val="000D0825"/>
    <w:rsid w:val="000D1144"/>
    <w:rsid w:val="000D114A"/>
    <w:rsid w:val="000D11E5"/>
    <w:rsid w:val="000D12BC"/>
    <w:rsid w:val="000D186D"/>
    <w:rsid w:val="000D19FF"/>
    <w:rsid w:val="000D1DFA"/>
    <w:rsid w:val="000D21E9"/>
    <w:rsid w:val="000D2730"/>
    <w:rsid w:val="000D2756"/>
    <w:rsid w:val="000D28A6"/>
    <w:rsid w:val="000D2C72"/>
    <w:rsid w:val="000D2D1E"/>
    <w:rsid w:val="000D2E27"/>
    <w:rsid w:val="000D2F0E"/>
    <w:rsid w:val="000D2FE5"/>
    <w:rsid w:val="000D393B"/>
    <w:rsid w:val="000D3C6B"/>
    <w:rsid w:val="000D3D0B"/>
    <w:rsid w:val="000D3DD8"/>
    <w:rsid w:val="000D4482"/>
    <w:rsid w:val="000D44FD"/>
    <w:rsid w:val="000D4DB3"/>
    <w:rsid w:val="000D6B55"/>
    <w:rsid w:val="000D6F6A"/>
    <w:rsid w:val="000D7052"/>
    <w:rsid w:val="000D7191"/>
    <w:rsid w:val="000D765A"/>
    <w:rsid w:val="000D770F"/>
    <w:rsid w:val="000D7D6D"/>
    <w:rsid w:val="000D7DC0"/>
    <w:rsid w:val="000E034D"/>
    <w:rsid w:val="000E0529"/>
    <w:rsid w:val="000E05F3"/>
    <w:rsid w:val="000E1073"/>
    <w:rsid w:val="000E1411"/>
    <w:rsid w:val="000E14E5"/>
    <w:rsid w:val="000E22F5"/>
    <w:rsid w:val="000E2357"/>
    <w:rsid w:val="000E2577"/>
    <w:rsid w:val="000E2A9A"/>
    <w:rsid w:val="000E2CDE"/>
    <w:rsid w:val="000E30B0"/>
    <w:rsid w:val="000E33E7"/>
    <w:rsid w:val="000E346B"/>
    <w:rsid w:val="000E38F6"/>
    <w:rsid w:val="000E4070"/>
    <w:rsid w:val="000E422B"/>
    <w:rsid w:val="000E461B"/>
    <w:rsid w:val="000E489D"/>
    <w:rsid w:val="000E4931"/>
    <w:rsid w:val="000E5358"/>
    <w:rsid w:val="000E54F4"/>
    <w:rsid w:val="000E6792"/>
    <w:rsid w:val="000E69F6"/>
    <w:rsid w:val="000E6FEF"/>
    <w:rsid w:val="000E75B2"/>
    <w:rsid w:val="000E79C5"/>
    <w:rsid w:val="000E7A72"/>
    <w:rsid w:val="000F0231"/>
    <w:rsid w:val="000F034E"/>
    <w:rsid w:val="000F0486"/>
    <w:rsid w:val="000F0851"/>
    <w:rsid w:val="000F093B"/>
    <w:rsid w:val="000F0F56"/>
    <w:rsid w:val="000F1F66"/>
    <w:rsid w:val="000F239E"/>
    <w:rsid w:val="000F2571"/>
    <w:rsid w:val="000F2DD4"/>
    <w:rsid w:val="000F2E7F"/>
    <w:rsid w:val="000F3288"/>
    <w:rsid w:val="000F32E5"/>
    <w:rsid w:val="000F379E"/>
    <w:rsid w:val="000F37A9"/>
    <w:rsid w:val="000F37EF"/>
    <w:rsid w:val="000F3970"/>
    <w:rsid w:val="000F3B00"/>
    <w:rsid w:val="000F3E04"/>
    <w:rsid w:val="000F43F2"/>
    <w:rsid w:val="000F48CE"/>
    <w:rsid w:val="000F48D4"/>
    <w:rsid w:val="000F5202"/>
    <w:rsid w:val="000F5209"/>
    <w:rsid w:val="000F5341"/>
    <w:rsid w:val="000F615A"/>
    <w:rsid w:val="000F6B14"/>
    <w:rsid w:val="000F72A0"/>
    <w:rsid w:val="000F7977"/>
    <w:rsid w:val="000F7E83"/>
    <w:rsid w:val="00100060"/>
    <w:rsid w:val="00100276"/>
    <w:rsid w:val="0010031F"/>
    <w:rsid w:val="001003C8"/>
    <w:rsid w:val="00100513"/>
    <w:rsid w:val="00100A56"/>
    <w:rsid w:val="00100DE0"/>
    <w:rsid w:val="00100E5D"/>
    <w:rsid w:val="00100FFC"/>
    <w:rsid w:val="00101148"/>
    <w:rsid w:val="00101217"/>
    <w:rsid w:val="0010134C"/>
    <w:rsid w:val="00101592"/>
    <w:rsid w:val="00101AF0"/>
    <w:rsid w:val="00102621"/>
    <w:rsid w:val="00102BD1"/>
    <w:rsid w:val="001034A9"/>
    <w:rsid w:val="001034DB"/>
    <w:rsid w:val="00104327"/>
    <w:rsid w:val="00104594"/>
    <w:rsid w:val="00104745"/>
    <w:rsid w:val="001049C2"/>
    <w:rsid w:val="00104AB8"/>
    <w:rsid w:val="00104DF9"/>
    <w:rsid w:val="00104F24"/>
    <w:rsid w:val="001050E0"/>
    <w:rsid w:val="00105666"/>
    <w:rsid w:val="0010593F"/>
    <w:rsid w:val="00105BD7"/>
    <w:rsid w:val="00105BFA"/>
    <w:rsid w:val="00105C93"/>
    <w:rsid w:val="00106077"/>
    <w:rsid w:val="001060E0"/>
    <w:rsid w:val="00106255"/>
    <w:rsid w:val="00106812"/>
    <w:rsid w:val="001068C7"/>
    <w:rsid w:val="00106CF1"/>
    <w:rsid w:val="001071EF"/>
    <w:rsid w:val="00110126"/>
    <w:rsid w:val="001105D8"/>
    <w:rsid w:val="00110D24"/>
    <w:rsid w:val="00110DEF"/>
    <w:rsid w:val="00110FF9"/>
    <w:rsid w:val="001110AF"/>
    <w:rsid w:val="0011156A"/>
    <w:rsid w:val="001116EE"/>
    <w:rsid w:val="00111942"/>
    <w:rsid w:val="00111E8F"/>
    <w:rsid w:val="00112224"/>
    <w:rsid w:val="00112338"/>
    <w:rsid w:val="00112443"/>
    <w:rsid w:val="0011247B"/>
    <w:rsid w:val="00112533"/>
    <w:rsid w:val="001126E0"/>
    <w:rsid w:val="001126E8"/>
    <w:rsid w:val="001126F6"/>
    <w:rsid w:val="00112780"/>
    <w:rsid w:val="00112797"/>
    <w:rsid w:val="001128E3"/>
    <w:rsid w:val="00112D4B"/>
    <w:rsid w:val="0011359D"/>
    <w:rsid w:val="0011369E"/>
    <w:rsid w:val="0011385A"/>
    <w:rsid w:val="00113BCD"/>
    <w:rsid w:val="00113C38"/>
    <w:rsid w:val="00113D71"/>
    <w:rsid w:val="00114281"/>
    <w:rsid w:val="00114846"/>
    <w:rsid w:val="00114DBC"/>
    <w:rsid w:val="00114DFD"/>
    <w:rsid w:val="00115093"/>
    <w:rsid w:val="001152B3"/>
    <w:rsid w:val="001153FB"/>
    <w:rsid w:val="0011573E"/>
    <w:rsid w:val="00115ACF"/>
    <w:rsid w:val="001160A3"/>
    <w:rsid w:val="001160FE"/>
    <w:rsid w:val="00116543"/>
    <w:rsid w:val="00116CBC"/>
    <w:rsid w:val="00116D4E"/>
    <w:rsid w:val="00117188"/>
    <w:rsid w:val="001172B4"/>
    <w:rsid w:val="0011759C"/>
    <w:rsid w:val="001177BC"/>
    <w:rsid w:val="0011783E"/>
    <w:rsid w:val="00117B84"/>
    <w:rsid w:val="001203A7"/>
    <w:rsid w:val="001204E9"/>
    <w:rsid w:val="00120869"/>
    <w:rsid w:val="00120BD1"/>
    <w:rsid w:val="0012106A"/>
    <w:rsid w:val="00121720"/>
    <w:rsid w:val="0012186A"/>
    <w:rsid w:val="00121952"/>
    <w:rsid w:val="00121AFE"/>
    <w:rsid w:val="00121B22"/>
    <w:rsid w:val="00121E31"/>
    <w:rsid w:val="001224BA"/>
    <w:rsid w:val="00122A0B"/>
    <w:rsid w:val="00122D15"/>
    <w:rsid w:val="00122FFB"/>
    <w:rsid w:val="0012330D"/>
    <w:rsid w:val="00123661"/>
    <w:rsid w:val="00123770"/>
    <w:rsid w:val="00123855"/>
    <w:rsid w:val="00123A7F"/>
    <w:rsid w:val="00123C05"/>
    <w:rsid w:val="00123E1D"/>
    <w:rsid w:val="001245F5"/>
    <w:rsid w:val="0012463F"/>
    <w:rsid w:val="00124822"/>
    <w:rsid w:val="00124AF6"/>
    <w:rsid w:val="0012505D"/>
    <w:rsid w:val="0012527E"/>
    <w:rsid w:val="0012532F"/>
    <w:rsid w:val="00125331"/>
    <w:rsid w:val="001253E0"/>
    <w:rsid w:val="001254C6"/>
    <w:rsid w:val="0012573B"/>
    <w:rsid w:val="00125B36"/>
    <w:rsid w:val="00125F0F"/>
    <w:rsid w:val="00125F18"/>
    <w:rsid w:val="00125FC8"/>
    <w:rsid w:val="00125FF3"/>
    <w:rsid w:val="0012685C"/>
    <w:rsid w:val="00126938"/>
    <w:rsid w:val="00126B7D"/>
    <w:rsid w:val="00126CC8"/>
    <w:rsid w:val="00126DA7"/>
    <w:rsid w:val="00126EFC"/>
    <w:rsid w:val="00126F49"/>
    <w:rsid w:val="00126F94"/>
    <w:rsid w:val="001270D6"/>
    <w:rsid w:val="00127224"/>
    <w:rsid w:val="0012724B"/>
    <w:rsid w:val="00127DE0"/>
    <w:rsid w:val="00130197"/>
    <w:rsid w:val="001304D4"/>
    <w:rsid w:val="00130FA2"/>
    <w:rsid w:val="0013110B"/>
    <w:rsid w:val="0013150E"/>
    <w:rsid w:val="00131628"/>
    <w:rsid w:val="00131714"/>
    <w:rsid w:val="00131AEE"/>
    <w:rsid w:val="00131ED8"/>
    <w:rsid w:val="001320CD"/>
    <w:rsid w:val="001323AF"/>
    <w:rsid w:val="00132401"/>
    <w:rsid w:val="00132471"/>
    <w:rsid w:val="00132684"/>
    <w:rsid w:val="0013288F"/>
    <w:rsid w:val="00132DF3"/>
    <w:rsid w:val="00132E93"/>
    <w:rsid w:val="00132EC0"/>
    <w:rsid w:val="00132F1A"/>
    <w:rsid w:val="00133283"/>
    <w:rsid w:val="001332D6"/>
    <w:rsid w:val="001337E1"/>
    <w:rsid w:val="001348C6"/>
    <w:rsid w:val="00134A90"/>
    <w:rsid w:val="001353F3"/>
    <w:rsid w:val="001357EC"/>
    <w:rsid w:val="0013598B"/>
    <w:rsid w:val="00135BCC"/>
    <w:rsid w:val="00135BD7"/>
    <w:rsid w:val="00135CC7"/>
    <w:rsid w:val="00135E45"/>
    <w:rsid w:val="001364A8"/>
    <w:rsid w:val="001367DD"/>
    <w:rsid w:val="00136923"/>
    <w:rsid w:val="00136CBE"/>
    <w:rsid w:val="001372E5"/>
    <w:rsid w:val="001373A6"/>
    <w:rsid w:val="0013745C"/>
    <w:rsid w:val="00137B2F"/>
    <w:rsid w:val="001404AF"/>
    <w:rsid w:val="00140A72"/>
    <w:rsid w:val="00140B9C"/>
    <w:rsid w:val="0014180E"/>
    <w:rsid w:val="001419AA"/>
    <w:rsid w:val="001419D1"/>
    <w:rsid w:val="00141AF6"/>
    <w:rsid w:val="00141EDA"/>
    <w:rsid w:val="00141F0B"/>
    <w:rsid w:val="00142110"/>
    <w:rsid w:val="00142326"/>
    <w:rsid w:val="0014276D"/>
    <w:rsid w:val="001428F8"/>
    <w:rsid w:val="00142E56"/>
    <w:rsid w:val="0014332E"/>
    <w:rsid w:val="0014339C"/>
    <w:rsid w:val="001437BB"/>
    <w:rsid w:val="0014388C"/>
    <w:rsid w:val="001438B6"/>
    <w:rsid w:val="00143999"/>
    <w:rsid w:val="001439F1"/>
    <w:rsid w:val="00143E0E"/>
    <w:rsid w:val="00143EE5"/>
    <w:rsid w:val="00144123"/>
    <w:rsid w:val="001444F5"/>
    <w:rsid w:val="001445AF"/>
    <w:rsid w:val="00145257"/>
    <w:rsid w:val="00145726"/>
    <w:rsid w:val="001457A8"/>
    <w:rsid w:val="00146015"/>
    <w:rsid w:val="0014638D"/>
    <w:rsid w:val="00146574"/>
    <w:rsid w:val="00146795"/>
    <w:rsid w:val="00146A9A"/>
    <w:rsid w:val="00146F0D"/>
    <w:rsid w:val="001471C4"/>
    <w:rsid w:val="00147484"/>
    <w:rsid w:val="00147738"/>
    <w:rsid w:val="00150353"/>
    <w:rsid w:val="00150476"/>
    <w:rsid w:val="0015060C"/>
    <w:rsid w:val="0015081D"/>
    <w:rsid w:val="00150BB1"/>
    <w:rsid w:val="00150D3E"/>
    <w:rsid w:val="00151219"/>
    <w:rsid w:val="001513D3"/>
    <w:rsid w:val="00151495"/>
    <w:rsid w:val="00151579"/>
    <w:rsid w:val="00151CFB"/>
    <w:rsid w:val="00151E75"/>
    <w:rsid w:val="00151F30"/>
    <w:rsid w:val="00151F9F"/>
    <w:rsid w:val="001520D0"/>
    <w:rsid w:val="00152495"/>
    <w:rsid w:val="0015275F"/>
    <w:rsid w:val="00152C7E"/>
    <w:rsid w:val="00152DB1"/>
    <w:rsid w:val="00152DB8"/>
    <w:rsid w:val="00152F5A"/>
    <w:rsid w:val="00152FDD"/>
    <w:rsid w:val="0015387F"/>
    <w:rsid w:val="001538BD"/>
    <w:rsid w:val="001539FD"/>
    <w:rsid w:val="00153A60"/>
    <w:rsid w:val="00153B46"/>
    <w:rsid w:val="00153BDF"/>
    <w:rsid w:val="00153E65"/>
    <w:rsid w:val="001541C9"/>
    <w:rsid w:val="00154A1E"/>
    <w:rsid w:val="00154E30"/>
    <w:rsid w:val="0015526B"/>
    <w:rsid w:val="0015643E"/>
    <w:rsid w:val="0015750A"/>
    <w:rsid w:val="00157B31"/>
    <w:rsid w:val="00157B9C"/>
    <w:rsid w:val="00160415"/>
    <w:rsid w:val="00160A96"/>
    <w:rsid w:val="00160DDD"/>
    <w:rsid w:val="00160E28"/>
    <w:rsid w:val="001619F4"/>
    <w:rsid w:val="00161A34"/>
    <w:rsid w:val="00162125"/>
    <w:rsid w:val="0016219E"/>
    <w:rsid w:val="00162329"/>
    <w:rsid w:val="00162650"/>
    <w:rsid w:val="00162AB6"/>
    <w:rsid w:val="00162C46"/>
    <w:rsid w:val="001632D5"/>
    <w:rsid w:val="00163949"/>
    <w:rsid w:val="00163D9B"/>
    <w:rsid w:val="00163FDF"/>
    <w:rsid w:val="00164248"/>
    <w:rsid w:val="00164547"/>
    <w:rsid w:val="00164D75"/>
    <w:rsid w:val="001652A9"/>
    <w:rsid w:val="001653D9"/>
    <w:rsid w:val="00165665"/>
    <w:rsid w:val="00165692"/>
    <w:rsid w:val="0016574F"/>
    <w:rsid w:val="001658AC"/>
    <w:rsid w:val="00165B72"/>
    <w:rsid w:val="0016643B"/>
    <w:rsid w:val="00166743"/>
    <w:rsid w:val="00166AB3"/>
    <w:rsid w:val="00166C12"/>
    <w:rsid w:val="0016704F"/>
    <w:rsid w:val="001670BB"/>
    <w:rsid w:val="00167967"/>
    <w:rsid w:val="00167B4C"/>
    <w:rsid w:val="00167C8A"/>
    <w:rsid w:val="00170010"/>
    <w:rsid w:val="00170291"/>
    <w:rsid w:val="0017049A"/>
    <w:rsid w:val="001705EE"/>
    <w:rsid w:val="0017061F"/>
    <w:rsid w:val="00170852"/>
    <w:rsid w:val="00170994"/>
    <w:rsid w:val="00170D8E"/>
    <w:rsid w:val="00171268"/>
    <w:rsid w:val="00171627"/>
    <w:rsid w:val="001716F3"/>
    <w:rsid w:val="00171921"/>
    <w:rsid w:val="00171923"/>
    <w:rsid w:val="001719A3"/>
    <w:rsid w:val="00171C66"/>
    <w:rsid w:val="00171E4B"/>
    <w:rsid w:val="0017214A"/>
    <w:rsid w:val="00172261"/>
    <w:rsid w:val="00172265"/>
    <w:rsid w:val="00172439"/>
    <w:rsid w:val="00172901"/>
    <w:rsid w:val="00172AAC"/>
    <w:rsid w:val="00172D4C"/>
    <w:rsid w:val="00173287"/>
    <w:rsid w:val="00173443"/>
    <w:rsid w:val="00173D43"/>
    <w:rsid w:val="001744CD"/>
    <w:rsid w:val="001745FB"/>
    <w:rsid w:val="001755EE"/>
    <w:rsid w:val="00175986"/>
    <w:rsid w:val="00175D9F"/>
    <w:rsid w:val="00175ED8"/>
    <w:rsid w:val="00176C4C"/>
    <w:rsid w:val="00176CFF"/>
    <w:rsid w:val="00176D04"/>
    <w:rsid w:val="00176D39"/>
    <w:rsid w:val="00176DAA"/>
    <w:rsid w:val="00176F1F"/>
    <w:rsid w:val="00176FB6"/>
    <w:rsid w:val="00177549"/>
    <w:rsid w:val="00177956"/>
    <w:rsid w:val="00177B23"/>
    <w:rsid w:val="00180184"/>
    <w:rsid w:val="0018053A"/>
    <w:rsid w:val="001806FE"/>
    <w:rsid w:val="001807BF"/>
    <w:rsid w:val="00180A9D"/>
    <w:rsid w:val="00180AB4"/>
    <w:rsid w:val="00180BCA"/>
    <w:rsid w:val="00181104"/>
    <w:rsid w:val="001813FF"/>
    <w:rsid w:val="00181B0B"/>
    <w:rsid w:val="00181B48"/>
    <w:rsid w:val="00181CE7"/>
    <w:rsid w:val="0018204B"/>
    <w:rsid w:val="00182487"/>
    <w:rsid w:val="001825DC"/>
    <w:rsid w:val="0018283E"/>
    <w:rsid w:val="00182D8D"/>
    <w:rsid w:val="0018342B"/>
    <w:rsid w:val="001834C3"/>
    <w:rsid w:val="00183AA2"/>
    <w:rsid w:val="00184119"/>
    <w:rsid w:val="00184630"/>
    <w:rsid w:val="00184D2D"/>
    <w:rsid w:val="0018525A"/>
    <w:rsid w:val="001852F7"/>
    <w:rsid w:val="001854CC"/>
    <w:rsid w:val="00185AE9"/>
    <w:rsid w:val="00186914"/>
    <w:rsid w:val="0018700E"/>
    <w:rsid w:val="001878A8"/>
    <w:rsid w:val="00187919"/>
    <w:rsid w:val="00187AF2"/>
    <w:rsid w:val="00187E01"/>
    <w:rsid w:val="0019002E"/>
    <w:rsid w:val="00190232"/>
    <w:rsid w:val="001904E4"/>
    <w:rsid w:val="001906BD"/>
    <w:rsid w:val="00190961"/>
    <w:rsid w:val="00191245"/>
    <w:rsid w:val="00191343"/>
    <w:rsid w:val="00191531"/>
    <w:rsid w:val="00191849"/>
    <w:rsid w:val="00191FC9"/>
    <w:rsid w:val="001925DB"/>
    <w:rsid w:val="00192959"/>
    <w:rsid w:val="00192E70"/>
    <w:rsid w:val="00192F43"/>
    <w:rsid w:val="001933EE"/>
    <w:rsid w:val="00193403"/>
    <w:rsid w:val="00193518"/>
    <w:rsid w:val="00193752"/>
    <w:rsid w:val="00193F6B"/>
    <w:rsid w:val="00194049"/>
    <w:rsid w:val="001943A3"/>
    <w:rsid w:val="0019444E"/>
    <w:rsid w:val="0019455F"/>
    <w:rsid w:val="001945C6"/>
    <w:rsid w:val="00194894"/>
    <w:rsid w:val="00194EC1"/>
    <w:rsid w:val="001950E8"/>
    <w:rsid w:val="001951B2"/>
    <w:rsid w:val="00195620"/>
    <w:rsid w:val="00195717"/>
    <w:rsid w:val="0019586C"/>
    <w:rsid w:val="00195FD8"/>
    <w:rsid w:val="0019642C"/>
    <w:rsid w:val="001964A1"/>
    <w:rsid w:val="00196981"/>
    <w:rsid w:val="0019699C"/>
    <w:rsid w:val="00196C52"/>
    <w:rsid w:val="001970FB"/>
    <w:rsid w:val="00197106"/>
    <w:rsid w:val="0019711C"/>
    <w:rsid w:val="0019725B"/>
    <w:rsid w:val="00197880"/>
    <w:rsid w:val="001A0325"/>
    <w:rsid w:val="001A05C3"/>
    <w:rsid w:val="001A0610"/>
    <w:rsid w:val="001A065A"/>
    <w:rsid w:val="001A08F9"/>
    <w:rsid w:val="001A0951"/>
    <w:rsid w:val="001A0C36"/>
    <w:rsid w:val="001A0D5E"/>
    <w:rsid w:val="001A0F0B"/>
    <w:rsid w:val="001A10A0"/>
    <w:rsid w:val="001A1400"/>
    <w:rsid w:val="001A1D79"/>
    <w:rsid w:val="001A226E"/>
    <w:rsid w:val="001A235D"/>
    <w:rsid w:val="001A27EE"/>
    <w:rsid w:val="001A2853"/>
    <w:rsid w:val="001A2FBB"/>
    <w:rsid w:val="001A322D"/>
    <w:rsid w:val="001A34AA"/>
    <w:rsid w:val="001A3714"/>
    <w:rsid w:val="001A3886"/>
    <w:rsid w:val="001A38D9"/>
    <w:rsid w:val="001A3ED3"/>
    <w:rsid w:val="001A3FAF"/>
    <w:rsid w:val="001A41DA"/>
    <w:rsid w:val="001A43E9"/>
    <w:rsid w:val="001A474E"/>
    <w:rsid w:val="001A4C88"/>
    <w:rsid w:val="001A5604"/>
    <w:rsid w:val="001A5A36"/>
    <w:rsid w:val="001A5AD0"/>
    <w:rsid w:val="001A621F"/>
    <w:rsid w:val="001A668D"/>
    <w:rsid w:val="001A6910"/>
    <w:rsid w:val="001A6F02"/>
    <w:rsid w:val="001A7151"/>
    <w:rsid w:val="001A7577"/>
    <w:rsid w:val="001A77D5"/>
    <w:rsid w:val="001A7B4F"/>
    <w:rsid w:val="001A7B72"/>
    <w:rsid w:val="001A7CCD"/>
    <w:rsid w:val="001B0442"/>
    <w:rsid w:val="001B0863"/>
    <w:rsid w:val="001B09FA"/>
    <w:rsid w:val="001B1072"/>
    <w:rsid w:val="001B10A8"/>
    <w:rsid w:val="001B11F4"/>
    <w:rsid w:val="001B1563"/>
    <w:rsid w:val="001B16FE"/>
    <w:rsid w:val="001B19A2"/>
    <w:rsid w:val="001B285D"/>
    <w:rsid w:val="001B28F5"/>
    <w:rsid w:val="001B2C49"/>
    <w:rsid w:val="001B310C"/>
    <w:rsid w:val="001B34C7"/>
    <w:rsid w:val="001B3920"/>
    <w:rsid w:val="001B4058"/>
    <w:rsid w:val="001B4783"/>
    <w:rsid w:val="001B56C7"/>
    <w:rsid w:val="001B58BF"/>
    <w:rsid w:val="001B59DF"/>
    <w:rsid w:val="001B6589"/>
    <w:rsid w:val="001B66FC"/>
    <w:rsid w:val="001B670E"/>
    <w:rsid w:val="001B67B9"/>
    <w:rsid w:val="001B6920"/>
    <w:rsid w:val="001B6F09"/>
    <w:rsid w:val="001B7438"/>
    <w:rsid w:val="001B761B"/>
    <w:rsid w:val="001C0031"/>
    <w:rsid w:val="001C00BC"/>
    <w:rsid w:val="001C0964"/>
    <w:rsid w:val="001C0BA8"/>
    <w:rsid w:val="001C0BB7"/>
    <w:rsid w:val="001C0CBA"/>
    <w:rsid w:val="001C0CFD"/>
    <w:rsid w:val="001C1288"/>
    <w:rsid w:val="001C186B"/>
    <w:rsid w:val="001C1957"/>
    <w:rsid w:val="001C19FE"/>
    <w:rsid w:val="001C1C56"/>
    <w:rsid w:val="001C1C80"/>
    <w:rsid w:val="001C1F2A"/>
    <w:rsid w:val="001C2290"/>
    <w:rsid w:val="001C27F2"/>
    <w:rsid w:val="001C2823"/>
    <w:rsid w:val="001C2ADC"/>
    <w:rsid w:val="001C2B9F"/>
    <w:rsid w:val="001C2D06"/>
    <w:rsid w:val="001C3718"/>
    <w:rsid w:val="001C3732"/>
    <w:rsid w:val="001C3770"/>
    <w:rsid w:val="001C3FDD"/>
    <w:rsid w:val="001C442B"/>
    <w:rsid w:val="001C46F9"/>
    <w:rsid w:val="001C4A0D"/>
    <w:rsid w:val="001C4FC9"/>
    <w:rsid w:val="001C5263"/>
    <w:rsid w:val="001C529A"/>
    <w:rsid w:val="001C5635"/>
    <w:rsid w:val="001C5DBF"/>
    <w:rsid w:val="001C5FA8"/>
    <w:rsid w:val="001C60DF"/>
    <w:rsid w:val="001C61D2"/>
    <w:rsid w:val="001C67A6"/>
    <w:rsid w:val="001C6A2E"/>
    <w:rsid w:val="001C7008"/>
    <w:rsid w:val="001C707D"/>
    <w:rsid w:val="001C75E0"/>
    <w:rsid w:val="001C79AC"/>
    <w:rsid w:val="001C7B04"/>
    <w:rsid w:val="001C7D26"/>
    <w:rsid w:val="001D0502"/>
    <w:rsid w:val="001D0593"/>
    <w:rsid w:val="001D05C8"/>
    <w:rsid w:val="001D06D4"/>
    <w:rsid w:val="001D0723"/>
    <w:rsid w:val="001D10F4"/>
    <w:rsid w:val="001D13FD"/>
    <w:rsid w:val="001D14FB"/>
    <w:rsid w:val="001D16D2"/>
    <w:rsid w:val="001D19DB"/>
    <w:rsid w:val="001D1ADF"/>
    <w:rsid w:val="001D1F6E"/>
    <w:rsid w:val="001D20EB"/>
    <w:rsid w:val="001D2304"/>
    <w:rsid w:val="001D2EDE"/>
    <w:rsid w:val="001D31C3"/>
    <w:rsid w:val="001D339F"/>
    <w:rsid w:val="001D3BC6"/>
    <w:rsid w:val="001D3EA2"/>
    <w:rsid w:val="001D4189"/>
    <w:rsid w:val="001D43C3"/>
    <w:rsid w:val="001D4906"/>
    <w:rsid w:val="001D4938"/>
    <w:rsid w:val="001D49B1"/>
    <w:rsid w:val="001D4D33"/>
    <w:rsid w:val="001D51F3"/>
    <w:rsid w:val="001D542E"/>
    <w:rsid w:val="001D54E9"/>
    <w:rsid w:val="001D58CE"/>
    <w:rsid w:val="001D5960"/>
    <w:rsid w:val="001D5DA3"/>
    <w:rsid w:val="001D6017"/>
    <w:rsid w:val="001D6047"/>
    <w:rsid w:val="001D6315"/>
    <w:rsid w:val="001D65C4"/>
    <w:rsid w:val="001D66C2"/>
    <w:rsid w:val="001D69B7"/>
    <w:rsid w:val="001D6A50"/>
    <w:rsid w:val="001D6AAA"/>
    <w:rsid w:val="001D6C05"/>
    <w:rsid w:val="001D6FEC"/>
    <w:rsid w:val="001D71DA"/>
    <w:rsid w:val="001D7225"/>
    <w:rsid w:val="001D7594"/>
    <w:rsid w:val="001D7B5D"/>
    <w:rsid w:val="001D7B74"/>
    <w:rsid w:val="001D7E65"/>
    <w:rsid w:val="001E00B0"/>
    <w:rsid w:val="001E083C"/>
    <w:rsid w:val="001E0AC9"/>
    <w:rsid w:val="001E0E64"/>
    <w:rsid w:val="001E144B"/>
    <w:rsid w:val="001E1B18"/>
    <w:rsid w:val="001E235B"/>
    <w:rsid w:val="001E26C8"/>
    <w:rsid w:val="001E2851"/>
    <w:rsid w:val="001E2B48"/>
    <w:rsid w:val="001E2C7F"/>
    <w:rsid w:val="001E342A"/>
    <w:rsid w:val="001E37C8"/>
    <w:rsid w:val="001E3821"/>
    <w:rsid w:val="001E4016"/>
    <w:rsid w:val="001E4692"/>
    <w:rsid w:val="001E495A"/>
    <w:rsid w:val="001E4D82"/>
    <w:rsid w:val="001E4E4B"/>
    <w:rsid w:val="001E4F06"/>
    <w:rsid w:val="001E534C"/>
    <w:rsid w:val="001E5519"/>
    <w:rsid w:val="001E5BBE"/>
    <w:rsid w:val="001E5FA7"/>
    <w:rsid w:val="001E6108"/>
    <w:rsid w:val="001E6503"/>
    <w:rsid w:val="001E658C"/>
    <w:rsid w:val="001E6D16"/>
    <w:rsid w:val="001E72E6"/>
    <w:rsid w:val="001E74EF"/>
    <w:rsid w:val="001E74FF"/>
    <w:rsid w:val="001E75D9"/>
    <w:rsid w:val="001E7DB9"/>
    <w:rsid w:val="001F006D"/>
    <w:rsid w:val="001F060F"/>
    <w:rsid w:val="001F06AF"/>
    <w:rsid w:val="001F0A29"/>
    <w:rsid w:val="001F0A8A"/>
    <w:rsid w:val="001F0B8C"/>
    <w:rsid w:val="001F0C7E"/>
    <w:rsid w:val="001F1221"/>
    <w:rsid w:val="001F1D58"/>
    <w:rsid w:val="001F1F33"/>
    <w:rsid w:val="001F20DE"/>
    <w:rsid w:val="001F2802"/>
    <w:rsid w:val="001F2BED"/>
    <w:rsid w:val="001F2F62"/>
    <w:rsid w:val="001F3DB6"/>
    <w:rsid w:val="001F4026"/>
    <w:rsid w:val="001F40DC"/>
    <w:rsid w:val="001F4325"/>
    <w:rsid w:val="001F485F"/>
    <w:rsid w:val="001F48E5"/>
    <w:rsid w:val="001F4C0D"/>
    <w:rsid w:val="001F4EB9"/>
    <w:rsid w:val="001F5201"/>
    <w:rsid w:val="001F5629"/>
    <w:rsid w:val="001F63B4"/>
    <w:rsid w:val="001F6686"/>
    <w:rsid w:val="001F6B12"/>
    <w:rsid w:val="001F6BBE"/>
    <w:rsid w:val="001F6FA9"/>
    <w:rsid w:val="001F749F"/>
    <w:rsid w:val="001F763E"/>
    <w:rsid w:val="001F77BB"/>
    <w:rsid w:val="001F78DE"/>
    <w:rsid w:val="001F7AE3"/>
    <w:rsid w:val="001F7D18"/>
    <w:rsid w:val="001F7DC8"/>
    <w:rsid w:val="00200145"/>
    <w:rsid w:val="002001CF"/>
    <w:rsid w:val="00200297"/>
    <w:rsid w:val="00200C6C"/>
    <w:rsid w:val="00200DED"/>
    <w:rsid w:val="00200E89"/>
    <w:rsid w:val="00200EFC"/>
    <w:rsid w:val="002013BA"/>
    <w:rsid w:val="00201446"/>
    <w:rsid w:val="00201675"/>
    <w:rsid w:val="00201C42"/>
    <w:rsid w:val="00201E17"/>
    <w:rsid w:val="00201FE6"/>
    <w:rsid w:val="00202058"/>
    <w:rsid w:val="002021C2"/>
    <w:rsid w:val="00202724"/>
    <w:rsid w:val="0020272B"/>
    <w:rsid w:val="00202896"/>
    <w:rsid w:val="002029E6"/>
    <w:rsid w:val="00202D48"/>
    <w:rsid w:val="00202E0A"/>
    <w:rsid w:val="00202E40"/>
    <w:rsid w:val="00202EB4"/>
    <w:rsid w:val="00203195"/>
    <w:rsid w:val="002031A0"/>
    <w:rsid w:val="002032BF"/>
    <w:rsid w:val="0020343C"/>
    <w:rsid w:val="002038D7"/>
    <w:rsid w:val="0020394E"/>
    <w:rsid w:val="00203DBB"/>
    <w:rsid w:val="00204080"/>
    <w:rsid w:val="00204CC3"/>
    <w:rsid w:val="00205130"/>
    <w:rsid w:val="002052C8"/>
    <w:rsid w:val="002052F8"/>
    <w:rsid w:val="00205BF4"/>
    <w:rsid w:val="00205D1A"/>
    <w:rsid w:val="00205FF7"/>
    <w:rsid w:val="00206A13"/>
    <w:rsid w:val="00206CBC"/>
    <w:rsid w:val="002072C8"/>
    <w:rsid w:val="00207470"/>
    <w:rsid w:val="00207689"/>
    <w:rsid w:val="00207E52"/>
    <w:rsid w:val="00207FE9"/>
    <w:rsid w:val="00210441"/>
    <w:rsid w:val="002107A7"/>
    <w:rsid w:val="00210BE3"/>
    <w:rsid w:val="0021107C"/>
    <w:rsid w:val="00211180"/>
    <w:rsid w:val="00211854"/>
    <w:rsid w:val="00211946"/>
    <w:rsid w:val="00212123"/>
    <w:rsid w:val="0021244F"/>
    <w:rsid w:val="002124AA"/>
    <w:rsid w:val="002127E0"/>
    <w:rsid w:val="00212928"/>
    <w:rsid w:val="00212F83"/>
    <w:rsid w:val="002131BE"/>
    <w:rsid w:val="00213316"/>
    <w:rsid w:val="00213473"/>
    <w:rsid w:val="0021386B"/>
    <w:rsid w:val="00215206"/>
    <w:rsid w:val="002157DB"/>
    <w:rsid w:val="00215FDB"/>
    <w:rsid w:val="002161FE"/>
    <w:rsid w:val="002162C5"/>
    <w:rsid w:val="00216368"/>
    <w:rsid w:val="00216510"/>
    <w:rsid w:val="00217125"/>
    <w:rsid w:val="00217303"/>
    <w:rsid w:val="00217313"/>
    <w:rsid w:val="0021735E"/>
    <w:rsid w:val="00217DEB"/>
    <w:rsid w:val="00217E42"/>
    <w:rsid w:val="00217E48"/>
    <w:rsid w:val="002203CD"/>
    <w:rsid w:val="00220B1F"/>
    <w:rsid w:val="00220DEF"/>
    <w:rsid w:val="00220E81"/>
    <w:rsid w:val="00221019"/>
    <w:rsid w:val="00221232"/>
    <w:rsid w:val="00221862"/>
    <w:rsid w:val="002220C7"/>
    <w:rsid w:val="0022212E"/>
    <w:rsid w:val="00222265"/>
    <w:rsid w:val="00222854"/>
    <w:rsid w:val="002230F7"/>
    <w:rsid w:val="0022325F"/>
    <w:rsid w:val="00223518"/>
    <w:rsid w:val="00223534"/>
    <w:rsid w:val="00223740"/>
    <w:rsid w:val="00223776"/>
    <w:rsid w:val="002237BD"/>
    <w:rsid w:val="00223ECE"/>
    <w:rsid w:val="00224C1D"/>
    <w:rsid w:val="00224CC0"/>
    <w:rsid w:val="00224F3D"/>
    <w:rsid w:val="002250CC"/>
    <w:rsid w:val="002252B2"/>
    <w:rsid w:val="00225AA6"/>
    <w:rsid w:val="002265A8"/>
    <w:rsid w:val="002266D1"/>
    <w:rsid w:val="0022683C"/>
    <w:rsid w:val="00226AD3"/>
    <w:rsid w:val="00226B35"/>
    <w:rsid w:val="002276C8"/>
    <w:rsid w:val="0022799F"/>
    <w:rsid w:val="00227C9B"/>
    <w:rsid w:val="00227D9A"/>
    <w:rsid w:val="002303A2"/>
    <w:rsid w:val="0023059C"/>
    <w:rsid w:val="00230873"/>
    <w:rsid w:val="00230EE0"/>
    <w:rsid w:val="00231D91"/>
    <w:rsid w:val="00231E4A"/>
    <w:rsid w:val="00231FC2"/>
    <w:rsid w:val="002321A0"/>
    <w:rsid w:val="00232376"/>
    <w:rsid w:val="0023262B"/>
    <w:rsid w:val="002326D0"/>
    <w:rsid w:val="002327A7"/>
    <w:rsid w:val="00232B6B"/>
    <w:rsid w:val="002339FB"/>
    <w:rsid w:val="00234142"/>
    <w:rsid w:val="0023455E"/>
    <w:rsid w:val="00234623"/>
    <w:rsid w:val="00234EEC"/>
    <w:rsid w:val="00234EF0"/>
    <w:rsid w:val="00234EF5"/>
    <w:rsid w:val="002350F5"/>
    <w:rsid w:val="00236199"/>
    <w:rsid w:val="00236791"/>
    <w:rsid w:val="00236891"/>
    <w:rsid w:val="00236893"/>
    <w:rsid w:val="00236A6D"/>
    <w:rsid w:val="002370EF"/>
    <w:rsid w:val="00237516"/>
    <w:rsid w:val="002375CC"/>
    <w:rsid w:val="00237767"/>
    <w:rsid w:val="002378C0"/>
    <w:rsid w:val="00237F6C"/>
    <w:rsid w:val="00237FE8"/>
    <w:rsid w:val="0024001A"/>
    <w:rsid w:val="00240760"/>
    <w:rsid w:val="00240789"/>
    <w:rsid w:val="00240986"/>
    <w:rsid w:val="00240DC7"/>
    <w:rsid w:val="00240ECB"/>
    <w:rsid w:val="00240F8E"/>
    <w:rsid w:val="00241070"/>
    <w:rsid w:val="002411A0"/>
    <w:rsid w:val="0024147B"/>
    <w:rsid w:val="002416A5"/>
    <w:rsid w:val="002417B9"/>
    <w:rsid w:val="002417D5"/>
    <w:rsid w:val="002420A1"/>
    <w:rsid w:val="00242525"/>
    <w:rsid w:val="00242598"/>
    <w:rsid w:val="00242731"/>
    <w:rsid w:val="00242732"/>
    <w:rsid w:val="00242B29"/>
    <w:rsid w:val="00242D56"/>
    <w:rsid w:val="0024330A"/>
    <w:rsid w:val="002439D1"/>
    <w:rsid w:val="00243D01"/>
    <w:rsid w:val="00243D66"/>
    <w:rsid w:val="00243F65"/>
    <w:rsid w:val="002440D7"/>
    <w:rsid w:val="002447C9"/>
    <w:rsid w:val="002449B0"/>
    <w:rsid w:val="00244C18"/>
    <w:rsid w:val="00244E76"/>
    <w:rsid w:val="00245203"/>
    <w:rsid w:val="002452E8"/>
    <w:rsid w:val="00245308"/>
    <w:rsid w:val="00245383"/>
    <w:rsid w:val="002454A9"/>
    <w:rsid w:val="0024565C"/>
    <w:rsid w:val="00245B63"/>
    <w:rsid w:val="002460D4"/>
    <w:rsid w:val="00246325"/>
    <w:rsid w:val="00247572"/>
    <w:rsid w:val="00247AD2"/>
    <w:rsid w:val="00247D6E"/>
    <w:rsid w:val="00250276"/>
    <w:rsid w:val="00250496"/>
    <w:rsid w:val="00250F28"/>
    <w:rsid w:val="002514BB"/>
    <w:rsid w:val="00251C32"/>
    <w:rsid w:val="00251EA9"/>
    <w:rsid w:val="00252135"/>
    <w:rsid w:val="00252836"/>
    <w:rsid w:val="0025290C"/>
    <w:rsid w:val="00252CDF"/>
    <w:rsid w:val="00253165"/>
    <w:rsid w:val="00253192"/>
    <w:rsid w:val="00253303"/>
    <w:rsid w:val="0025350F"/>
    <w:rsid w:val="00253589"/>
    <w:rsid w:val="002535FE"/>
    <w:rsid w:val="00253D44"/>
    <w:rsid w:val="00253F7B"/>
    <w:rsid w:val="00254109"/>
    <w:rsid w:val="00254276"/>
    <w:rsid w:val="002543E6"/>
    <w:rsid w:val="00254410"/>
    <w:rsid w:val="002545F0"/>
    <w:rsid w:val="002549A1"/>
    <w:rsid w:val="00254AEC"/>
    <w:rsid w:val="00254DDB"/>
    <w:rsid w:val="00254E72"/>
    <w:rsid w:val="00254E77"/>
    <w:rsid w:val="00254F97"/>
    <w:rsid w:val="00255430"/>
    <w:rsid w:val="0025564A"/>
    <w:rsid w:val="00255913"/>
    <w:rsid w:val="00255FC6"/>
    <w:rsid w:val="0025604D"/>
    <w:rsid w:val="002567A2"/>
    <w:rsid w:val="002567BC"/>
    <w:rsid w:val="002569E2"/>
    <w:rsid w:val="00256AE8"/>
    <w:rsid w:val="00256CFB"/>
    <w:rsid w:val="00256F0F"/>
    <w:rsid w:val="00257202"/>
    <w:rsid w:val="002572DE"/>
    <w:rsid w:val="0025734E"/>
    <w:rsid w:val="00257A26"/>
    <w:rsid w:val="002608B3"/>
    <w:rsid w:val="00260996"/>
    <w:rsid w:val="00260A66"/>
    <w:rsid w:val="00260F67"/>
    <w:rsid w:val="00261390"/>
    <w:rsid w:val="002614DF"/>
    <w:rsid w:val="002618DA"/>
    <w:rsid w:val="002619DC"/>
    <w:rsid w:val="00261DA2"/>
    <w:rsid w:val="00262092"/>
    <w:rsid w:val="00262855"/>
    <w:rsid w:val="0026285E"/>
    <w:rsid w:val="0026320A"/>
    <w:rsid w:val="002632E2"/>
    <w:rsid w:val="002633C8"/>
    <w:rsid w:val="002636DF"/>
    <w:rsid w:val="00263732"/>
    <w:rsid w:val="002638D2"/>
    <w:rsid w:val="002641A0"/>
    <w:rsid w:val="002641B4"/>
    <w:rsid w:val="00264391"/>
    <w:rsid w:val="00264646"/>
    <w:rsid w:val="0026489C"/>
    <w:rsid w:val="00264A0B"/>
    <w:rsid w:val="00264E77"/>
    <w:rsid w:val="00265121"/>
    <w:rsid w:val="00265177"/>
    <w:rsid w:val="00265A81"/>
    <w:rsid w:val="00265B72"/>
    <w:rsid w:val="00265C31"/>
    <w:rsid w:val="00265EEF"/>
    <w:rsid w:val="0026611E"/>
    <w:rsid w:val="0026650D"/>
    <w:rsid w:val="00266727"/>
    <w:rsid w:val="00266A34"/>
    <w:rsid w:val="002672AB"/>
    <w:rsid w:val="002672BA"/>
    <w:rsid w:val="00267538"/>
    <w:rsid w:val="00267756"/>
    <w:rsid w:val="002679AF"/>
    <w:rsid w:val="00267C54"/>
    <w:rsid w:val="00267E35"/>
    <w:rsid w:val="0027003B"/>
    <w:rsid w:val="00270152"/>
    <w:rsid w:val="0027037A"/>
    <w:rsid w:val="002705C8"/>
    <w:rsid w:val="002706AB"/>
    <w:rsid w:val="0027086A"/>
    <w:rsid w:val="002709A4"/>
    <w:rsid w:val="002715DF"/>
    <w:rsid w:val="002718FC"/>
    <w:rsid w:val="00271B3D"/>
    <w:rsid w:val="00272387"/>
    <w:rsid w:val="002724F2"/>
    <w:rsid w:val="0027260A"/>
    <w:rsid w:val="0027271F"/>
    <w:rsid w:val="00272A0C"/>
    <w:rsid w:val="00272EC2"/>
    <w:rsid w:val="00273073"/>
    <w:rsid w:val="002736B2"/>
    <w:rsid w:val="00273B38"/>
    <w:rsid w:val="00273B3F"/>
    <w:rsid w:val="00274524"/>
    <w:rsid w:val="002746EB"/>
    <w:rsid w:val="002748AD"/>
    <w:rsid w:val="002749AB"/>
    <w:rsid w:val="00274A72"/>
    <w:rsid w:val="00274C1F"/>
    <w:rsid w:val="00274F1E"/>
    <w:rsid w:val="00274F32"/>
    <w:rsid w:val="00274FC0"/>
    <w:rsid w:val="002752D3"/>
    <w:rsid w:val="00275610"/>
    <w:rsid w:val="00275AD3"/>
    <w:rsid w:val="0027640C"/>
    <w:rsid w:val="002764E4"/>
    <w:rsid w:val="002768E9"/>
    <w:rsid w:val="00277571"/>
    <w:rsid w:val="002776B5"/>
    <w:rsid w:val="002776C8"/>
    <w:rsid w:val="00277773"/>
    <w:rsid w:val="002777BA"/>
    <w:rsid w:val="00277ED3"/>
    <w:rsid w:val="002801AE"/>
    <w:rsid w:val="00280399"/>
    <w:rsid w:val="00280503"/>
    <w:rsid w:val="002809E5"/>
    <w:rsid w:val="00280ED2"/>
    <w:rsid w:val="0028108F"/>
    <w:rsid w:val="0028116E"/>
    <w:rsid w:val="002811F4"/>
    <w:rsid w:val="002813EC"/>
    <w:rsid w:val="002815FF"/>
    <w:rsid w:val="0028169A"/>
    <w:rsid w:val="002816AD"/>
    <w:rsid w:val="002819D3"/>
    <w:rsid w:val="00281AAA"/>
    <w:rsid w:val="00281DFE"/>
    <w:rsid w:val="0028275E"/>
    <w:rsid w:val="00282AE6"/>
    <w:rsid w:val="00282B49"/>
    <w:rsid w:val="00282C26"/>
    <w:rsid w:val="00282C52"/>
    <w:rsid w:val="0028321D"/>
    <w:rsid w:val="00283222"/>
    <w:rsid w:val="002836FA"/>
    <w:rsid w:val="0028374B"/>
    <w:rsid w:val="00283971"/>
    <w:rsid w:val="00283BB5"/>
    <w:rsid w:val="00283BD9"/>
    <w:rsid w:val="002843BC"/>
    <w:rsid w:val="0028498A"/>
    <w:rsid w:val="002851F2"/>
    <w:rsid w:val="002858A9"/>
    <w:rsid w:val="00286280"/>
    <w:rsid w:val="00286415"/>
    <w:rsid w:val="00286920"/>
    <w:rsid w:val="00286C67"/>
    <w:rsid w:val="00286D6B"/>
    <w:rsid w:val="002873C3"/>
    <w:rsid w:val="002875AD"/>
    <w:rsid w:val="00287920"/>
    <w:rsid w:val="00287AA0"/>
    <w:rsid w:val="00287D5E"/>
    <w:rsid w:val="00290182"/>
    <w:rsid w:val="002904C7"/>
    <w:rsid w:val="0029050B"/>
    <w:rsid w:val="002909E7"/>
    <w:rsid w:val="00290AD3"/>
    <w:rsid w:val="00291205"/>
    <w:rsid w:val="002912F9"/>
    <w:rsid w:val="00291443"/>
    <w:rsid w:val="0029155E"/>
    <w:rsid w:val="00291867"/>
    <w:rsid w:val="00291C0B"/>
    <w:rsid w:val="00291CFF"/>
    <w:rsid w:val="00292080"/>
    <w:rsid w:val="002920E5"/>
    <w:rsid w:val="00292385"/>
    <w:rsid w:val="00292645"/>
    <w:rsid w:val="00292B1C"/>
    <w:rsid w:val="00292BA0"/>
    <w:rsid w:val="00292D3E"/>
    <w:rsid w:val="00293928"/>
    <w:rsid w:val="002939C4"/>
    <w:rsid w:val="00293EA6"/>
    <w:rsid w:val="0029441A"/>
    <w:rsid w:val="00294425"/>
    <w:rsid w:val="002949CC"/>
    <w:rsid w:val="00294D28"/>
    <w:rsid w:val="002952FB"/>
    <w:rsid w:val="002957AC"/>
    <w:rsid w:val="00295A14"/>
    <w:rsid w:val="00295D0D"/>
    <w:rsid w:val="00295F6E"/>
    <w:rsid w:val="002964DC"/>
    <w:rsid w:val="00296C94"/>
    <w:rsid w:val="0029759B"/>
    <w:rsid w:val="00297D79"/>
    <w:rsid w:val="002A006D"/>
    <w:rsid w:val="002A00D2"/>
    <w:rsid w:val="002A0112"/>
    <w:rsid w:val="002A035B"/>
    <w:rsid w:val="002A036E"/>
    <w:rsid w:val="002A04A0"/>
    <w:rsid w:val="002A091E"/>
    <w:rsid w:val="002A0BE4"/>
    <w:rsid w:val="002A0E58"/>
    <w:rsid w:val="002A0F2B"/>
    <w:rsid w:val="002A13C7"/>
    <w:rsid w:val="002A1762"/>
    <w:rsid w:val="002A2000"/>
    <w:rsid w:val="002A20EF"/>
    <w:rsid w:val="002A212D"/>
    <w:rsid w:val="002A25A1"/>
    <w:rsid w:val="002A2AFC"/>
    <w:rsid w:val="002A2B77"/>
    <w:rsid w:val="002A2D6A"/>
    <w:rsid w:val="002A2F5F"/>
    <w:rsid w:val="002A349E"/>
    <w:rsid w:val="002A3A96"/>
    <w:rsid w:val="002A3AD8"/>
    <w:rsid w:val="002A3C54"/>
    <w:rsid w:val="002A3DFF"/>
    <w:rsid w:val="002A3ED6"/>
    <w:rsid w:val="002A3F89"/>
    <w:rsid w:val="002A4032"/>
    <w:rsid w:val="002A4227"/>
    <w:rsid w:val="002A431F"/>
    <w:rsid w:val="002A49B0"/>
    <w:rsid w:val="002A543B"/>
    <w:rsid w:val="002A5690"/>
    <w:rsid w:val="002A588B"/>
    <w:rsid w:val="002A5A01"/>
    <w:rsid w:val="002A5C80"/>
    <w:rsid w:val="002A5D01"/>
    <w:rsid w:val="002A60BB"/>
    <w:rsid w:val="002A6379"/>
    <w:rsid w:val="002A64E6"/>
    <w:rsid w:val="002A6523"/>
    <w:rsid w:val="002A6621"/>
    <w:rsid w:val="002A6933"/>
    <w:rsid w:val="002A6EB8"/>
    <w:rsid w:val="002A6F75"/>
    <w:rsid w:val="002A70DC"/>
    <w:rsid w:val="002A71D5"/>
    <w:rsid w:val="002A727D"/>
    <w:rsid w:val="002A73CC"/>
    <w:rsid w:val="002A7485"/>
    <w:rsid w:val="002A7A1F"/>
    <w:rsid w:val="002B01D9"/>
    <w:rsid w:val="002B023A"/>
    <w:rsid w:val="002B02EF"/>
    <w:rsid w:val="002B02F7"/>
    <w:rsid w:val="002B0F0C"/>
    <w:rsid w:val="002B1080"/>
    <w:rsid w:val="002B1100"/>
    <w:rsid w:val="002B19E9"/>
    <w:rsid w:val="002B1AAD"/>
    <w:rsid w:val="002B21B3"/>
    <w:rsid w:val="002B23C3"/>
    <w:rsid w:val="002B2426"/>
    <w:rsid w:val="002B26B4"/>
    <w:rsid w:val="002B2994"/>
    <w:rsid w:val="002B2A04"/>
    <w:rsid w:val="002B2B1E"/>
    <w:rsid w:val="002B2D42"/>
    <w:rsid w:val="002B2EEF"/>
    <w:rsid w:val="002B2F8B"/>
    <w:rsid w:val="002B34B8"/>
    <w:rsid w:val="002B34BD"/>
    <w:rsid w:val="002B37FD"/>
    <w:rsid w:val="002B4342"/>
    <w:rsid w:val="002B4457"/>
    <w:rsid w:val="002B4B22"/>
    <w:rsid w:val="002B5777"/>
    <w:rsid w:val="002B5DD5"/>
    <w:rsid w:val="002B64F9"/>
    <w:rsid w:val="002B662F"/>
    <w:rsid w:val="002B690D"/>
    <w:rsid w:val="002B6A5A"/>
    <w:rsid w:val="002B6B03"/>
    <w:rsid w:val="002B6CC1"/>
    <w:rsid w:val="002B6D5F"/>
    <w:rsid w:val="002B7157"/>
    <w:rsid w:val="002B7324"/>
    <w:rsid w:val="002B78B5"/>
    <w:rsid w:val="002B7F51"/>
    <w:rsid w:val="002B7F60"/>
    <w:rsid w:val="002C039D"/>
    <w:rsid w:val="002C0835"/>
    <w:rsid w:val="002C10A9"/>
    <w:rsid w:val="002C11D2"/>
    <w:rsid w:val="002C1383"/>
    <w:rsid w:val="002C15BE"/>
    <w:rsid w:val="002C162F"/>
    <w:rsid w:val="002C166B"/>
    <w:rsid w:val="002C16B0"/>
    <w:rsid w:val="002C264F"/>
    <w:rsid w:val="002C28D6"/>
    <w:rsid w:val="002C29EC"/>
    <w:rsid w:val="002C2C77"/>
    <w:rsid w:val="002C3082"/>
    <w:rsid w:val="002C3A46"/>
    <w:rsid w:val="002C3C77"/>
    <w:rsid w:val="002C3D2A"/>
    <w:rsid w:val="002C40AC"/>
    <w:rsid w:val="002C4339"/>
    <w:rsid w:val="002C446E"/>
    <w:rsid w:val="002C4865"/>
    <w:rsid w:val="002C4883"/>
    <w:rsid w:val="002C4A5F"/>
    <w:rsid w:val="002C4C10"/>
    <w:rsid w:val="002C4F13"/>
    <w:rsid w:val="002C4FA6"/>
    <w:rsid w:val="002C5036"/>
    <w:rsid w:val="002C5139"/>
    <w:rsid w:val="002C5185"/>
    <w:rsid w:val="002C5527"/>
    <w:rsid w:val="002C56CF"/>
    <w:rsid w:val="002C5763"/>
    <w:rsid w:val="002C5CFF"/>
    <w:rsid w:val="002C6645"/>
    <w:rsid w:val="002C679E"/>
    <w:rsid w:val="002C685B"/>
    <w:rsid w:val="002C6896"/>
    <w:rsid w:val="002C6939"/>
    <w:rsid w:val="002C6A82"/>
    <w:rsid w:val="002C7474"/>
    <w:rsid w:val="002C77D8"/>
    <w:rsid w:val="002C7B2B"/>
    <w:rsid w:val="002D02F1"/>
    <w:rsid w:val="002D0385"/>
    <w:rsid w:val="002D0398"/>
    <w:rsid w:val="002D0631"/>
    <w:rsid w:val="002D0E18"/>
    <w:rsid w:val="002D0E83"/>
    <w:rsid w:val="002D0ECB"/>
    <w:rsid w:val="002D2177"/>
    <w:rsid w:val="002D249C"/>
    <w:rsid w:val="002D25C5"/>
    <w:rsid w:val="002D26CB"/>
    <w:rsid w:val="002D29A7"/>
    <w:rsid w:val="002D29CF"/>
    <w:rsid w:val="002D2E1F"/>
    <w:rsid w:val="002D2E85"/>
    <w:rsid w:val="002D3318"/>
    <w:rsid w:val="002D3393"/>
    <w:rsid w:val="002D3679"/>
    <w:rsid w:val="002D3CAE"/>
    <w:rsid w:val="002D4135"/>
    <w:rsid w:val="002D4270"/>
    <w:rsid w:val="002D428A"/>
    <w:rsid w:val="002D45EC"/>
    <w:rsid w:val="002D46C1"/>
    <w:rsid w:val="002D48DA"/>
    <w:rsid w:val="002D4BDA"/>
    <w:rsid w:val="002D5222"/>
    <w:rsid w:val="002D5312"/>
    <w:rsid w:val="002D5396"/>
    <w:rsid w:val="002D5678"/>
    <w:rsid w:val="002D5805"/>
    <w:rsid w:val="002D5BEA"/>
    <w:rsid w:val="002D5D36"/>
    <w:rsid w:val="002D5F05"/>
    <w:rsid w:val="002D67D4"/>
    <w:rsid w:val="002D68E7"/>
    <w:rsid w:val="002D6974"/>
    <w:rsid w:val="002D6A48"/>
    <w:rsid w:val="002D70E4"/>
    <w:rsid w:val="002D7591"/>
    <w:rsid w:val="002D76B8"/>
    <w:rsid w:val="002D7726"/>
    <w:rsid w:val="002D776D"/>
    <w:rsid w:val="002D778F"/>
    <w:rsid w:val="002D7D88"/>
    <w:rsid w:val="002D7E51"/>
    <w:rsid w:val="002E02E3"/>
    <w:rsid w:val="002E047B"/>
    <w:rsid w:val="002E0509"/>
    <w:rsid w:val="002E0523"/>
    <w:rsid w:val="002E0776"/>
    <w:rsid w:val="002E0886"/>
    <w:rsid w:val="002E0AD1"/>
    <w:rsid w:val="002E1274"/>
    <w:rsid w:val="002E1634"/>
    <w:rsid w:val="002E1F0D"/>
    <w:rsid w:val="002E25DA"/>
    <w:rsid w:val="002E25DD"/>
    <w:rsid w:val="002E28B6"/>
    <w:rsid w:val="002E2B50"/>
    <w:rsid w:val="002E2C2C"/>
    <w:rsid w:val="002E3636"/>
    <w:rsid w:val="002E3690"/>
    <w:rsid w:val="002E382D"/>
    <w:rsid w:val="002E3C1D"/>
    <w:rsid w:val="002E4210"/>
    <w:rsid w:val="002E4233"/>
    <w:rsid w:val="002E44F2"/>
    <w:rsid w:val="002E45D5"/>
    <w:rsid w:val="002E488A"/>
    <w:rsid w:val="002E4FD1"/>
    <w:rsid w:val="002E5276"/>
    <w:rsid w:val="002E542D"/>
    <w:rsid w:val="002E59E8"/>
    <w:rsid w:val="002E5AF6"/>
    <w:rsid w:val="002E5CBE"/>
    <w:rsid w:val="002E5D59"/>
    <w:rsid w:val="002E5FE0"/>
    <w:rsid w:val="002E6561"/>
    <w:rsid w:val="002E676F"/>
    <w:rsid w:val="002E6820"/>
    <w:rsid w:val="002E68E1"/>
    <w:rsid w:val="002E6948"/>
    <w:rsid w:val="002E69EE"/>
    <w:rsid w:val="002E6F04"/>
    <w:rsid w:val="002E76AE"/>
    <w:rsid w:val="002E7977"/>
    <w:rsid w:val="002E79CF"/>
    <w:rsid w:val="002E7BBD"/>
    <w:rsid w:val="002E7D81"/>
    <w:rsid w:val="002E7DE5"/>
    <w:rsid w:val="002F003F"/>
    <w:rsid w:val="002F005B"/>
    <w:rsid w:val="002F13AA"/>
    <w:rsid w:val="002F2495"/>
    <w:rsid w:val="002F2505"/>
    <w:rsid w:val="002F2759"/>
    <w:rsid w:val="002F27A5"/>
    <w:rsid w:val="002F2D9D"/>
    <w:rsid w:val="002F3017"/>
    <w:rsid w:val="002F352E"/>
    <w:rsid w:val="002F3F31"/>
    <w:rsid w:val="002F4270"/>
    <w:rsid w:val="002F450E"/>
    <w:rsid w:val="002F49FF"/>
    <w:rsid w:val="002F4B07"/>
    <w:rsid w:val="002F55E8"/>
    <w:rsid w:val="002F579E"/>
    <w:rsid w:val="002F57A8"/>
    <w:rsid w:val="002F5B20"/>
    <w:rsid w:val="002F66A0"/>
    <w:rsid w:val="002F6E6D"/>
    <w:rsid w:val="002F7045"/>
    <w:rsid w:val="002F728A"/>
    <w:rsid w:val="002F7698"/>
    <w:rsid w:val="00300042"/>
    <w:rsid w:val="00300124"/>
    <w:rsid w:val="003002C8"/>
    <w:rsid w:val="003004F5"/>
    <w:rsid w:val="00300B27"/>
    <w:rsid w:val="00301019"/>
    <w:rsid w:val="00301057"/>
    <w:rsid w:val="003011CC"/>
    <w:rsid w:val="0030157C"/>
    <w:rsid w:val="00301A70"/>
    <w:rsid w:val="00301E0A"/>
    <w:rsid w:val="00301E9F"/>
    <w:rsid w:val="00302985"/>
    <w:rsid w:val="003030DB"/>
    <w:rsid w:val="00303B8D"/>
    <w:rsid w:val="00303DE9"/>
    <w:rsid w:val="00303F75"/>
    <w:rsid w:val="003042BA"/>
    <w:rsid w:val="00304355"/>
    <w:rsid w:val="00304535"/>
    <w:rsid w:val="003049E2"/>
    <w:rsid w:val="0030519B"/>
    <w:rsid w:val="00305457"/>
    <w:rsid w:val="00305CD5"/>
    <w:rsid w:val="00305CF8"/>
    <w:rsid w:val="003062B2"/>
    <w:rsid w:val="003063B4"/>
    <w:rsid w:val="0030645E"/>
    <w:rsid w:val="00306698"/>
    <w:rsid w:val="003068D0"/>
    <w:rsid w:val="00306AD2"/>
    <w:rsid w:val="00306C81"/>
    <w:rsid w:val="00307737"/>
    <w:rsid w:val="003078B8"/>
    <w:rsid w:val="00307B3C"/>
    <w:rsid w:val="00310386"/>
    <w:rsid w:val="003106C0"/>
    <w:rsid w:val="003107A4"/>
    <w:rsid w:val="00310824"/>
    <w:rsid w:val="00310B5D"/>
    <w:rsid w:val="00311A55"/>
    <w:rsid w:val="00311D7B"/>
    <w:rsid w:val="00311F5D"/>
    <w:rsid w:val="003125F5"/>
    <w:rsid w:val="0031262E"/>
    <w:rsid w:val="00312CB8"/>
    <w:rsid w:val="00312ECB"/>
    <w:rsid w:val="0031321D"/>
    <w:rsid w:val="003132BD"/>
    <w:rsid w:val="00313328"/>
    <w:rsid w:val="003133B9"/>
    <w:rsid w:val="003136D5"/>
    <w:rsid w:val="003139F6"/>
    <w:rsid w:val="00313F44"/>
    <w:rsid w:val="00314DE0"/>
    <w:rsid w:val="00314E30"/>
    <w:rsid w:val="00315840"/>
    <w:rsid w:val="00315DE9"/>
    <w:rsid w:val="00315E2F"/>
    <w:rsid w:val="003160A3"/>
    <w:rsid w:val="003161F8"/>
    <w:rsid w:val="003162DC"/>
    <w:rsid w:val="0031633D"/>
    <w:rsid w:val="00316799"/>
    <w:rsid w:val="003169BC"/>
    <w:rsid w:val="00316A9C"/>
    <w:rsid w:val="00317369"/>
    <w:rsid w:val="003173C7"/>
    <w:rsid w:val="00317410"/>
    <w:rsid w:val="00317525"/>
    <w:rsid w:val="0031774C"/>
    <w:rsid w:val="003177D9"/>
    <w:rsid w:val="0031789E"/>
    <w:rsid w:val="00317C26"/>
    <w:rsid w:val="003201A6"/>
    <w:rsid w:val="003201B0"/>
    <w:rsid w:val="00320515"/>
    <w:rsid w:val="00320754"/>
    <w:rsid w:val="00320EE2"/>
    <w:rsid w:val="003211B2"/>
    <w:rsid w:val="0032193F"/>
    <w:rsid w:val="00321B4A"/>
    <w:rsid w:val="00321B83"/>
    <w:rsid w:val="00322012"/>
    <w:rsid w:val="0032217C"/>
    <w:rsid w:val="00322676"/>
    <w:rsid w:val="00322C06"/>
    <w:rsid w:val="00322CEA"/>
    <w:rsid w:val="00322EB7"/>
    <w:rsid w:val="00322F12"/>
    <w:rsid w:val="0032317C"/>
    <w:rsid w:val="00323A8C"/>
    <w:rsid w:val="00324003"/>
    <w:rsid w:val="003241A3"/>
    <w:rsid w:val="00324711"/>
    <w:rsid w:val="00324B1C"/>
    <w:rsid w:val="00325246"/>
    <w:rsid w:val="00325518"/>
    <w:rsid w:val="003257E8"/>
    <w:rsid w:val="00325989"/>
    <w:rsid w:val="00325BBB"/>
    <w:rsid w:val="00325DEE"/>
    <w:rsid w:val="003262C1"/>
    <w:rsid w:val="00326532"/>
    <w:rsid w:val="0032686B"/>
    <w:rsid w:val="003269AA"/>
    <w:rsid w:val="00326C84"/>
    <w:rsid w:val="00326F8D"/>
    <w:rsid w:val="0032716C"/>
    <w:rsid w:val="00327267"/>
    <w:rsid w:val="003274BB"/>
    <w:rsid w:val="00327536"/>
    <w:rsid w:val="00327CDD"/>
    <w:rsid w:val="00327DC7"/>
    <w:rsid w:val="00327E41"/>
    <w:rsid w:val="00330173"/>
    <w:rsid w:val="00330566"/>
    <w:rsid w:val="003307A8"/>
    <w:rsid w:val="0033095F"/>
    <w:rsid w:val="003309F7"/>
    <w:rsid w:val="00330A10"/>
    <w:rsid w:val="00330D4B"/>
    <w:rsid w:val="00330DE5"/>
    <w:rsid w:val="00331341"/>
    <w:rsid w:val="00331593"/>
    <w:rsid w:val="003316A8"/>
    <w:rsid w:val="00331B12"/>
    <w:rsid w:val="003323D9"/>
    <w:rsid w:val="00332451"/>
    <w:rsid w:val="003324F8"/>
    <w:rsid w:val="003327B1"/>
    <w:rsid w:val="00332E21"/>
    <w:rsid w:val="00332F73"/>
    <w:rsid w:val="003331EA"/>
    <w:rsid w:val="00333565"/>
    <w:rsid w:val="00333676"/>
    <w:rsid w:val="00333756"/>
    <w:rsid w:val="00333B6A"/>
    <w:rsid w:val="00333B93"/>
    <w:rsid w:val="00333C27"/>
    <w:rsid w:val="00333CC2"/>
    <w:rsid w:val="00333F7E"/>
    <w:rsid w:val="003342DD"/>
    <w:rsid w:val="003346F4"/>
    <w:rsid w:val="0033481E"/>
    <w:rsid w:val="00334927"/>
    <w:rsid w:val="00334C92"/>
    <w:rsid w:val="00335033"/>
    <w:rsid w:val="00335216"/>
    <w:rsid w:val="003354B6"/>
    <w:rsid w:val="003358F3"/>
    <w:rsid w:val="003359EA"/>
    <w:rsid w:val="00336481"/>
    <w:rsid w:val="0033669E"/>
    <w:rsid w:val="003367DF"/>
    <w:rsid w:val="003376E1"/>
    <w:rsid w:val="0033774C"/>
    <w:rsid w:val="0034000F"/>
    <w:rsid w:val="00340242"/>
    <w:rsid w:val="003406B7"/>
    <w:rsid w:val="00340B85"/>
    <w:rsid w:val="00340D98"/>
    <w:rsid w:val="003410D6"/>
    <w:rsid w:val="00341223"/>
    <w:rsid w:val="0034134B"/>
    <w:rsid w:val="003417B3"/>
    <w:rsid w:val="00341911"/>
    <w:rsid w:val="003419F1"/>
    <w:rsid w:val="00341A13"/>
    <w:rsid w:val="0034214B"/>
    <w:rsid w:val="00342428"/>
    <w:rsid w:val="003425B1"/>
    <w:rsid w:val="003425BF"/>
    <w:rsid w:val="0034266D"/>
    <w:rsid w:val="00342FAF"/>
    <w:rsid w:val="00343088"/>
    <w:rsid w:val="00343FD8"/>
    <w:rsid w:val="00344004"/>
    <w:rsid w:val="0034405D"/>
    <w:rsid w:val="0034465A"/>
    <w:rsid w:val="00344785"/>
    <w:rsid w:val="00344948"/>
    <w:rsid w:val="00344AF7"/>
    <w:rsid w:val="00344EFA"/>
    <w:rsid w:val="003453CD"/>
    <w:rsid w:val="00345785"/>
    <w:rsid w:val="00345B68"/>
    <w:rsid w:val="00345CBF"/>
    <w:rsid w:val="00345EBA"/>
    <w:rsid w:val="00345F83"/>
    <w:rsid w:val="0034656C"/>
    <w:rsid w:val="003466B1"/>
    <w:rsid w:val="003466E4"/>
    <w:rsid w:val="003472CC"/>
    <w:rsid w:val="00347638"/>
    <w:rsid w:val="00347E24"/>
    <w:rsid w:val="00347E3A"/>
    <w:rsid w:val="00347FC2"/>
    <w:rsid w:val="003502BB"/>
    <w:rsid w:val="003502DF"/>
    <w:rsid w:val="003503FB"/>
    <w:rsid w:val="0035049C"/>
    <w:rsid w:val="0035058D"/>
    <w:rsid w:val="00350978"/>
    <w:rsid w:val="00350B34"/>
    <w:rsid w:val="00350C59"/>
    <w:rsid w:val="0035108D"/>
    <w:rsid w:val="003510BC"/>
    <w:rsid w:val="0035157C"/>
    <w:rsid w:val="0035179F"/>
    <w:rsid w:val="00351A09"/>
    <w:rsid w:val="00351CA3"/>
    <w:rsid w:val="00352664"/>
    <w:rsid w:val="003528BF"/>
    <w:rsid w:val="00352BE6"/>
    <w:rsid w:val="00352C83"/>
    <w:rsid w:val="00353526"/>
    <w:rsid w:val="003541F4"/>
    <w:rsid w:val="00354227"/>
    <w:rsid w:val="00354A7E"/>
    <w:rsid w:val="00354EDD"/>
    <w:rsid w:val="00355089"/>
    <w:rsid w:val="003551EF"/>
    <w:rsid w:val="0035540D"/>
    <w:rsid w:val="00355562"/>
    <w:rsid w:val="003556D5"/>
    <w:rsid w:val="00355E83"/>
    <w:rsid w:val="00355ED4"/>
    <w:rsid w:val="00355F39"/>
    <w:rsid w:val="0035686A"/>
    <w:rsid w:val="00356A3B"/>
    <w:rsid w:val="00356D51"/>
    <w:rsid w:val="00357125"/>
    <w:rsid w:val="00357358"/>
    <w:rsid w:val="003576AD"/>
    <w:rsid w:val="00357A96"/>
    <w:rsid w:val="003608B6"/>
    <w:rsid w:val="0036118E"/>
    <w:rsid w:val="00361289"/>
    <w:rsid w:val="003613E3"/>
    <w:rsid w:val="0036145C"/>
    <w:rsid w:val="00362491"/>
    <w:rsid w:val="003625A7"/>
    <w:rsid w:val="003628E4"/>
    <w:rsid w:val="00362DBF"/>
    <w:rsid w:val="00362F0B"/>
    <w:rsid w:val="003630C0"/>
    <w:rsid w:val="00363915"/>
    <w:rsid w:val="00363E16"/>
    <w:rsid w:val="00363F1B"/>
    <w:rsid w:val="003640A8"/>
    <w:rsid w:val="003642BA"/>
    <w:rsid w:val="00364790"/>
    <w:rsid w:val="00364B5E"/>
    <w:rsid w:val="00365428"/>
    <w:rsid w:val="003654DC"/>
    <w:rsid w:val="0036571F"/>
    <w:rsid w:val="00365A05"/>
    <w:rsid w:val="00365C34"/>
    <w:rsid w:val="003668F7"/>
    <w:rsid w:val="00366DEC"/>
    <w:rsid w:val="0036792A"/>
    <w:rsid w:val="00367C10"/>
    <w:rsid w:val="0037004A"/>
    <w:rsid w:val="00370356"/>
    <w:rsid w:val="003705A2"/>
    <w:rsid w:val="0037085A"/>
    <w:rsid w:val="0037086F"/>
    <w:rsid w:val="003708AC"/>
    <w:rsid w:val="00370C96"/>
    <w:rsid w:val="00371278"/>
    <w:rsid w:val="003712D2"/>
    <w:rsid w:val="003716B4"/>
    <w:rsid w:val="0037183A"/>
    <w:rsid w:val="00371995"/>
    <w:rsid w:val="00371AE0"/>
    <w:rsid w:val="003720A0"/>
    <w:rsid w:val="00372407"/>
    <w:rsid w:val="0037262F"/>
    <w:rsid w:val="003727EA"/>
    <w:rsid w:val="00372811"/>
    <w:rsid w:val="00372A78"/>
    <w:rsid w:val="00372B84"/>
    <w:rsid w:val="00372B8E"/>
    <w:rsid w:val="00372E8E"/>
    <w:rsid w:val="00372FDF"/>
    <w:rsid w:val="003730EC"/>
    <w:rsid w:val="003738FD"/>
    <w:rsid w:val="00373AD8"/>
    <w:rsid w:val="00373EF6"/>
    <w:rsid w:val="00374147"/>
    <w:rsid w:val="003741F8"/>
    <w:rsid w:val="003744F3"/>
    <w:rsid w:val="00374AFD"/>
    <w:rsid w:val="00374D1D"/>
    <w:rsid w:val="00375148"/>
    <w:rsid w:val="00375405"/>
    <w:rsid w:val="00375874"/>
    <w:rsid w:val="003759C2"/>
    <w:rsid w:val="00375AA4"/>
    <w:rsid w:val="00375BCE"/>
    <w:rsid w:val="00375E1F"/>
    <w:rsid w:val="003760DB"/>
    <w:rsid w:val="003761B1"/>
    <w:rsid w:val="00376500"/>
    <w:rsid w:val="00376B0F"/>
    <w:rsid w:val="00377232"/>
    <w:rsid w:val="00377377"/>
    <w:rsid w:val="0038064E"/>
    <w:rsid w:val="003808FB"/>
    <w:rsid w:val="00380BD0"/>
    <w:rsid w:val="003816E1"/>
    <w:rsid w:val="0038199F"/>
    <w:rsid w:val="0038232F"/>
    <w:rsid w:val="00382676"/>
    <w:rsid w:val="003829A9"/>
    <w:rsid w:val="00383562"/>
    <w:rsid w:val="00383806"/>
    <w:rsid w:val="0038386B"/>
    <w:rsid w:val="003838FD"/>
    <w:rsid w:val="0038391C"/>
    <w:rsid w:val="00383977"/>
    <w:rsid w:val="00383A70"/>
    <w:rsid w:val="00383E1E"/>
    <w:rsid w:val="00384A05"/>
    <w:rsid w:val="00384AD9"/>
    <w:rsid w:val="00384D38"/>
    <w:rsid w:val="00384DD6"/>
    <w:rsid w:val="00384F37"/>
    <w:rsid w:val="00385043"/>
    <w:rsid w:val="003851F8"/>
    <w:rsid w:val="00385CF2"/>
    <w:rsid w:val="00385E54"/>
    <w:rsid w:val="00385F16"/>
    <w:rsid w:val="00386113"/>
    <w:rsid w:val="003862DB"/>
    <w:rsid w:val="003865AC"/>
    <w:rsid w:val="003865B9"/>
    <w:rsid w:val="003865FD"/>
    <w:rsid w:val="0038691B"/>
    <w:rsid w:val="00386E02"/>
    <w:rsid w:val="00386FA6"/>
    <w:rsid w:val="003879B7"/>
    <w:rsid w:val="00387E00"/>
    <w:rsid w:val="00390141"/>
    <w:rsid w:val="003906C4"/>
    <w:rsid w:val="00390705"/>
    <w:rsid w:val="00390759"/>
    <w:rsid w:val="00390C5B"/>
    <w:rsid w:val="00391828"/>
    <w:rsid w:val="00391ABD"/>
    <w:rsid w:val="00391DC7"/>
    <w:rsid w:val="003921AF"/>
    <w:rsid w:val="003923F6"/>
    <w:rsid w:val="003924B5"/>
    <w:rsid w:val="00392904"/>
    <w:rsid w:val="00392BA7"/>
    <w:rsid w:val="0039361D"/>
    <w:rsid w:val="00393750"/>
    <w:rsid w:val="003938AA"/>
    <w:rsid w:val="00393CE0"/>
    <w:rsid w:val="00393E91"/>
    <w:rsid w:val="00394251"/>
    <w:rsid w:val="003942DB"/>
    <w:rsid w:val="00394B4B"/>
    <w:rsid w:val="00394C1E"/>
    <w:rsid w:val="00394C8A"/>
    <w:rsid w:val="0039526F"/>
    <w:rsid w:val="003953F5"/>
    <w:rsid w:val="003954FE"/>
    <w:rsid w:val="0039580D"/>
    <w:rsid w:val="00395A12"/>
    <w:rsid w:val="00395BDE"/>
    <w:rsid w:val="0039617E"/>
    <w:rsid w:val="003961DB"/>
    <w:rsid w:val="003966FC"/>
    <w:rsid w:val="00396AD1"/>
    <w:rsid w:val="00396B30"/>
    <w:rsid w:val="00396CF3"/>
    <w:rsid w:val="00396D44"/>
    <w:rsid w:val="00396DFA"/>
    <w:rsid w:val="00396F39"/>
    <w:rsid w:val="003976EF"/>
    <w:rsid w:val="00397779"/>
    <w:rsid w:val="00397B2F"/>
    <w:rsid w:val="00397BB3"/>
    <w:rsid w:val="003A0111"/>
    <w:rsid w:val="003A04F7"/>
    <w:rsid w:val="003A06EB"/>
    <w:rsid w:val="003A07A6"/>
    <w:rsid w:val="003A0A7F"/>
    <w:rsid w:val="003A0D1B"/>
    <w:rsid w:val="003A0ED9"/>
    <w:rsid w:val="003A0F71"/>
    <w:rsid w:val="003A1099"/>
    <w:rsid w:val="003A10F2"/>
    <w:rsid w:val="003A15EE"/>
    <w:rsid w:val="003A18AC"/>
    <w:rsid w:val="003A18E9"/>
    <w:rsid w:val="003A197F"/>
    <w:rsid w:val="003A1BE4"/>
    <w:rsid w:val="003A1DBC"/>
    <w:rsid w:val="003A274C"/>
    <w:rsid w:val="003A2763"/>
    <w:rsid w:val="003A29C6"/>
    <w:rsid w:val="003A2A73"/>
    <w:rsid w:val="003A2ECA"/>
    <w:rsid w:val="003A333D"/>
    <w:rsid w:val="003A346B"/>
    <w:rsid w:val="003A3F65"/>
    <w:rsid w:val="003A4018"/>
    <w:rsid w:val="003A40EC"/>
    <w:rsid w:val="003A4400"/>
    <w:rsid w:val="003A44D1"/>
    <w:rsid w:val="003A452E"/>
    <w:rsid w:val="003A48F5"/>
    <w:rsid w:val="003A4A8C"/>
    <w:rsid w:val="003A4C7E"/>
    <w:rsid w:val="003A4E2C"/>
    <w:rsid w:val="003A53F4"/>
    <w:rsid w:val="003A54E9"/>
    <w:rsid w:val="003A5668"/>
    <w:rsid w:val="003A5B1C"/>
    <w:rsid w:val="003A5BC6"/>
    <w:rsid w:val="003A6052"/>
    <w:rsid w:val="003A6579"/>
    <w:rsid w:val="003A668E"/>
    <w:rsid w:val="003A66B1"/>
    <w:rsid w:val="003A6869"/>
    <w:rsid w:val="003A6C1D"/>
    <w:rsid w:val="003A6DE8"/>
    <w:rsid w:val="003A6E67"/>
    <w:rsid w:val="003A798C"/>
    <w:rsid w:val="003A7EF1"/>
    <w:rsid w:val="003B019C"/>
    <w:rsid w:val="003B038F"/>
    <w:rsid w:val="003B03FD"/>
    <w:rsid w:val="003B05C8"/>
    <w:rsid w:val="003B0B55"/>
    <w:rsid w:val="003B0C2E"/>
    <w:rsid w:val="003B10FF"/>
    <w:rsid w:val="003B14FE"/>
    <w:rsid w:val="003B164E"/>
    <w:rsid w:val="003B1679"/>
    <w:rsid w:val="003B1ABD"/>
    <w:rsid w:val="003B1E9A"/>
    <w:rsid w:val="003B200E"/>
    <w:rsid w:val="003B2159"/>
    <w:rsid w:val="003B28C6"/>
    <w:rsid w:val="003B2913"/>
    <w:rsid w:val="003B2C09"/>
    <w:rsid w:val="003B3133"/>
    <w:rsid w:val="003B3589"/>
    <w:rsid w:val="003B40F5"/>
    <w:rsid w:val="003B446D"/>
    <w:rsid w:val="003B4708"/>
    <w:rsid w:val="003B4FBD"/>
    <w:rsid w:val="003B538A"/>
    <w:rsid w:val="003B5792"/>
    <w:rsid w:val="003B581B"/>
    <w:rsid w:val="003B5EFE"/>
    <w:rsid w:val="003B60E6"/>
    <w:rsid w:val="003B67C9"/>
    <w:rsid w:val="003B697A"/>
    <w:rsid w:val="003B6988"/>
    <w:rsid w:val="003B6FC1"/>
    <w:rsid w:val="003B7338"/>
    <w:rsid w:val="003B7511"/>
    <w:rsid w:val="003B7557"/>
    <w:rsid w:val="003B7B42"/>
    <w:rsid w:val="003B7D12"/>
    <w:rsid w:val="003C0091"/>
    <w:rsid w:val="003C01DB"/>
    <w:rsid w:val="003C062F"/>
    <w:rsid w:val="003C0DB1"/>
    <w:rsid w:val="003C107D"/>
    <w:rsid w:val="003C10D8"/>
    <w:rsid w:val="003C14BA"/>
    <w:rsid w:val="003C154D"/>
    <w:rsid w:val="003C2076"/>
    <w:rsid w:val="003C207B"/>
    <w:rsid w:val="003C22D3"/>
    <w:rsid w:val="003C2711"/>
    <w:rsid w:val="003C29E3"/>
    <w:rsid w:val="003C2DDE"/>
    <w:rsid w:val="003C3287"/>
    <w:rsid w:val="003C3358"/>
    <w:rsid w:val="003C435E"/>
    <w:rsid w:val="003C48E4"/>
    <w:rsid w:val="003C55DC"/>
    <w:rsid w:val="003C58E0"/>
    <w:rsid w:val="003C652B"/>
    <w:rsid w:val="003C68E0"/>
    <w:rsid w:val="003C6C26"/>
    <w:rsid w:val="003D05DB"/>
    <w:rsid w:val="003D072E"/>
    <w:rsid w:val="003D0F4A"/>
    <w:rsid w:val="003D215F"/>
    <w:rsid w:val="003D22AF"/>
    <w:rsid w:val="003D2549"/>
    <w:rsid w:val="003D26E2"/>
    <w:rsid w:val="003D2744"/>
    <w:rsid w:val="003D2AFB"/>
    <w:rsid w:val="003D2C60"/>
    <w:rsid w:val="003D310C"/>
    <w:rsid w:val="003D32D1"/>
    <w:rsid w:val="003D3930"/>
    <w:rsid w:val="003D3A05"/>
    <w:rsid w:val="003D3B0F"/>
    <w:rsid w:val="003D3DA3"/>
    <w:rsid w:val="003D4072"/>
    <w:rsid w:val="003D40A1"/>
    <w:rsid w:val="003D428F"/>
    <w:rsid w:val="003D4608"/>
    <w:rsid w:val="003D4B43"/>
    <w:rsid w:val="003D4D44"/>
    <w:rsid w:val="003D5165"/>
    <w:rsid w:val="003D5447"/>
    <w:rsid w:val="003D56C3"/>
    <w:rsid w:val="003D590D"/>
    <w:rsid w:val="003D5AD9"/>
    <w:rsid w:val="003D5BAE"/>
    <w:rsid w:val="003D61B9"/>
    <w:rsid w:val="003D638C"/>
    <w:rsid w:val="003D6570"/>
    <w:rsid w:val="003D69F5"/>
    <w:rsid w:val="003D7048"/>
    <w:rsid w:val="003D7327"/>
    <w:rsid w:val="003D73CB"/>
    <w:rsid w:val="003D7412"/>
    <w:rsid w:val="003D752E"/>
    <w:rsid w:val="003D7791"/>
    <w:rsid w:val="003D7D30"/>
    <w:rsid w:val="003E0043"/>
    <w:rsid w:val="003E018B"/>
    <w:rsid w:val="003E0320"/>
    <w:rsid w:val="003E04CF"/>
    <w:rsid w:val="003E0726"/>
    <w:rsid w:val="003E0746"/>
    <w:rsid w:val="003E0A79"/>
    <w:rsid w:val="003E0B97"/>
    <w:rsid w:val="003E0E13"/>
    <w:rsid w:val="003E0F95"/>
    <w:rsid w:val="003E109F"/>
    <w:rsid w:val="003E139C"/>
    <w:rsid w:val="003E195D"/>
    <w:rsid w:val="003E1A8D"/>
    <w:rsid w:val="003E1C03"/>
    <w:rsid w:val="003E21DD"/>
    <w:rsid w:val="003E24E0"/>
    <w:rsid w:val="003E2D0D"/>
    <w:rsid w:val="003E3024"/>
    <w:rsid w:val="003E31D0"/>
    <w:rsid w:val="003E340A"/>
    <w:rsid w:val="003E3677"/>
    <w:rsid w:val="003E3D08"/>
    <w:rsid w:val="003E4308"/>
    <w:rsid w:val="003E4494"/>
    <w:rsid w:val="003E4B71"/>
    <w:rsid w:val="003E4B85"/>
    <w:rsid w:val="003E4F55"/>
    <w:rsid w:val="003E5272"/>
    <w:rsid w:val="003E56EB"/>
    <w:rsid w:val="003E57CF"/>
    <w:rsid w:val="003E5BD3"/>
    <w:rsid w:val="003E6285"/>
    <w:rsid w:val="003E64A9"/>
    <w:rsid w:val="003E6668"/>
    <w:rsid w:val="003E6DDE"/>
    <w:rsid w:val="003E6EE8"/>
    <w:rsid w:val="003E70A1"/>
    <w:rsid w:val="003E755A"/>
    <w:rsid w:val="003E75C5"/>
    <w:rsid w:val="003E77F4"/>
    <w:rsid w:val="003E7E15"/>
    <w:rsid w:val="003F018B"/>
    <w:rsid w:val="003F02B4"/>
    <w:rsid w:val="003F0448"/>
    <w:rsid w:val="003F059B"/>
    <w:rsid w:val="003F0C5F"/>
    <w:rsid w:val="003F0D2A"/>
    <w:rsid w:val="003F2675"/>
    <w:rsid w:val="003F2938"/>
    <w:rsid w:val="003F29DD"/>
    <w:rsid w:val="003F3153"/>
    <w:rsid w:val="003F31E2"/>
    <w:rsid w:val="003F329F"/>
    <w:rsid w:val="003F34C6"/>
    <w:rsid w:val="003F355B"/>
    <w:rsid w:val="003F3A5D"/>
    <w:rsid w:val="003F3AA2"/>
    <w:rsid w:val="003F3F88"/>
    <w:rsid w:val="003F40AE"/>
    <w:rsid w:val="003F45E0"/>
    <w:rsid w:val="003F4691"/>
    <w:rsid w:val="003F4937"/>
    <w:rsid w:val="003F518C"/>
    <w:rsid w:val="003F51C1"/>
    <w:rsid w:val="003F54B1"/>
    <w:rsid w:val="003F56C4"/>
    <w:rsid w:val="003F6EC5"/>
    <w:rsid w:val="003F7264"/>
    <w:rsid w:val="003F741C"/>
    <w:rsid w:val="003F78A5"/>
    <w:rsid w:val="003F7CB4"/>
    <w:rsid w:val="003F7D18"/>
    <w:rsid w:val="003F7F06"/>
    <w:rsid w:val="004003BB"/>
    <w:rsid w:val="004004F0"/>
    <w:rsid w:val="0040060F"/>
    <w:rsid w:val="00400624"/>
    <w:rsid w:val="00400853"/>
    <w:rsid w:val="00400A07"/>
    <w:rsid w:val="00400B26"/>
    <w:rsid w:val="00401374"/>
    <w:rsid w:val="0040173A"/>
    <w:rsid w:val="00401797"/>
    <w:rsid w:val="00401C11"/>
    <w:rsid w:val="00401F54"/>
    <w:rsid w:val="0040220D"/>
    <w:rsid w:val="00402368"/>
    <w:rsid w:val="0040282C"/>
    <w:rsid w:val="0040293C"/>
    <w:rsid w:val="00403540"/>
    <w:rsid w:val="00403ADE"/>
    <w:rsid w:val="00403CE6"/>
    <w:rsid w:val="00403E53"/>
    <w:rsid w:val="00403E5B"/>
    <w:rsid w:val="004045F4"/>
    <w:rsid w:val="00404DDC"/>
    <w:rsid w:val="00404E72"/>
    <w:rsid w:val="00405352"/>
    <w:rsid w:val="0040544A"/>
    <w:rsid w:val="00405BB6"/>
    <w:rsid w:val="00405D78"/>
    <w:rsid w:val="004060C5"/>
    <w:rsid w:val="00406109"/>
    <w:rsid w:val="0040618E"/>
    <w:rsid w:val="0040633B"/>
    <w:rsid w:val="004065B1"/>
    <w:rsid w:val="0040666B"/>
    <w:rsid w:val="004066AF"/>
    <w:rsid w:val="004069C3"/>
    <w:rsid w:val="00406D75"/>
    <w:rsid w:val="00406EEB"/>
    <w:rsid w:val="0040709A"/>
    <w:rsid w:val="0040722A"/>
    <w:rsid w:val="00407267"/>
    <w:rsid w:val="00407577"/>
    <w:rsid w:val="004075D2"/>
    <w:rsid w:val="00407E6F"/>
    <w:rsid w:val="00410920"/>
    <w:rsid w:val="00410A6A"/>
    <w:rsid w:val="00410E36"/>
    <w:rsid w:val="00410EBB"/>
    <w:rsid w:val="00410FC4"/>
    <w:rsid w:val="004115AF"/>
    <w:rsid w:val="004116CD"/>
    <w:rsid w:val="00411D0A"/>
    <w:rsid w:val="00412111"/>
    <w:rsid w:val="00412392"/>
    <w:rsid w:val="004127A0"/>
    <w:rsid w:val="00412990"/>
    <w:rsid w:val="00412BE4"/>
    <w:rsid w:val="00413125"/>
    <w:rsid w:val="004132E1"/>
    <w:rsid w:val="00413615"/>
    <w:rsid w:val="00413E10"/>
    <w:rsid w:val="00414BD0"/>
    <w:rsid w:val="00414C03"/>
    <w:rsid w:val="00414D8D"/>
    <w:rsid w:val="004153D3"/>
    <w:rsid w:val="0041595D"/>
    <w:rsid w:val="0041599C"/>
    <w:rsid w:val="00415FB0"/>
    <w:rsid w:val="0041611D"/>
    <w:rsid w:val="0041657E"/>
    <w:rsid w:val="00416753"/>
    <w:rsid w:val="004168A3"/>
    <w:rsid w:val="004174F5"/>
    <w:rsid w:val="00417874"/>
    <w:rsid w:val="00417A11"/>
    <w:rsid w:val="00417A68"/>
    <w:rsid w:val="00417EBF"/>
    <w:rsid w:val="00417F1A"/>
    <w:rsid w:val="004202C5"/>
    <w:rsid w:val="004203CD"/>
    <w:rsid w:val="00420CB1"/>
    <w:rsid w:val="00421121"/>
    <w:rsid w:val="004217B7"/>
    <w:rsid w:val="00421A58"/>
    <w:rsid w:val="00421D29"/>
    <w:rsid w:val="00421F10"/>
    <w:rsid w:val="004220D3"/>
    <w:rsid w:val="00422878"/>
    <w:rsid w:val="004230B6"/>
    <w:rsid w:val="00423157"/>
    <w:rsid w:val="004231D0"/>
    <w:rsid w:val="004236BF"/>
    <w:rsid w:val="0042376F"/>
    <w:rsid w:val="00423855"/>
    <w:rsid w:val="00423B3C"/>
    <w:rsid w:val="00423D1B"/>
    <w:rsid w:val="004244F1"/>
    <w:rsid w:val="00424711"/>
    <w:rsid w:val="004249A2"/>
    <w:rsid w:val="00424A1A"/>
    <w:rsid w:val="00424C9D"/>
    <w:rsid w:val="00424EC7"/>
    <w:rsid w:val="00425C8C"/>
    <w:rsid w:val="004260B1"/>
    <w:rsid w:val="00426116"/>
    <w:rsid w:val="00426F17"/>
    <w:rsid w:val="00426F35"/>
    <w:rsid w:val="00426F54"/>
    <w:rsid w:val="00426FBA"/>
    <w:rsid w:val="00427281"/>
    <w:rsid w:val="00427312"/>
    <w:rsid w:val="004275DC"/>
    <w:rsid w:val="00427BA6"/>
    <w:rsid w:val="00427E21"/>
    <w:rsid w:val="0043042A"/>
    <w:rsid w:val="00430929"/>
    <w:rsid w:val="00430B9E"/>
    <w:rsid w:val="00430CEB"/>
    <w:rsid w:val="00430D71"/>
    <w:rsid w:val="00431403"/>
    <w:rsid w:val="004314E5"/>
    <w:rsid w:val="004317AC"/>
    <w:rsid w:val="00431C69"/>
    <w:rsid w:val="00431C7A"/>
    <w:rsid w:val="00431F13"/>
    <w:rsid w:val="004321B8"/>
    <w:rsid w:val="004324D4"/>
    <w:rsid w:val="004325CD"/>
    <w:rsid w:val="0043276B"/>
    <w:rsid w:val="00432827"/>
    <w:rsid w:val="00432896"/>
    <w:rsid w:val="00432AE8"/>
    <w:rsid w:val="00432C29"/>
    <w:rsid w:val="00432C69"/>
    <w:rsid w:val="00432E77"/>
    <w:rsid w:val="00433872"/>
    <w:rsid w:val="004338D1"/>
    <w:rsid w:val="00433B1D"/>
    <w:rsid w:val="00433F3E"/>
    <w:rsid w:val="004342AB"/>
    <w:rsid w:val="004344A2"/>
    <w:rsid w:val="00434770"/>
    <w:rsid w:val="004348BC"/>
    <w:rsid w:val="004348CE"/>
    <w:rsid w:val="00434D36"/>
    <w:rsid w:val="0043517C"/>
    <w:rsid w:val="0043541F"/>
    <w:rsid w:val="00435706"/>
    <w:rsid w:val="0043596D"/>
    <w:rsid w:val="00435A8C"/>
    <w:rsid w:val="00435AF6"/>
    <w:rsid w:val="00435C37"/>
    <w:rsid w:val="00435F5F"/>
    <w:rsid w:val="00436080"/>
    <w:rsid w:val="004362AE"/>
    <w:rsid w:val="00436CEB"/>
    <w:rsid w:val="00437348"/>
    <w:rsid w:val="00437533"/>
    <w:rsid w:val="0043781D"/>
    <w:rsid w:val="00437A70"/>
    <w:rsid w:val="00437F38"/>
    <w:rsid w:val="0044029A"/>
    <w:rsid w:val="004406AF"/>
    <w:rsid w:val="00440797"/>
    <w:rsid w:val="004407E6"/>
    <w:rsid w:val="00440A3C"/>
    <w:rsid w:val="00440DC3"/>
    <w:rsid w:val="00441031"/>
    <w:rsid w:val="00441B06"/>
    <w:rsid w:val="00441FE5"/>
    <w:rsid w:val="00442486"/>
    <w:rsid w:val="00442701"/>
    <w:rsid w:val="00442B96"/>
    <w:rsid w:val="0044397D"/>
    <w:rsid w:val="004442CF"/>
    <w:rsid w:val="00444705"/>
    <w:rsid w:val="00444949"/>
    <w:rsid w:val="00444CF8"/>
    <w:rsid w:val="00444F74"/>
    <w:rsid w:val="0044504D"/>
    <w:rsid w:val="00445263"/>
    <w:rsid w:val="00445385"/>
    <w:rsid w:val="0044599C"/>
    <w:rsid w:val="00445E95"/>
    <w:rsid w:val="00446124"/>
    <w:rsid w:val="00446291"/>
    <w:rsid w:val="004466B2"/>
    <w:rsid w:val="00446C03"/>
    <w:rsid w:val="00447960"/>
    <w:rsid w:val="004479DE"/>
    <w:rsid w:val="00447E95"/>
    <w:rsid w:val="004509E2"/>
    <w:rsid w:val="004509F0"/>
    <w:rsid w:val="00450AAC"/>
    <w:rsid w:val="00450CD5"/>
    <w:rsid w:val="004511BF"/>
    <w:rsid w:val="00451407"/>
    <w:rsid w:val="0045154B"/>
    <w:rsid w:val="00451636"/>
    <w:rsid w:val="004516D1"/>
    <w:rsid w:val="00451D2A"/>
    <w:rsid w:val="00452290"/>
    <w:rsid w:val="00452336"/>
    <w:rsid w:val="004524BD"/>
    <w:rsid w:val="00452575"/>
    <w:rsid w:val="004525D8"/>
    <w:rsid w:val="0045292A"/>
    <w:rsid w:val="004531FA"/>
    <w:rsid w:val="00453427"/>
    <w:rsid w:val="00453F5A"/>
    <w:rsid w:val="00454670"/>
    <w:rsid w:val="00454980"/>
    <w:rsid w:val="00454AA4"/>
    <w:rsid w:val="00454B3E"/>
    <w:rsid w:val="00455172"/>
    <w:rsid w:val="00455305"/>
    <w:rsid w:val="00455A0E"/>
    <w:rsid w:val="0045614A"/>
    <w:rsid w:val="0045618D"/>
    <w:rsid w:val="0045652F"/>
    <w:rsid w:val="0045666C"/>
    <w:rsid w:val="0045683C"/>
    <w:rsid w:val="00456AE1"/>
    <w:rsid w:val="00456DEB"/>
    <w:rsid w:val="00457460"/>
    <w:rsid w:val="004576C0"/>
    <w:rsid w:val="0045774D"/>
    <w:rsid w:val="00457841"/>
    <w:rsid w:val="00457A9D"/>
    <w:rsid w:val="00457DA7"/>
    <w:rsid w:val="004603EE"/>
    <w:rsid w:val="004604EC"/>
    <w:rsid w:val="00460800"/>
    <w:rsid w:val="004609BB"/>
    <w:rsid w:val="00460C3C"/>
    <w:rsid w:val="00460C84"/>
    <w:rsid w:val="00460E07"/>
    <w:rsid w:val="0046167E"/>
    <w:rsid w:val="0046183C"/>
    <w:rsid w:val="004619F0"/>
    <w:rsid w:val="00462011"/>
    <w:rsid w:val="00462241"/>
    <w:rsid w:val="00462491"/>
    <w:rsid w:val="00462B61"/>
    <w:rsid w:val="00463476"/>
    <w:rsid w:val="0046399B"/>
    <w:rsid w:val="00464390"/>
    <w:rsid w:val="00464682"/>
    <w:rsid w:val="00464B00"/>
    <w:rsid w:val="00464BE2"/>
    <w:rsid w:val="004651D5"/>
    <w:rsid w:val="00465472"/>
    <w:rsid w:val="00465C87"/>
    <w:rsid w:val="00465CAB"/>
    <w:rsid w:val="004661A5"/>
    <w:rsid w:val="00466329"/>
    <w:rsid w:val="0046661C"/>
    <w:rsid w:val="00466669"/>
    <w:rsid w:val="00466A74"/>
    <w:rsid w:val="00466BBA"/>
    <w:rsid w:val="00466D48"/>
    <w:rsid w:val="00467309"/>
    <w:rsid w:val="0046780D"/>
    <w:rsid w:val="0046798E"/>
    <w:rsid w:val="00467B96"/>
    <w:rsid w:val="00467C3A"/>
    <w:rsid w:val="00467FD3"/>
    <w:rsid w:val="004701E7"/>
    <w:rsid w:val="004704E9"/>
    <w:rsid w:val="00470518"/>
    <w:rsid w:val="00470925"/>
    <w:rsid w:val="00470986"/>
    <w:rsid w:val="00470ACF"/>
    <w:rsid w:val="00470BC3"/>
    <w:rsid w:val="00470C65"/>
    <w:rsid w:val="00470C71"/>
    <w:rsid w:val="00471573"/>
    <w:rsid w:val="0047173D"/>
    <w:rsid w:val="00471B38"/>
    <w:rsid w:val="00471CEC"/>
    <w:rsid w:val="00471D3F"/>
    <w:rsid w:val="00471EBC"/>
    <w:rsid w:val="004720B9"/>
    <w:rsid w:val="0047268D"/>
    <w:rsid w:val="00472E95"/>
    <w:rsid w:val="00472EB6"/>
    <w:rsid w:val="004730FE"/>
    <w:rsid w:val="004731BD"/>
    <w:rsid w:val="0047333B"/>
    <w:rsid w:val="0047393E"/>
    <w:rsid w:val="00473BDE"/>
    <w:rsid w:val="00473D39"/>
    <w:rsid w:val="00473FF0"/>
    <w:rsid w:val="00474924"/>
    <w:rsid w:val="0047499A"/>
    <w:rsid w:val="004749AF"/>
    <w:rsid w:val="00474EF2"/>
    <w:rsid w:val="00474F91"/>
    <w:rsid w:val="00474FDE"/>
    <w:rsid w:val="0047511E"/>
    <w:rsid w:val="004754EA"/>
    <w:rsid w:val="00475B58"/>
    <w:rsid w:val="00475BA3"/>
    <w:rsid w:val="00475C4A"/>
    <w:rsid w:val="004766C1"/>
    <w:rsid w:val="004767D0"/>
    <w:rsid w:val="00476982"/>
    <w:rsid w:val="004773B4"/>
    <w:rsid w:val="00477481"/>
    <w:rsid w:val="00477733"/>
    <w:rsid w:val="0047799C"/>
    <w:rsid w:val="0048009F"/>
    <w:rsid w:val="00480376"/>
    <w:rsid w:val="00480B13"/>
    <w:rsid w:val="00480D71"/>
    <w:rsid w:val="00480D7D"/>
    <w:rsid w:val="00480DB8"/>
    <w:rsid w:val="00481123"/>
    <w:rsid w:val="004813AC"/>
    <w:rsid w:val="004813C2"/>
    <w:rsid w:val="004817A4"/>
    <w:rsid w:val="00481A7A"/>
    <w:rsid w:val="00481CA9"/>
    <w:rsid w:val="004827EC"/>
    <w:rsid w:val="00482B1C"/>
    <w:rsid w:val="00482BB6"/>
    <w:rsid w:val="0048327A"/>
    <w:rsid w:val="004836EA"/>
    <w:rsid w:val="00483E83"/>
    <w:rsid w:val="00483FB4"/>
    <w:rsid w:val="0048440D"/>
    <w:rsid w:val="00484699"/>
    <w:rsid w:val="00484B9C"/>
    <w:rsid w:val="0048546B"/>
    <w:rsid w:val="004855E2"/>
    <w:rsid w:val="004857FF"/>
    <w:rsid w:val="00485A74"/>
    <w:rsid w:val="00485F80"/>
    <w:rsid w:val="00485F97"/>
    <w:rsid w:val="00485F99"/>
    <w:rsid w:val="0048615A"/>
    <w:rsid w:val="00486934"/>
    <w:rsid w:val="00486DF3"/>
    <w:rsid w:val="00486E02"/>
    <w:rsid w:val="004871DD"/>
    <w:rsid w:val="00487358"/>
    <w:rsid w:val="0048755B"/>
    <w:rsid w:val="0048797C"/>
    <w:rsid w:val="00487B81"/>
    <w:rsid w:val="00487CDF"/>
    <w:rsid w:val="004900F6"/>
    <w:rsid w:val="00490314"/>
    <w:rsid w:val="00490B4C"/>
    <w:rsid w:val="00491104"/>
    <w:rsid w:val="00491483"/>
    <w:rsid w:val="004922B5"/>
    <w:rsid w:val="00492962"/>
    <w:rsid w:val="00493158"/>
    <w:rsid w:val="0049343E"/>
    <w:rsid w:val="004934E0"/>
    <w:rsid w:val="00493DFC"/>
    <w:rsid w:val="00493FB9"/>
    <w:rsid w:val="004940E4"/>
    <w:rsid w:val="00494190"/>
    <w:rsid w:val="0049421A"/>
    <w:rsid w:val="00494314"/>
    <w:rsid w:val="0049478E"/>
    <w:rsid w:val="00494ADA"/>
    <w:rsid w:val="00494B5B"/>
    <w:rsid w:val="00495117"/>
    <w:rsid w:val="0049650B"/>
    <w:rsid w:val="004966C8"/>
    <w:rsid w:val="00496F2B"/>
    <w:rsid w:val="00497574"/>
    <w:rsid w:val="0049765D"/>
    <w:rsid w:val="004A0671"/>
    <w:rsid w:val="004A070F"/>
    <w:rsid w:val="004A0839"/>
    <w:rsid w:val="004A0F39"/>
    <w:rsid w:val="004A1095"/>
    <w:rsid w:val="004A12CF"/>
    <w:rsid w:val="004A1614"/>
    <w:rsid w:val="004A168E"/>
    <w:rsid w:val="004A19D6"/>
    <w:rsid w:val="004A1C21"/>
    <w:rsid w:val="004A2003"/>
    <w:rsid w:val="004A2388"/>
    <w:rsid w:val="004A2B8C"/>
    <w:rsid w:val="004A2D10"/>
    <w:rsid w:val="004A2E66"/>
    <w:rsid w:val="004A3400"/>
    <w:rsid w:val="004A3756"/>
    <w:rsid w:val="004A410A"/>
    <w:rsid w:val="004A4475"/>
    <w:rsid w:val="004A46EF"/>
    <w:rsid w:val="004A474E"/>
    <w:rsid w:val="004A4E34"/>
    <w:rsid w:val="004A4F37"/>
    <w:rsid w:val="004A5087"/>
    <w:rsid w:val="004A5502"/>
    <w:rsid w:val="004A5949"/>
    <w:rsid w:val="004A5B2A"/>
    <w:rsid w:val="004A5D5B"/>
    <w:rsid w:val="004A5F7C"/>
    <w:rsid w:val="004A5FD8"/>
    <w:rsid w:val="004A65C2"/>
    <w:rsid w:val="004A66DC"/>
    <w:rsid w:val="004A6927"/>
    <w:rsid w:val="004A6B8C"/>
    <w:rsid w:val="004A6EDD"/>
    <w:rsid w:val="004A6F43"/>
    <w:rsid w:val="004A709F"/>
    <w:rsid w:val="004A7634"/>
    <w:rsid w:val="004A78A9"/>
    <w:rsid w:val="004A7A77"/>
    <w:rsid w:val="004A7C12"/>
    <w:rsid w:val="004A7EF9"/>
    <w:rsid w:val="004B01AA"/>
    <w:rsid w:val="004B08E9"/>
    <w:rsid w:val="004B1327"/>
    <w:rsid w:val="004B1664"/>
    <w:rsid w:val="004B1774"/>
    <w:rsid w:val="004B1AE3"/>
    <w:rsid w:val="004B1C3A"/>
    <w:rsid w:val="004B1DB3"/>
    <w:rsid w:val="004B244D"/>
    <w:rsid w:val="004B2495"/>
    <w:rsid w:val="004B27E8"/>
    <w:rsid w:val="004B298D"/>
    <w:rsid w:val="004B2C15"/>
    <w:rsid w:val="004B2DC0"/>
    <w:rsid w:val="004B2F9E"/>
    <w:rsid w:val="004B30A5"/>
    <w:rsid w:val="004B3704"/>
    <w:rsid w:val="004B371D"/>
    <w:rsid w:val="004B3746"/>
    <w:rsid w:val="004B382A"/>
    <w:rsid w:val="004B42E1"/>
    <w:rsid w:val="004B44D1"/>
    <w:rsid w:val="004B4857"/>
    <w:rsid w:val="004B4F78"/>
    <w:rsid w:val="004B4FF6"/>
    <w:rsid w:val="004B5305"/>
    <w:rsid w:val="004B542B"/>
    <w:rsid w:val="004B5627"/>
    <w:rsid w:val="004B5E79"/>
    <w:rsid w:val="004B6236"/>
    <w:rsid w:val="004B6D12"/>
    <w:rsid w:val="004B71A8"/>
    <w:rsid w:val="004B75FE"/>
    <w:rsid w:val="004B77EF"/>
    <w:rsid w:val="004B780D"/>
    <w:rsid w:val="004B7A39"/>
    <w:rsid w:val="004B7B7F"/>
    <w:rsid w:val="004C01E1"/>
    <w:rsid w:val="004C02FD"/>
    <w:rsid w:val="004C037C"/>
    <w:rsid w:val="004C0B87"/>
    <w:rsid w:val="004C146C"/>
    <w:rsid w:val="004C14DB"/>
    <w:rsid w:val="004C158F"/>
    <w:rsid w:val="004C16E6"/>
    <w:rsid w:val="004C1E2C"/>
    <w:rsid w:val="004C1E7D"/>
    <w:rsid w:val="004C22F4"/>
    <w:rsid w:val="004C2378"/>
    <w:rsid w:val="004C2896"/>
    <w:rsid w:val="004C2D54"/>
    <w:rsid w:val="004C3050"/>
    <w:rsid w:val="004C37B7"/>
    <w:rsid w:val="004C3AA0"/>
    <w:rsid w:val="004C3D9F"/>
    <w:rsid w:val="004C4402"/>
    <w:rsid w:val="004C4922"/>
    <w:rsid w:val="004C493A"/>
    <w:rsid w:val="004C4A63"/>
    <w:rsid w:val="004C4B61"/>
    <w:rsid w:val="004C52C6"/>
    <w:rsid w:val="004C552F"/>
    <w:rsid w:val="004C57C0"/>
    <w:rsid w:val="004C5BB5"/>
    <w:rsid w:val="004C5EDA"/>
    <w:rsid w:val="004C6563"/>
    <w:rsid w:val="004C681E"/>
    <w:rsid w:val="004C6B2E"/>
    <w:rsid w:val="004C70FC"/>
    <w:rsid w:val="004C71A1"/>
    <w:rsid w:val="004C726B"/>
    <w:rsid w:val="004C743C"/>
    <w:rsid w:val="004C76E5"/>
    <w:rsid w:val="004C76FE"/>
    <w:rsid w:val="004C7B48"/>
    <w:rsid w:val="004D0643"/>
    <w:rsid w:val="004D0A7B"/>
    <w:rsid w:val="004D0CC1"/>
    <w:rsid w:val="004D1EDE"/>
    <w:rsid w:val="004D2198"/>
    <w:rsid w:val="004D285C"/>
    <w:rsid w:val="004D2BC8"/>
    <w:rsid w:val="004D38AF"/>
    <w:rsid w:val="004D3FE7"/>
    <w:rsid w:val="004D40E3"/>
    <w:rsid w:val="004D440C"/>
    <w:rsid w:val="004D46C7"/>
    <w:rsid w:val="004D48D3"/>
    <w:rsid w:val="004D4F43"/>
    <w:rsid w:val="004D5706"/>
    <w:rsid w:val="004D5758"/>
    <w:rsid w:val="004D5785"/>
    <w:rsid w:val="004D57D9"/>
    <w:rsid w:val="004D5827"/>
    <w:rsid w:val="004D5B20"/>
    <w:rsid w:val="004D615E"/>
    <w:rsid w:val="004D6229"/>
    <w:rsid w:val="004D62AB"/>
    <w:rsid w:val="004D75B0"/>
    <w:rsid w:val="004D7A6B"/>
    <w:rsid w:val="004D7E2F"/>
    <w:rsid w:val="004E045C"/>
    <w:rsid w:val="004E060B"/>
    <w:rsid w:val="004E06FA"/>
    <w:rsid w:val="004E16C3"/>
    <w:rsid w:val="004E1761"/>
    <w:rsid w:val="004E1B58"/>
    <w:rsid w:val="004E1F35"/>
    <w:rsid w:val="004E1F9D"/>
    <w:rsid w:val="004E218B"/>
    <w:rsid w:val="004E2625"/>
    <w:rsid w:val="004E28AF"/>
    <w:rsid w:val="004E332F"/>
    <w:rsid w:val="004E3611"/>
    <w:rsid w:val="004E3BE8"/>
    <w:rsid w:val="004E3EE1"/>
    <w:rsid w:val="004E43B3"/>
    <w:rsid w:val="004E44BE"/>
    <w:rsid w:val="004E455E"/>
    <w:rsid w:val="004E47AE"/>
    <w:rsid w:val="004E5056"/>
    <w:rsid w:val="004E5306"/>
    <w:rsid w:val="004E5D08"/>
    <w:rsid w:val="004E5E51"/>
    <w:rsid w:val="004E6212"/>
    <w:rsid w:val="004E6611"/>
    <w:rsid w:val="004E696A"/>
    <w:rsid w:val="004E6F91"/>
    <w:rsid w:val="004E783E"/>
    <w:rsid w:val="004E7B06"/>
    <w:rsid w:val="004E7E61"/>
    <w:rsid w:val="004F002D"/>
    <w:rsid w:val="004F0098"/>
    <w:rsid w:val="004F0BB9"/>
    <w:rsid w:val="004F10D2"/>
    <w:rsid w:val="004F11DA"/>
    <w:rsid w:val="004F1495"/>
    <w:rsid w:val="004F16C1"/>
    <w:rsid w:val="004F16ED"/>
    <w:rsid w:val="004F16F7"/>
    <w:rsid w:val="004F2115"/>
    <w:rsid w:val="004F2435"/>
    <w:rsid w:val="004F2580"/>
    <w:rsid w:val="004F276A"/>
    <w:rsid w:val="004F27C8"/>
    <w:rsid w:val="004F2C0B"/>
    <w:rsid w:val="004F2DEF"/>
    <w:rsid w:val="004F2FCB"/>
    <w:rsid w:val="004F37B8"/>
    <w:rsid w:val="004F3A37"/>
    <w:rsid w:val="004F3BEB"/>
    <w:rsid w:val="004F3CF6"/>
    <w:rsid w:val="004F42DE"/>
    <w:rsid w:val="004F4336"/>
    <w:rsid w:val="004F4361"/>
    <w:rsid w:val="004F4573"/>
    <w:rsid w:val="004F4CDE"/>
    <w:rsid w:val="004F4E80"/>
    <w:rsid w:val="004F51C6"/>
    <w:rsid w:val="004F5222"/>
    <w:rsid w:val="004F5FE0"/>
    <w:rsid w:val="004F611C"/>
    <w:rsid w:val="004F629F"/>
    <w:rsid w:val="004F63ED"/>
    <w:rsid w:val="004F69A8"/>
    <w:rsid w:val="004F6A40"/>
    <w:rsid w:val="004F6F6A"/>
    <w:rsid w:val="004F6FC6"/>
    <w:rsid w:val="004F7445"/>
    <w:rsid w:val="004F7588"/>
    <w:rsid w:val="004F76F9"/>
    <w:rsid w:val="004F78C8"/>
    <w:rsid w:val="004F7B66"/>
    <w:rsid w:val="004F7C82"/>
    <w:rsid w:val="0050014E"/>
    <w:rsid w:val="005001BA"/>
    <w:rsid w:val="0050095F"/>
    <w:rsid w:val="00500BDA"/>
    <w:rsid w:val="00500D16"/>
    <w:rsid w:val="00500FFE"/>
    <w:rsid w:val="00501263"/>
    <w:rsid w:val="0050144E"/>
    <w:rsid w:val="00501ADE"/>
    <w:rsid w:val="00501F8A"/>
    <w:rsid w:val="005038CC"/>
    <w:rsid w:val="005038F1"/>
    <w:rsid w:val="0050394A"/>
    <w:rsid w:val="00503C70"/>
    <w:rsid w:val="005040CC"/>
    <w:rsid w:val="0050413E"/>
    <w:rsid w:val="00504F40"/>
    <w:rsid w:val="00504F75"/>
    <w:rsid w:val="005050D8"/>
    <w:rsid w:val="00505AE8"/>
    <w:rsid w:val="00506C5D"/>
    <w:rsid w:val="00506CA9"/>
    <w:rsid w:val="00506DA1"/>
    <w:rsid w:val="00506E21"/>
    <w:rsid w:val="0050700C"/>
    <w:rsid w:val="00507122"/>
    <w:rsid w:val="00507150"/>
    <w:rsid w:val="00507280"/>
    <w:rsid w:val="005072B5"/>
    <w:rsid w:val="00507642"/>
    <w:rsid w:val="00507AEF"/>
    <w:rsid w:val="0051024A"/>
    <w:rsid w:val="005102FB"/>
    <w:rsid w:val="0051110E"/>
    <w:rsid w:val="005112E8"/>
    <w:rsid w:val="00511478"/>
    <w:rsid w:val="00511B0E"/>
    <w:rsid w:val="00511EEC"/>
    <w:rsid w:val="00511F1E"/>
    <w:rsid w:val="0051201F"/>
    <w:rsid w:val="0051242E"/>
    <w:rsid w:val="00512CB0"/>
    <w:rsid w:val="00512FD2"/>
    <w:rsid w:val="005130E2"/>
    <w:rsid w:val="00513549"/>
    <w:rsid w:val="005140DD"/>
    <w:rsid w:val="005141FC"/>
    <w:rsid w:val="00514220"/>
    <w:rsid w:val="00514267"/>
    <w:rsid w:val="00514482"/>
    <w:rsid w:val="005149EC"/>
    <w:rsid w:val="00514AFE"/>
    <w:rsid w:val="00514D98"/>
    <w:rsid w:val="005152EC"/>
    <w:rsid w:val="00515E88"/>
    <w:rsid w:val="00516DC9"/>
    <w:rsid w:val="005170D8"/>
    <w:rsid w:val="00517163"/>
    <w:rsid w:val="0051751B"/>
    <w:rsid w:val="005177EE"/>
    <w:rsid w:val="00517A08"/>
    <w:rsid w:val="0052019A"/>
    <w:rsid w:val="005202BD"/>
    <w:rsid w:val="005203B9"/>
    <w:rsid w:val="00520468"/>
    <w:rsid w:val="005204C4"/>
    <w:rsid w:val="005206FC"/>
    <w:rsid w:val="0052070D"/>
    <w:rsid w:val="00521071"/>
    <w:rsid w:val="005212ED"/>
    <w:rsid w:val="005216D1"/>
    <w:rsid w:val="0052177D"/>
    <w:rsid w:val="0052201F"/>
    <w:rsid w:val="005220CF"/>
    <w:rsid w:val="00522251"/>
    <w:rsid w:val="0052227A"/>
    <w:rsid w:val="005226E1"/>
    <w:rsid w:val="00522930"/>
    <w:rsid w:val="00522B1D"/>
    <w:rsid w:val="00522C2B"/>
    <w:rsid w:val="00522C61"/>
    <w:rsid w:val="00522FD3"/>
    <w:rsid w:val="00523376"/>
    <w:rsid w:val="005233C6"/>
    <w:rsid w:val="005233F9"/>
    <w:rsid w:val="005234CB"/>
    <w:rsid w:val="0052418F"/>
    <w:rsid w:val="00524486"/>
    <w:rsid w:val="005246D8"/>
    <w:rsid w:val="00524840"/>
    <w:rsid w:val="005251FC"/>
    <w:rsid w:val="005252D3"/>
    <w:rsid w:val="00525549"/>
    <w:rsid w:val="00525889"/>
    <w:rsid w:val="00525A59"/>
    <w:rsid w:val="00525A70"/>
    <w:rsid w:val="00525AC6"/>
    <w:rsid w:val="00525B72"/>
    <w:rsid w:val="00525E40"/>
    <w:rsid w:val="00525F40"/>
    <w:rsid w:val="0052611B"/>
    <w:rsid w:val="00526396"/>
    <w:rsid w:val="005269F3"/>
    <w:rsid w:val="005278F9"/>
    <w:rsid w:val="0053007D"/>
    <w:rsid w:val="005300D6"/>
    <w:rsid w:val="0053022A"/>
    <w:rsid w:val="00530525"/>
    <w:rsid w:val="005305B8"/>
    <w:rsid w:val="0053064A"/>
    <w:rsid w:val="00530833"/>
    <w:rsid w:val="005308C6"/>
    <w:rsid w:val="00530DD2"/>
    <w:rsid w:val="00530F4E"/>
    <w:rsid w:val="005310C6"/>
    <w:rsid w:val="005316F3"/>
    <w:rsid w:val="00531825"/>
    <w:rsid w:val="00532025"/>
    <w:rsid w:val="00532098"/>
    <w:rsid w:val="005322B9"/>
    <w:rsid w:val="005322C9"/>
    <w:rsid w:val="0053248A"/>
    <w:rsid w:val="005325DA"/>
    <w:rsid w:val="0053267B"/>
    <w:rsid w:val="005329E5"/>
    <w:rsid w:val="00532A41"/>
    <w:rsid w:val="00532E01"/>
    <w:rsid w:val="00532EDD"/>
    <w:rsid w:val="005330C5"/>
    <w:rsid w:val="0053314B"/>
    <w:rsid w:val="0053326C"/>
    <w:rsid w:val="0053336E"/>
    <w:rsid w:val="00533A8A"/>
    <w:rsid w:val="00533AA8"/>
    <w:rsid w:val="00533BA3"/>
    <w:rsid w:val="00534218"/>
    <w:rsid w:val="005345E8"/>
    <w:rsid w:val="00534E9F"/>
    <w:rsid w:val="0053514F"/>
    <w:rsid w:val="005353F9"/>
    <w:rsid w:val="00535830"/>
    <w:rsid w:val="0053594F"/>
    <w:rsid w:val="00535B5C"/>
    <w:rsid w:val="00535CC8"/>
    <w:rsid w:val="00535EEA"/>
    <w:rsid w:val="005360A7"/>
    <w:rsid w:val="005367C4"/>
    <w:rsid w:val="00536879"/>
    <w:rsid w:val="005370F4"/>
    <w:rsid w:val="0053728E"/>
    <w:rsid w:val="005375B0"/>
    <w:rsid w:val="00537C19"/>
    <w:rsid w:val="00537DDD"/>
    <w:rsid w:val="00540083"/>
    <w:rsid w:val="00540384"/>
    <w:rsid w:val="0054155C"/>
    <w:rsid w:val="00541844"/>
    <w:rsid w:val="00541925"/>
    <w:rsid w:val="0054198B"/>
    <w:rsid w:val="00541A52"/>
    <w:rsid w:val="005423A9"/>
    <w:rsid w:val="00542976"/>
    <w:rsid w:val="00542C5C"/>
    <w:rsid w:val="00542E3D"/>
    <w:rsid w:val="00542FAD"/>
    <w:rsid w:val="0054376F"/>
    <w:rsid w:val="0054377E"/>
    <w:rsid w:val="00543809"/>
    <w:rsid w:val="00543B11"/>
    <w:rsid w:val="00543CEE"/>
    <w:rsid w:val="005448A1"/>
    <w:rsid w:val="005449B3"/>
    <w:rsid w:val="00544A8A"/>
    <w:rsid w:val="00544AF4"/>
    <w:rsid w:val="00544FF5"/>
    <w:rsid w:val="005451D1"/>
    <w:rsid w:val="00545A9A"/>
    <w:rsid w:val="00546204"/>
    <w:rsid w:val="005464D1"/>
    <w:rsid w:val="0054667A"/>
    <w:rsid w:val="00546D1B"/>
    <w:rsid w:val="005470A0"/>
    <w:rsid w:val="005470A4"/>
    <w:rsid w:val="0054714E"/>
    <w:rsid w:val="005471F3"/>
    <w:rsid w:val="005473AD"/>
    <w:rsid w:val="005500A1"/>
    <w:rsid w:val="0055016D"/>
    <w:rsid w:val="00550383"/>
    <w:rsid w:val="00550594"/>
    <w:rsid w:val="0055180B"/>
    <w:rsid w:val="00551908"/>
    <w:rsid w:val="00551955"/>
    <w:rsid w:val="00551A40"/>
    <w:rsid w:val="00551BD1"/>
    <w:rsid w:val="0055241B"/>
    <w:rsid w:val="005528E3"/>
    <w:rsid w:val="0055337F"/>
    <w:rsid w:val="00553416"/>
    <w:rsid w:val="00553698"/>
    <w:rsid w:val="00553EB2"/>
    <w:rsid w:val="0055483B"/>
    <w:rsid w:val="00554A89"/>
    <w:rsid w:val="0055501F"/>
    <w:rsid w:val="005552C1"/>
    <w:rsid w:val="00555536"/>
    <w:rsid w:val="0055567E"/>
    <w:rsid w:val="00556448"/>
    <w:rsid w:val="005564EA"/>
    <w:rsid w:val="005566D3"/>
    <w:rsid w:val="0055670D"/>
    <w:rsid w:val="00556AAC"/>
    <w:rsid w:val="00556B59"/>
    <w:rsid w:val="00556FBF"/>
    <w:rsid w:val="00557186"/>
    <w:rsid w:val="00557591"/>
    <w:rsid w:val="00557F04"/>
    <w:rsid w:val="00560226"/>
    <w:rsid w:val="005602E0"/>
    <w:rsid w:val="0056033A"/>
    <w:rsid w:val="00560571"/>
    <w:rsid w:val="005605CD"/>
    <w:rsid w:val="0056068E"/>
    <w:rsid w:val="005608FC"/>
    <w:rsid w:val="00560CAD"/>
    <w:rsid w:val="00560D4B"/>
    <w:rsid w:val="0056134D"/>
    <w:rsid w:val="00561472"/>
    <w:rsid w:val="005623CE"/>
    <w:rsid w:val="0056241F"/>
    <w:rsid w:val="00562628"/>
    <w:rsid w:val="00563114"/>
    <w:rsid w:val="0056369B"/>
    <w:rsid w:val="00563718"/>
    <w:rsid w:val="00563A67"/>
    <w:rsid w:val="00563B6D"/>
    <w:rsid w:val="00563D3B"/>
    <w:rsid w:val="00563DF4"/>
    <w:rsid w:val="00563E90"/>
    <w:rsid w:val="00563FDA"/>
    <w:rsid w:val="00564A66"/>
    <w:rsid w:val="00564C34"/>
    <w:rsid w:val="005651B0"/>
    <w:rsid w:val="00565502"/>
    <w:rsid w:val="00565641"/>
    <w:rsid w:val="005657E8"/>
    <w:rsid w:val="005659F1"/>
    <w:rsid w:val="00565CAD"/>
    <w:rsid w:val="005661CA"/>
    <w:rsid w:val="00566AD6"/>
    <w:rsid w:val="00566E5C"/>
    <w:rsid w:val="00566F4B"/>
    <w:rsid w:val="005671DD"/>
    <w:rsid w:val="005676AC"/>
    <w:rsid w:val="005679C0"/>
    <w:rsid w:val="005679D6"/>
    <w:rsid w:val="00567DC5"/>
    <w:rsid w:val="0057010A"/>
    <w:rsid w:val="0057051B"/>
    <w:rsid w:val="00570688"/>
    <w:rsid w:val="00570BF1"/>
    <w:rsid w:val="005711EA"/>
    <w:rsid w:val="0057128D"/>
    <w:rsid w:val="0057176E"/>
    <w:rsid w:val="005719C0"/>
    <w:rsid w:val="00571D7B"/>
    <w:rsid w:val="00572095"/>
    <w:rsid w:val="00572381"/>
    <w:rsid w:val="00572889"/>
    <w:rsid w:val="005729E2"/>
    <w:rsid w:val="00573268"/>
    <w:rsid w:val="00573614"/>
    <w:rsid w:val="00573B2A"/>
    <w:rsid w:val="00574851"/>
    <w:rsid w:val="00574BCA"/>
    <w:rsid w:val="00574EAF"/>
    <w:rsid w:val="00575187"/>
    <w:rsid w:val="00575D3B"/>
    <w:rsid w:val="005760CF"/>
    <w:rsid w:val="00576285"/>
    <w:rsid w:val="005763C3"/>
    <w:rsid w:val="00576793"/>
    <w:rsid w:val="00576912"/>
    <w:rsid w:val="00576B78"/>
    <w:rsid w:val="00576BF6"/>
    <w:rsid w:val="00576D5B"/>
    <w:rsid w:val="005770C3"/>
    <w:rsid w:val="00577DC7"/>
    <w:rsid w:val="00580190"/>
    <w:rsid w:val="0058077B"/>
    <w:rsid w:val="00580A4F"/>
    <w:rsid w:val="00580AD9"/>
    <w:rsid w:val="00580B52"/>
    <w:rsid w:val="00580BBA"/>
    <w:rsid w:val="00580F5C"/>
    <w:rsid w:val="00580FB9"/>
    <w:rsid w:val="0058105C"/>
    <w:rsid w:val="0058109F"/>
    <w:rsid w:val="00581583"/>
    <w:rsid w:val="005815AE"/>
    <w:rsid w:val="00581BFC"/>
    <w:rsid w:val="005824E6"/>
    <w:rsid w:val="005824F9"/>
    <w:rsid w:val="00582983"/>
    <w:rsid w:val="00582AF2"/>
    <w:rsid w:val="00582F4E"/>
    <w:rsid w:val="0058300C"/>
    <w:rsid w:val="005831BA"/>
    <w:rsid w:val="00583371"/>
    <w:rsid w:val="005835C0"/>
    <w:rsid w:val="005838B5"/>
    <w:rsid w:val="005839A2"/>
    <w:rsid w:val="00584698"/>
    <w:rsid w:val="00584CC7"/>
    <w:rsid w:val="00584E7F"/>
    <w:rsid w:val="00584E97"/>
    <w:rsid w:val="00584EB0"/>
    <w:rsid w:val="005859DD"/>
    <w:rsid w:val="00585A40"/>
    <w:rsid w:val="00585FDD"/>
    <w:rsid w:val="00586683"/>
    <w:rsid w:val="0058713A"/>
    <w:rsid w:val="0058738E"/>
    <w:rsid w:val="005875B7"/>
    <w:rsid w:val="005879FE"/>
    <w:rsid w:val="00587ADF"/>
    <w:rsid w:val="00587B31"/>
    <w:rsid w:val="005901E4"/>
    <w:rsid w:val="005905D9"/>
    <w:rsid w:val="00591334"/>
    <w:rsid w:val="00591931"/>
    <w:rsid w:val="00591951"/>
    <w:rsid w:val="005919F9"/>
    <w:rsid w:val="00591F8C"/>
    <w:rsid w:val="0059271C"/>
    <w:rsid w:val="00592803"/>
    <w:rsid w:val="0059316D"/>
    <w:rsid w:val="00593194"/>
    <w:rsid w:val="00593422"/>
    <w:rsid w:val="00593AAB"/>
    <w:rsid w:val="00593AC2"/>
    <w:rsid w:val="00593B4E"/>
    <w:rsid w:val="0059418B"/>
    <w:rsid w:val="005949CC"/>
    <w:rsid w:val="00594D89"/>
    <w:rsid w:val="0059563A"/>
    <w:rsid w:val="00595C76"/>
    <w:rsid w:val="005961C2"/>
    <w:rsid w:val="005965B0"/>
    <w:rsid w:val="005965D1"/>
    <w:rsid w:val="0059680B"/>
    <w:rsid w:val="00596C52"/>
    <w:rsid w:val="00596C71"/>
    <w:rsid w:val="00596FD8"/>
    <w:rsid w:val="00596FFA"/>
    <w:rsid w:val="0059706F"/>
    <w:rsid w:val="005978AD"/>
    <w:rsid w:val="00597F7B"/>
    <w:rsid w:val="005A0099"/>
    <w:rsid w:val="005A023B"/>
    <w:rsid w:val="005A0596"/>
    <w:rsid w:val="005A0638"/>
    <w:rsid w:val="005A0979"/>
    <w:rsid w:val="005A097A"/>
    <w:rsid w:val="005A0E72"/>
    <w:rsid w:val="005A0E7A"/>
    <w:rsid w:val="005A12CE"/>
    <w:rsid w:val="005A1400"/>
    <w:rsid w:val="005A149F"/>
    <w:rsid w:val="005A156E"/>
    <w:rsid w:val="005A166F"/>
    <w:rsid w:val="005A16F9"/>
    <w:rsid w:val="005A176B"/>
    <w:rsid w:val="005A17EC"/>
    <w:rsid w:val="005A1E27"/>
    <w:rsid w:val="005A2435"/>
    <w:rsid w:val="005A24B5"/>
    <w:rsid w:val="005A24CE"/>
    <w:rsid w:val="005A290F"/>
    <w:rsid w:val="005A2CC1"/>
    <w:rsid w:val="005A31F9"/>
    <w:rsid w:val="005A3219"/>
    <w:rsid w:val="005A3257"/>
    <w:rsid w:val="005A34C5"/>
    <w:rsid w:val="005A3775"/>
    <w:rsid w:val="005A3A06"/>
    <w:rsid w:val="005A3AD3"/>
    <w:rsid w:val="005A45CF"/>
    <w:rsid w:val="005A4878"/>
    <w:rsid w:val="005A4A1A"/>
    <w:rsid w:val="005A4CD1"/>
    <w:rsid w:val="005A4D05"/>
    <w:rsid w:val="005A561D"/>
    <w:rsid w:val="005A56DE"/>
    <w:rsid w:val="005A5A67"/>
    <w:rsid w:val="005A6040"/>
    <w:rsid w:val="005A646F"/>
    <w:rsid w:val="005A647C"/>
    <w:rsid w:val="005A6691"/>
    <w:rsid w:val="005A678F"/>
    <w:rsid w:val="005A67B3"/>
    <w:rsid w:val="005A6D4B"/>
    <w:rsid w:val="005A750D"/>
    <w:rsid w:val="005A7909"/>
    <w:rsid w:val="005B016C"/>
    <w:rsid w:val="005B01B9"/>
    <w:rsid w:val="005B0384"/>
    <w:rsid w:val="005B0C28"/>
    <w:rsid w:val="005B0DEA"/>
    <w:rsid w:val="005B0E89"/>
    <w:rsid w:val="005B154F"/>
    <w:rsid w:val="005B1D09"/>
    <w:rsid w:val="005B227F"/>
    <w:rsid w:val="005B2831"/>
    <w:rsid w:val="005B33E5"/>
    <w:rsid w:val="005B39E5"/>
    <w:rsid w:val="005B4095"/>
    <w:rsid w:val="005B45F5"/>
    <w:rsid w:val="005B47AC"/>
    <w:rsid w:val="005B47F0"/>
    <w:rsid w:val="005B4FC4"/>
    <w:rsid w:val="005B53DA"/>
    <w:rsid w:val="005B5AAC"/>
    <w:rsid w:val="005B607F"/>
    <w:rsid w:val="005B62DD"/>
    <w:rsid w:val="005B64F2"/>
    <w:rsid w:val="005B6505"/>
    <w:rsid w:val="005B66F7"/>
    <w:rsid w:val="005B68E3"/>
    <w:rsid w:val="005B76C9"/>
    <w:rsid w:val="005B78F7"/>
    <w:rsid w:val="005B7BE6"/>
    <w:rsid w:val="005B7BFD"/>
    <w:rsid w:val="005C0BA9"/>
    <w:rsid w:val="005C0C26"/>
    <w:rsid w:val="005C0D59"/>
    <w:rsid w:val="005C1342"/>
    <w:rsid w:val="005C14D9"/>
    <w:rsid w:val="005C15D8"/>
    <w:rsid w:val="005C16DC"/>
    <w:rsid w:val="005C16F1"/>
    <w:rsid w:val="005C1CAA"/>
    <w:rsid w:val="005C233D"/>
    <w:rsid w:val="005C2357"/>
    <w:rsid w:val="005C277D"/>
    <w:rsid w:val="005C296C"/>
    <w:rsid w:val="005C2F78"/>
    <w:rsid w:val="005C2FB1"/>
    <w:rsid w:val="005C3B6B"/>
    <w:rsid w:val="005C3E24"/>
    <w:rsid w:val="005C4058"/>
    <w:rsid w:val="005C4154"/>
    <w:rsid w:val="005C42B2"/>
    <w:rsid w:val="005C457D"/>
    <w:rsid w:val="005C4E4A"/>
    <w:rsid w:val="005C514F"/>
    <w:rsid w:val="005C64AB"/>
    <w:rsid w:val="005C65D4"/>
    <w:rsid w:val="005C66B7"/>
    <w:rsid w:val="005C68CE"/>
    <w:rsid w:val="005C6E6F"/>
    <w:rsid w:val="005C7539"/>
    <w:rsid w:val="005C77E1"/>
    <w:rsid w:val="005C79F8"/>
    <w:rsid w:val="005C7AAF"/>
    <w:rsid w:val="005C7AB0"/>
    <w:rsid w:val="005D00D4"/>
    <w:rsid w:val="005D0501"/>
    <w:rsid w:val="005D06DE"/>
    <w:rsid w:val="005D0B1D"/>
    <w:rsid w:val="005D0F0F"/>
    <w:rsid w:val="005D0F23"/>
    <w:rsid w:val="005D10F1"/>
    <w:rsid w:val="005D112F"/>
    <w:rsid w:val="005D1B48"/>
    <w:rsid w:val="005D1C00"/>
    <w:rsid w:val="005D1F4D"/>
    <w:rsid w:val="005D200B"/>
    <w:rsid w:val="005D2091"/>
    <w:rsid w:val="005D20DC"/>
    <w:rsid w:val="005D2134"/>
    <w:rsid w:val="005D25C2"/>
    <w:rsid w:val="005D2B96"/>
    <w:rsid w:val="005D2FE5"/>
    <w:rsid w:val="005D3100"/>
    <w:rsid w:val="005D35FD"/>
    <w:rsid w:val="005D3905"/>
    <w:rsid w:val="005D3908"/>
    <w:rsid w:val="005D3990"/>
    <w:rsid w:val="005D3DC6"/>
    <w:rsid w:val="005D3E1C"/>
    <w:rsid w:val="005D4035"/>
    <w:rsid w:val="005D4137"/>
    <w:rsid w:val="005D4289"/>
    <w:rsid w:val="005D4A4D"/>
    <w:rsid w:val="005D51F5"/>
    <w:rsid w:val="005D52C0"/>
    <w:rsid w:val="005D5426"/>
    <w:rsid w:val="005D54C3"/>
    <w:rsid w:val="005D5739"/>
    <w:rsid w:val="005D59F1"/>
    <w:rsid w:val="005D5C69"/>
    <w:rsid w:val="005D68C1"/>
    <w:rsid w:val="005D6A1C"/>
    <w:rsid w:val="005D6A56"/>
    <w:rsid w:val="005D6A63"/>
    <w:rsid w:val="005D6FB3"/>
    <w:rsid w:val="005D7045"/>
    <w:rsid w:val="005D73E1"/>
    <w:rsid w:val="005D7480"/>
    <w:rsid w:val="005D7678"/>
    <w:rsid w:val="005D7940"/>
    <w:rsid w:val="005E03D3"/>
    <w:rsid w:val="005E03FE"/>
    <w:rsid w:val="005E09CE"/>
    <w:rsid w:val="005E0B04"/>
    <w:rsid w:val="005E0CCA"/>
    <w:rsid w:val="005E1365"/>
    <w:rsid w:val="005E13F6"/>
    <w:rsid w:val="005E14AD"/>
    <w:rsid w:val="005E15BE"/>
    <w:rsid w:val="005E164D"/>
    <w:rsid w:val="005E17F6"/>
    <w:rsid w:val="005E17FD"/>
    <w:rsid w:val="005E27EA"/>
    <w:rsid w:val="005E2915"/>
    <w:rsid w:val="005E2C88"/>
    <w:rsid w:val="005E2E73"/>
    <w:rsid w:val="005E32CB"/>
    <w:rsid w:val="005E3373"/>
    <w:rsid w:val="005E3D95"/>
    <w:rsid w:val="005E3F59"/>
    <w:rsid w:val="005E44FB"/>
    <w:rsid w:val="005E4872"/>
    <w:rsid w:val="005E4E3C"/>
    <w:rsid w:val="005E4F61"/>
    <w:rsid w:val="005E5658"/>
    <w:rsid w:val="005E5908"/>
    <w:rsid w:val="005E5964"/>
    <w:rsid w:val="005E5CC7"/>
    <w:rsid w:val="005E62EF"/>
    <w:rsid w:val="005E63D0"/>
    <w:rsid w:val="005E64DF"/>
    <w:rsid w:val="005E6657"/>
    <w:rsid w:val="005E6A5F"/>
    <w:rsid w:val="005E6A7C"/>
    <w:rsid w:val="005E73C8"/>
    <w:rsid w:val="005E7924"/>
    <w:rsid w:val="005E7C9C"/>
    <w:rsid w:val="005F00A8"/>
    <w:rsid w:val="005F0A91"/>
    <w:rsid w:val="005F0C06"/>
    <w:rsid w:val="005F0E31"/>
    <w:rsid w:val="005F0E59"/>
    <w:rsid w:val="005F1024"/>
    <w:rsid w:val="005F1048"/>
    <w:rsid w:val="005F10AE"/>
    <w:rsid w:val="005F17BC"/>
    <w:rsid w:val="005F1999"/>
    <w:rsid w:val="005F1DBD"/>
    <w:rsid w:val="005F1F8F"/>
    <w:rsid w:val="005F1FEE"/>
    <w:rsid w:val="005F201E"/>
    <w:rsid w:val="005F216A"/>
    <w:rsid w:val="005F231D"/>
    <w:rsid w:val="005F256C"/>
    <w:rsid w:val="005F25BC"/>
    <w:rsid w:val="005F29CE"/>
    <w:rsid w:val="005F29EA"/>
    <w:rsid w:val="005F2ADC"/>
    <w:rsid w:val="005F2ED6"/>
    <w:rsid w:val="005F31F1"/>
    <w:rsid w:val="005F33FA"/>
    <w:rsid w:val="005F342E"/>
    <w:rsid w:val="005F36E8"/>
    <w:rsid w:val="005F38C1"/>
    <w:rsid w:val="005F3C95"/>
    <w:rsid w:val="005F438C"/>
    <w:rsid w:val="005F4D91"/>
    <w:rsid w:val="005F5057"/>
    <w:rsid w:val="005F536B"/>
    <w:rsid w:val="005F5398"/>
    <w:rsid w:val="005F5619"/>
    <w:rsid w:val="005F6569"/>
    <w:rsid w:val="005F777C"/>
    <w:rsid w:val="005F7BEF"/>
    <w:rsid w:val="005F7D3C"/>
    <w:rsid w:val="00600023"/>
    <w:rsid w:val="006000E6"/>
    <w:rsid w:val="006002DA"/>
    <w:rsid w:val="00600C84"/>
    <w:rsid w:val="00601029"/>
    <w:rsid w:val="006012C1"/>
    <w:rsid w:val="00601740"/>
    <w:rsid w:val="006018CB"/>
    <w:rsid w:val="006023EB"/>
    <w:rsid w:val="00602499"/>
    <w:rsid w:val="00602675"/>
    <w:rsid w:val="00602A49"/>
    <w:rsid w:val="00602BD0"/>
    <w:rsid w:val="00602E5E"/>
    <w:rsid w:val="00603364"/>
    <w:rsid w:val="00603493"/>
    <w:rsid w:val="006034EB"/>
    <w:rsid w:val="00603A34"/>
    <w:rsid w:val="006046B3"/>
    <w:rsid w:val="00604B50"/>
    <w:rsid w:val="00604EA8"/>
    <w:rsid w:val="00605561"/>
    <w:rsid w:val="00605573"/>
    <w:rsid w:val="006057CF"/>
    <w:rsid w:val="00605896"/>
    <w:rsid w:val="00605981"/>
    <w:rsid w:val="00605E97"/>
    <w:rsid w:val="00606069"/>
    <w:rsid w:val="00606612"/>
    <w:rsid w:val="00606913"/>
    <w:rsid w:val="00606B20"/>
    <w:rsid w:val="00606CBA"/>
    <w:rsid w:val="00607C8F"/>
    <w:rsid w:val="00610300"/>
    <w:rsid w:val="00610997"/>
    <w:rsid w:val="00611AF9"/>
    <w:rsid w:val="00611C07"/>
    <w:rsid w:val="00611CB1"/>
    <w:rsid w:val="006120E6"/>
    <w:rsid w:val="00612171"/>
    <w:rsid w:val="006121EF"/>
    <w:rsid w:val="006122BB"/>
    <w:rsid w:val="006124A4"/>
    <w:rsid w:val="006125E8"/>
    <w:rsid w:val="006127DA"/>
    <w:rsid w:val="00612A6D"/>
    <w:rsid w:val="00612C42"/>
    <w:rsid w:val="00612D2F"/>
    <w:rsid w:val="00612DB2"/>
    <w:rsid w:val="006135A1"/>
    <w:rsid w:val="00613714"/>
    <w:rsid w:val="006138C5"/>
    <w:rsid w:val="00613B81"/>
    <w:rsid w:val="00613EA8"/>
    <w:rsid w:val="0061415C"/>
    <w:rsid w:val="00614438"/>
    <w:rsid w:val="0061448E"/>
    <w:rsid w:val="006144E4"/>
    <w:rsid w:val="00614713"/>
    <w:rsid w:val="00614961"/>
    <w:rsid w:val="00614F6E"/>
    <w:rsid w:val="00615271"/>
    <w:rsid w:val="0061591C"/>
    <w:rsid w:val="00615CE9"/>
    <w:rsid w:val="00616695"/>
    <w:rsid w:val="00616876"/>
    <w:rsid w:val="00616C56"/>
    <w:rsid w:val="0061709E"/>
    <w:rsid w:val="00617278"/>
    <w:rsid w:val="0061799F"/>
    <w:rsid w:val="00617A95"/>
    <w:rsid w:val="0062004A"/>
    <w:rsid w:val="00620674"/>
    <w:rsid w:val="006209C9"/>
    <w:rsid w:val="00620A01"/>
    <w:rsid w:val="00620A0E"/>
    <w:rsid w:val="00620CC6"/>
    <w:rsid w:val="00620F4C"/>
    <w:rsid w:val="0062143F"/>
    <w:rsid w:val="00621475"/>
    <w:rsid w:val="006214F9"/>
    <w:rsid w:val="00621770"/>
    <w:rsid w:val="00621B14"/>
    <w:rsid w:val="006222B3"/>
    <w:rsid w:val="00622946"/>
    <w:rsid w:val="00622969"/>
    <w:rsid w:val="0062296C"/>
    <w:rsid w:val="006229AB"/>
    <w:rsid w:val="00622F30"/>
    <w:rsid w:val="00622F94"/>
    <w:rsid w:val="006230FA"/>
    <w:rsid w:val="0062352D"/>
    <w:rsid w:val="006235E2"/>
    <w:rsid w:val="00623A32"/>
    <w:rsid w:val="00623A87"/>
    <w:rsid w:val="00624055"/>
    <w:rsid w:val="00624220"/>
    <w:rsid w:val="00624357"/>
    <w:rsid w:val="00624D5D"/>
    <w:rsid w:val="006252AA"/>
    <w:rsid w:val="0062563C"/>
    <w:rsid w:val="00625937"/>
    <w:rsid w:val="00625A47"/>
    <w:rsid w:val="00625EF2"/>
    <w:rsid w:val="006263C8"/>
    <w:rsid w:val="00626611"/>
    <w:rsid w:val="0062667B"/>
    <w:rsid w:val="0062675E"/>
    <w:rsid w:val="00626C75"/>
    <w:rsid w:val="00626ECA"/>
    <w:rsid w:val="00626FAC"/>
    <w:rsid w:val="006270F8"/>
    <w:rsid w:val="00627344"/>
    <w:rsid w:val="006273CF"/>
    <w:rsid w:val="00627452"/>
    <w:rsid w:val="0062757E"/>
    <w:rsid w:val="00627C15"/>
    <w:rsid w:val="00630174"/>
    <w:rsid w:val="00630309"/>
    <w:rsid w:val="00630CCA"/>
    <w:rsid w:val="00630F76"/>
    <w:rsid w:val="006311BE"/>
    <w:rsid w:val="00631759"/>
    <w:rsid w:val="0063202C"/>
    <w:rsid w:val="006321A9"/>
    <w:rsid w:val="006321F8"/>
    <w:rsid w:val="00632337"/>
    <w:rsid w:val="00632738"/>
    <w:rsid w:val="00632B31"/>
    <w:rsid w:val="00632FF7"/>
    <w:rsid w:val="00633502"/>
    <w:rsid w:val="00633635"/>
    <w:rsid w:val="00633AA0"/>
    <w:rsid w:val="00633AFF"/>
    <w:rsid w:val="00633BF8"/>
    <w:rsid w:val="00633F3D"/>
    <w:rsid w:val="006346F0"/>
    <w:rsid w:val="006347BA"/>
    <w:rsid w:val="006347F9"/>
    <w:rsid w:val="00634808"/>
    <w:rsid w:val="00634D81"/>
    <w:rsid w:val="00635937"/>
    <w:rsid w:val="0063595B"/>
    <w:rsid w:val="00636314"/>
    <w:rsid w:val="006363DB"/>
    <w:rsid w:val="006364D6"/>
    <w:rsid w:val="00636549"/>
    <w:rsid w:val="00636F7F"/>
    <w:rsid w:val="006370E4"/>
    <w:rsid w:val="006409EC"/>
    <w:rsid w:val="00640B26"/>
    <w:rsid w:val="00640F87"/>
    <w:rsid w:val="00641578"/>
    <w:rsid w:val="006415FA"/>
    <w:rsid w:val="00641DF6"/>
    <w:rsid w:val="00641DFB"/>
    <w:rsid w:val="00641F45"/>
    <w:rsid w:val="006422B1"/>
    <w:rsid w:val="006426E4"/>
    <w:rsid w:val="0064270C"/>
    <w:rsid w:val="006428D0"/>
    <w:rsid w:val="00642D6E"/>
    <w:rsid w:val="00642F07"/>
    <w:rsid w:val="00643018"/>
    <w:rsid w:val="006432C7"/>
    <w:rsid w:val="006438FA"/>
    <w:rsid w:val="00643D7C"/>
    <w:rsid w:val="006445CA"/>
    <w:rsid w:val="00644654"/>
    <w:rsid w:val="006446EC"/>
    <w:rsid w:val="006449CF"/>
    <w:rsid w:val="00644A21"/>
    <w:rsid w:val="00644FD2"/>
    <w:rsid w:val="00645501"/>
    <w:rsid w:val="006455E6"/>
    <w:rsid w:val="0064568A"/>
    <w:rsid w:val="00645AF5"/>
    <w:rsid w:val="00645BE2"/>
    <w:rsid w:val="00645EAA"/>
    <w:rsid w:val="00645EBA"/>
    <w:rsid w:val="00646076"/>
    <w:rsid w:val="0064709B"/>
    <w:rsid w:val="006470A5"/>
    <w:rsid w:val="0064712E"/>
    <w:rsid w:val="00647367"/>
    <w:rsid w:val="00647841"/>
    <w:rsid w:val="00647B0D"/>
    <w:rsid w:val="00650421"/>
    <w:rsid w:val="006504F1"/>
    <w:rsid w:val="006507D8"/>
    <w:rsid w:val="0065086E"/>
    <w:rsid w:val="00650B2F"/>
    <w:rsid w:val="006516E7"/>
    <w:rsid w:val="00651D3C"/>
    <w:rsid w:val="00651F95"/>
    <w:rsid w:val="006523F0"/>
    <w:rsid w:val="006524DA"/>
    <w:rsid w:val="00652834"/>
    <w:rsid w:val="006529C9"/>
    <w:rsid w:val="00652AA5"/>
    <w:rsid w:val="00653903"/>
    <w:rsid w:val="0065393C"/>
    <w:rsid w:val="00653AD7"/>
    <w:rsid w:val="00653F60"/>
    <w:rsid w:val="00653F63"/>
    <w:rsid w:val="006540AF"/>
    <w:rsid w:val="0065417A"/>
    <w:rsid w:val="0065445A"/>
    <w:rsid w:val="006549B3"/>
    <w:rsid w:val="00654B50"/>
    <w:rsid w:val="00655096"/>
    <w:rsid w:val="006550B9"/>
    <w:rsid w:val="00655297"/>
    <w:rsid w:val="0065572E"/>
    <w:rsid w:val="00655A8E"/>
    <w:rsid w:val="0065624A"/>
    <w:rsid w:val="00656681"/>
    <w:rsid w:val="00656CDE"/>
    <w:rsid w:val="00656CEB"/>
    <w:rsid w:val="00656D99"/>
    <w:rsid w:val="0065711D"/>
    <w:rsid w:val="006576DD"/>
    <w:rsid w:val="00657B5D"/>
    <w:rsid w:val="00657EF9"/>
    <w:rsid w:val="00660FB7"/>
    <w:rsid w:val="00661223"/>
    <w:rsid w:val="00661355"/>
    <w:rsid w:val="0066176B"/>
    <w:rsid w:val="00661A76"/>
    <w:rsid w:val="00661B9C"/>
    <w:rsid w:val="00661D32"/>
    <w:rsid w:val="00662115"/>
    <w:rsid w:val="006623B0"/>
    <w:rsid w:val="0066277C"/>
    <w:rsid w:val="00662828"/>
    <w:rsid w:val="00662893"/>
    <w:rsid w:val="0066297F"/>
    <w:rsid w:val="00662C05"/>
    <w:rsid w:val="00663096"/>
    <w:rsid w:val="00663168"/>
    <w:rsid w:val="00663557"/>
    <w:rsid w:val="00663616"/>
    <w:rsid w:val="00663716"/>
    <w:rsid w:val="00663940"/>
    <w:rsid w:val="0066394E"/>
    <w:rsid w:val="00663C80"/>
    <w:rsid w:val="00663CF6"/>
    <w:rsid w:val="00663D44"/>
    <w:rsid w:val="00664054"/>
    <w:rsid w:val="006640DA"/>
    <w:rsid w:val="00664220"/>
    <w:rsid w:val="0066424A"/>
    <w:rsid w:val="00664649"/>
    <w:rsid w:val="00664735"/>
    <w:rsid w:val="0066491A"/>
    <w:rsid w:val="006649AC"/>
    <w:rsid w:val="006652C2"/>
    <w:rsid w:val="00665353"/>
    <w:rsid w:val="006658ED"/>
    <w:rsid w:val="00665A5F"/>
    <w:rsid w:val="00665AC4"/>
    <w:rsid w:val="00665E6F"/>
    <w:rsid w:val="0066664B"/>
    <w:rsid w:val="006667D0"/>
    <w:rsid w:val="0066680A"/>
    <w:rsid w:val="00666CE5"/>
    <w:rsid w:val="00666E5E"/>
    <w:rsid w:val="00666EBE"/>
    <w:rsid w:val="00666F5B"/>
    <w:rsid w:val="006671AF"/>
    <w:rsid w:val="006671EE"/>
    <w:rsid w:val="006673F0"/>
    <w:rsid w:val="006678E4"/>
    <w:rsid w:val="00667959"/>
    <w:rsid w:val="00667F84"/>
    <w:rsid w:val="00670090"/>
    <w:rsid w:val="00670589"/>
    <w:rsid w:val="006706B3"/>
    <w:rsid w:val="00670736"/>
    <w:rsid w:val="0067087E"/>
    <w:rsid w:val="006709A0"/>
    <w:rsid w:val="00670BAB"/>
    <w:rsid w:val="00670BBE"/>
    <w:rsid w:val="00671359"/>
    <w:rsid w:val="0067135E"/>
    <w:rsid w:val="00671887"/>
    <w:rsid w:val="00671D29"/>
    <w:rsid w:val="00672206"/>
    <w:rsid w:val="00673489"/>
    <w:rsid w:val="00673781"/>
    <w:rsid w:val="00673C12"/>
    <w:rsid w:val="00674307"/>
    <w:rsid w:val="006746BA"/>
    <w:rsid w:val="0067523B"/>
    <w:rsid w:val="0067527C"/>
    <w:rsid w:val="006755BE"/>
    <w:rsid w:val="00675791"/>
    <w:rsid w:val="00675DF4"/>
    <w:rsid w:val="00675F34"/>
    <w:rsid w:val="00675F56"/>
    <w:rsid w:val="0067622E"/>
    <w:rsid w:val="00676C64"/>
    <w:rsid w:val="006779B0"/>
    <w:rsid w:val="00677B2C"/>
    <w:rsid w:val="00677B7D"/>
    <w:rsid w:val="00677E27"/>
    <w:rsid w:val="00680243"/>
    <w:rsid w:val="00680578"/>
    <w:rsid w:val="00680B24"/>
    <w:rsid w:val="00680C77"/>
    <w:rsid w:val="00680F28"/>
    <w:rsid w:val="006811E5"/>
    <w:rsid w:val="006813DC"/>
    <w:rsid w:val="0068152D"/>
    <w:rsid w:val="00681B41"/>
    <w:rsid w:val="006827F3"/>
    <w:rsid w:val="00682D85"/>
    <w:rsid w:val="006833E0"/>
    <w:rsid w:val="006833F6"/>
    <w:rsid w:val="00683449"/>
    <w:rsid w:val="00683E22"/>
    <w:rsid w:val="00684617"/>
    <w:rsid w:val="00684802"/>
    <w:rsid w:val="00684931"/>
    <w:rsid w:val="00684C04"/>
    <w:rsid w:val="006850E0"/>
    <w:rsid w:val="00685C61"/>
    <w:rsid w:val="00685CB4"/>
    <w:rsid w:val="00685FF9"/>
    <w:rsid w:val="00686120"/>
    <w:rsid w:val="006863D4"/>
    <w:rsid w:val="00686BEF"/>
    <w:rsid w:val="00686F1A"/>
    <w:rsid w:val="00687643"/>
    <w:rsid w:val="0068774E"/>
    <w:rsid w:val="00687910"/>
    <w:rsid w:val="00687D9D"/>
    <w:rsid w:val="0069054D"/>
    <w:rsid w:val="0069124D"/>
    <w:rsid w:val="00691413"/>
    <w:rsid w:val="00691775"/>
    <w:rsid w:val="006917AB"/>
    <w:rsid w:val="00691920"/>
    <w:rsid w:val="00691B64"/>
    <w:rsid w:val="0069217A"/>
    <w:rsid w:val="00692DF3"/>
    <w:rsid w:val="00692EC3"/>
    <w:rsid w:val="0069336C"/>
    <w:rsid w:val="006935AA"/>
    <w:rsid w:val="006938EA"/>
    <w:rsid w:val="00693A2A"/>
    <w:rsid w:val="00693DA4"/>
    <w:rsid w:val="00693DB3"/>
    <w:rsid w:val="00694100"/>
    <w:rsid w:val="006948C5"/>
    <w:rsid w:val="00694B6F"/>
    <w:rsid w:val="00694D4B"/>
    <w:rsid w:val="00694DAB"/>
    <w:rsid w:val="00694FF3"/>
    <w:rsid w:val="00695411"/>
    <w:rsid w:val="0069571C"/>
    <w:rsid w:val="0069578C"/>
    <w:rsid w:val="00695814"/>
    <w:rsid w:val="00695BA7"/>
    <w:rsid w:val="00695C1F"/>
    <w:rsid w:val="00696377"/>
    <w:rsid w:val="00696733"/>
    <w:rsid w:val="0069680C"/>
    <w:rsid w:val="0069683C"/>
    <w:rsid w:val="00697733"/>
    <w:rsid w:val="006977E7"/>
    <w:rsid w:val="00697922"/>
    <w:rsid w:val="006979E8"/>
    <w:rsid w:val="00697FEA"/>
    <w:rsid w:val="006A0255"/>
    <w:rsid w:val="006A0278"/>
    <w:rsid w:val="006A06BB"/>
    <w:rsid w:val="006A072C"/>
    <w:rsid w:val="006A07D0"/>
    <w:rsid w:val="006A0BA4"/>
    <w:rsid w:val="006A0CE4"/>
    <w:rsid w:val="006A0EC6"/>
    <w:rsid w:val="006A16E1"/>
    <w:rsid w:val="006A1CD5"/>
    <w:rsid w:val="006A21BA"/>
    <w:rsid w:val="006A2237"/>
    <w:rsid w:val="006A22D7"/>
    <w:rsid w:val="006A239D"/>
    <w:rsid w:val="006A3009"/>
    <w:rsid w:val="006A3143"/>
    <w:rsid w:val="006A314C"/>
    <w:rsid w:val="006A32F6"/>
    <w:rsid w:val="006A34C5"/>
    <w:rsid w:val="006A3724"/>
    <w:rsid w:val="006A3897"/>
    <w:rsid w:val="006A3979"/>
    <w:rsid w:val="006A3EFC"/>
    <w:rsid w:val="006A4123"/>
    <w:rsid w:val="006A41FD"/>
    <w:rsid w:val="006A45B5"/>
    <w:rsid w:val="006A4658"/>
    <w:rsid w:val="006A48E7"/>
    <w:rsid w:val="006A52B8"/>
    <w:rsid w:val="006A5391"/>
    <w:rsid w:val="006A5578"/>
    <w:rsid w:val="006A568F"/>
    <w:rsid w:val="006A572E"/>
    <w:rsid w:val="006A5DA0"/>
    <w:rsid w:val="006A5EC3"/>
    <w:rsid w:val="006A631F"/>
    <w:rsid w:val="006A6525"/>
    <w:rsid w:val="006A668D"/>
    <w:rsid w:val="006A6F63"/>
    <w:rsid w:val="006A6FB7"/>
    <w:rsid w:val="006A7722"/>
    <w:rsid w:val="006A77DB"/>
    <w:rsid w:val="006A790F"/>
    <w:rsid w:val="006A7FF8"/>
    <w:rsid w:val="006B00D5"/>
    <w:rsid w:val="006B021F"/>
    <w:rsid w:val="006B0D16"/>
    <w:rsid w:val="006B0E70"/>
    <w:rsid w:val="006B1004"/>
    <w:rsid w:val="006B1291"/>
    <w:rsid w:val="006B1410"/>
    <w:rsid w:val="006B1491"/>
    <w:rsid w:val="006B17B0"/>
    <w:rsid w:val="006B1944"/>
    <w:rsid w:val="006B21FE"/>
    <w:rsid w:val="006B24CD"/>
    <w:rsid w:val="006B25A9"/>
    <w:rsid w:val="006B2890"/>
    <w:rsid w:val="006B2898"/>
    <w:rsid w:val="006B2C53"/>
    <w:rsid w:val="006B3185"/>
    <w:rsid w:val="006B35E3"/>
    <w:rsid w:val="006B371D"/>
    <w:rsid w:val="006B374C"/>
    <w:rsid w:val="006B38B3"/>
    <w:rsid w:val="006B3DC1"/>
    <w:rsid w:val="006B3DCC"/>
    <w:rsid w:val="006B4431"/>
    <w:rsid w:val="006B48F7"/>
    <w:rsid w:val="006B4EB2"/>
    <w:rsid w:val="006B53DB"/>
    <w:rsid w:val="006B5D57"/>
    <w:rsid w:val="006B65BB"/>
    <w:rsid w:val="006B6A35"/>
    <w:rsid w:val="006B6CA0"/>
    <w:rsid w:val="006B6CB3"/>
    <w:rsid w:val="006B6CEF"/>
    <w:rsid w:val="006B6E71"/>
    <w:rsid w:val="006B7321"/>
    <w:rsid w:val="006B7655"/>
    <w:rsid w:val="006C02F2"/>
    <w:rsid w:val="006C0560"/>
    <w:rsid w:val="006C0572"/>
    <w:rsid w:val="006C0678"/>
    <w:rsid w:val="006C0979"/>
    <w:rsid w:val="006C0D79"/>
    <w:rsid w:val="006C0F91"/>
    <w:rsid w:val="006C1173"/>
    <w:rsid w:val="006C1301"/>
    <w:rsid w:val="006C162F"/>
    <w:rsid w:val="006C1853"/>
    <w:rsid w:val="006C2814"/>
    <w:rsid w:val="006C2D31"/>
    <w:rsid w:val="006C2DA8"/>
    <w:rsid w:val="006C308A"/>
    <w:rsid w:val="006C3443"/>
    <w:rsid w:val="006C3526"/>
    <w:rsid w:val="006C3C7B"/>
    <w:rsid w:val="006C3CAB"/>
    <w:rsid w:val="006C3D47"/>
    <w:rsid w:val="006C44A5"/>
    <w:rsid w:val="006C4626"/>
    <w:rsid w:val="006C4B35"/>
    <w:rsid w:val="006C4B68"/>
    <w:rsid w:val="006C5452"/>
    <w:rsid w:val="006C5513"/>
    <w:rsid w:val="006C57A8"/>
    <w:rsid w:val="006C5B49"/>
    <w:rsid w:val="006C5DD4"/>
    <w:rsid w:val="006C6856"/>
    <w:rsid w:val="006C7069"/>
    <w:rsid w:val="006C72FE"/>
    <w:rsid w:val="006C77C9"/>
    <w:rsid w:val="006C78E1"/>
    <w:rsid w:val="006D04AB"/>
    <w:rsid w:val="006D09FC"/>
    <w:rsid w:val="006D0CE8"/>
    <w:rsid w:val="006D0D29"/>
    <w:rsid w:val="006D0E8D"/>
    <w:rsid w:val="006D12FE"/>
    <w:rsid w:val="006D13DD"/>
    <w:rsid w:val="006D1552"/>
    <w:rsid w:val="006D1EA6"/>
    <w:rsid w:val="006D253C"/>
    <w:rsid w:val="006D2B11"/>
    <w:rsid w:val="006D3066"/>
    <w:rsid w:val="006D30BD"/>
    <w:rsid w:val="006D33EB"/>
    <w:rsid w:val="006D3A7D"/>
    <w:rsid w:val="006D3E98"/>
    <w:rsid w:val="006D4159"/>
    <w:rsid w:val="006D482C"/>
    <w:rsid w:val="006D5354"/>
    <w:rsid w:val="006D554A"/>
    <w:rsid w:val="006D55C0"/>
    <w:rsid w:val="006D55FA"/>
    <w:rsid w:val="006D5620"/>
    <w:rsid w:val="006D60EE"/>
    <w:rsid w:val="006D612D"/>
    <w:rsid w:val="006D63F5"/>
    <w:rsid w:val="006D6520"/>
    <w:rsid w:val="006D65D8"/>
    <w:rsid w:val="006D668C"/>
    <w:rsid w:val="006D6E61"/>
    <w:rsid w:val="006D6FE3"/>
    <w:rsid w:val="006D76D9"/>
    <w:rsid w:val="006D7833"/>
    <w:rsid w:val="006D7F5C"/>
    <w:rsid w:val="006D7FA6"/>
    <w:rsid w:val="006E0085"/>
    <w:rsid w:val="006E098A"/>
    <w:rsid w:val="006E162E"/>
    <w:rsid w:val="006E18C4"/>
    <w:rsid w:val="006E19D3"/>
    <w:rsid w:val="006E19E8"/>
    <w:rsid w:val="006E1B9D"/>
    <w:rsid w:val="006E1C02"/>
    <w:rsid w:val="006E2004"/>
    <w:rsid w:val="006E23C0"/>
    <w:rsid w:val="006E245E"/>
    <w:rsid w:val="006E2A49"/>
    <w:rsid w:val="006E2B58"/>
    <w:rsid w:val="006E2DA0"/>
    <w:rsid w:val="006E3015"/>
    <w:rsid w:val="006E3605"/>
    <w:rsid w:val="006E3B2B"/>
    <w:rsid w:val="006E3E79"/>
    <w:rsid w:val="006E42D3"/>
    <w:rsid w:val="006E4370"/>
    <w:rsid w:val="006E43DE"/>
    <w:rsid w:val="006E44DF"/>
    <w:rsid w:val="006E472C"/>
    <w:rsid w:val="006E47D1"/>
    <w:rsid w:val="006E49AE"/>
    <w:rsid w:val="006E4BFB"/>
    <w:rsid w:val="006E4F93"/>
    <w:rsid w:val="006E4FF9"/>
    <w:rsid w:val="006E50AE"/>
    <w:rsid w:val="006E52D0"/>
    <w:rsid w:val="006E5693"/>
    <w:rsid w:val="006E59FD"/>
    <w:rsid w:val="006E61B0"/>
    <w:rsid w:val="006E647A"/>
    <w:rsid w:val="006E654A"/>
    <w:rsid w:val="006E6C06"/>
    <w:rsid w:val="006E6E42"/>
    <w:rsid w:val="006E754C"/>
    <w:rsid w:val="006E759E"/>
    <w:rsid w:val="006E77FD"/>
    <w:rsid w:val="006E794F"/>
    <w:rsid w:val="006E79AA"/>
    <w:rsid w:val="006E7B1D"/>
    <w:rsid w:val="006E7B7A"/>
    <w:rsid w:val="006E7C9F"/>
    <w:rsid w:val="006F003E"/>
    <w:rsid w:val="006F073D"/>
    <w:rsid w:val="006F0AC3"/>
    <w:rsid w:val="006F0BB5"/>
    <w:rsid w:val="006F0C8E"/>
    <w:rsid w:val="006F0DF9"/>
    <w:rsid w:val="006F1188"/>
    <w:rsid w:val="006F2036"/>
    <w:rsid w:val="006F277F"/>
    <w:rsid w:val="006F3272"/>
    <w:rsid w:val="006F3295"/>
    <w:rsid w:val="006F3573"/>
    <w:rsid w:val="006F3578"/>
    <w:rsid w:val="006F39E5"/>
    <w:rsid w:val="006F3C15"/>
    <w:rsid w:val="006F403F"/>
    <w:rsid w:val="006F466A"/>
    <w:rsid w:val="006F4B10"/>
    <w:rsid w:val="006F4BDF"/>
    <w:rsid w:val="006F4CB8"/>
    <w:rsid w:val="006F505E"/>
    <w:rsid w:val="006F571C"/>
    <w:rsid w:val="006F5778"/>
    <w:rsid w:val="006F57ED"/>
    <w:rsid w:val="006F590A"/>
    <w:rsid w:val="006F5DE9"/>
    <w:rsid w:val="006F5E1D"/>
    <w:rsid w:val="006F60F0"/>
    <w:rsid w:val="006F61B0"/>
    <w:rsid w:val="006F62CA"/>
    <w:rsid w:val="006F6588"/>
    <w:rsid w:val="006F6765"/>
    <w:rsid w:val="006F703D"/>
    <w:rsid w:val="006F724E"/>
    <w:rsid w:val="006F7517"/>
    <w:rsid w:val="006F76BD"/>
    <w:rsid w:val="006F77EA"/>
    <w:rsid w:val="006F77F0"/>
    <w:rsid w:val="006F7803"/>
    <w:rsid w:val="006F7AA7"/>
    <w:rsid w:val="0070054E"/>
    <w:rsid w:val="007005E3"/>
    <w:rsid w:val="00700640"/>
    <w:rsid w:val="00700706"/>
    <w:rsid w:val="00700D2F"/>
    <w:rsid w:val="007012BF"/>
    <w:rsid w:val="007017DF"/>
    <w:rsid w:val="007017FC"/>
    <w:rsid w:val="00701884"/>
    <w:rsid w:val="00701CA8"/>
    <w:rsid w:val="00701CCA"/>
    <w:rsid w:val="007025B8"/>
    <w:rsid w:val="007027C7"/>
    <w:rsid w:val="00702D35"/>
    <w:rsid w:val="00702E77"/>
    <w:rsid w:val="00702ED1"/>
    <w:rsid w:val="00702F28"/>
    <w:rsid w:val="007035AF"/>
    <w:rsid w:val="007037A9"/>
    <w:rsid w:val="00703E00"/>
    <w:rsid w:val="0070408E"/>
    <w:rsid w:val="007047F9"/>
    <w:rsid w:val="007052B0"/>
    <w:rsid w:val="007052E0"/>
    <w:rsid w:val="00705368"/>
    <w:rsid w:val="00705373"/>
    <w:rsid w:val="007053D1"/>
    <w:rsid w:val="00705F29"/>
    <w:rsid w:val="00706710"/>
    <w:rsid w:val="00706761"/>
    <w:rsid w:val="00706A6D"/>
    <w:rsid w:val="00706B25"/>
    <w:rsid w:val="00706B77"/>
    <w:rsid w:val="0070708D"/>
    <w:rsid w:val="007075CF"/>
    <w:rsid w:val="007076B1"/>
    <w:rsid w:val="00707742"/>
    <w:rsid w:val="00707AE7"/>
    <w:rsid w:val="00710075"/>
    <w:rsid w:val="007101F7"/>
    <w:rsid w:val="007104CE"/>
    <w:rsid w:val="00710E0E"/>
    <w:rsid w:val="00711458"/>
    <w:rsid w:val="00711FC7"/>
    <w:rsid w:val="0071220D"/>
    <w:rsid w:val="0071227E"/>
    <w:rsid w:val="00712404"/>
    <w:rsid w:val="007124D9"/>
    <w:rsid w:val="00712513"/>
    <w:rsid w:val="0071290B"/>
    <w:rsid w:val="00712BF4"/>
    <w:rsid w:val="00712ED9"/>
    <w:rsid w:val="007131D3"/>
    <w:rsid w:val="007131E6"/>
    <w:rsid w:val="007136F8"/>
    <w:rsid w:val="0071373B"/>
    <w:rsid w:val="00713DD4"/>
    <w:rsid w:val="007141C1"/>
    <w:rsid w:val="007144AA"/>
    <w:rsid w:val="007148F8"/>
    <w:rsid w:val="0071510F"/>
    <w:rsid w:val="007152FF"/>
    <w:rsid w:val="00715A86"/>
    <w:rsid w:val="00715CB5"/>
    <w:rsid w:val="00715DAE"/>
    <w:rsid w:val="007166E8"/>
    <w:rsid w:val="00716D25"/>
    <w:rsid w:val="00717963"/>
    <w:rsid w:val="00717C1B"/>
    <w:rsid w:val="00717E1B"/>
    <w:rsid w:val="00717E25"/>
    <w:rsid w:val="0072003E"/>
    <w:rsid w:val="0072007F"/>
    <w:rsid w:val="0072025E"/>
    <w:rsid w:val="0072146D"/>
    <w:rsid w:val="00721490"/>
    <w:rsid w:val="00721C71"/>
    <w:rsid w:val="00721E8B"/>
    <w:rsid w:val="00721EF0"/>
    <w:rsid w:val="00721EFE"/>
    <w:rsid w:val="00721EFF"/>
    <w:rsid w:val="00721FF4"/>
    <w:rsid w:val="007228BA"/>
    <w:rsid w:val="00722AEE"/>
    <w:rsid w:val="00722CAC"/>
    <w:rsid w:val="00722FF2"/>
    <w:rsid w:val="007232D7"/>
    <w:rsid w:val="00723AEF"/>
    <w:rsid w:val="00723E7D"/>
    <w:rsid w:val="007242B9"/>
    <w:rsid w:val="00724380"/>
    <w:rsid w:val="00724973"/>
    <w:rsid w:val="00724B89"/>
    <w:rsid w:val="00724D90"/>
    <w:rsid w:val="00724DF1"/>
    <w:rsid w:val="00725A20"/>
    <w:rsid w:val="007266A0"/>
    <w:rsid w:val="007267C8"/>
    <w:rsid w:val="007269A4"/>
    <w:rsid w:val="00726BF3"/>
    <w:rsid w:val="007276C6"/>
    <w:rsid w:val="00727966"/>
    <w:rsid w:val="00727C2A"/>
    <w:rsid w:val="00727E9B"/>
    <w:rsid w:val="00727F4E"/>
    <w:rsid w:val="007303F7"/>
    <w:rsid w:val="0073092A"/>
    <w:rsid w:val="00730B49"/>
    <w:rsid w:val="00730B4B"/>
    <w:rsid w:val="00730D25"/>
    <w:rsid w:val="00731279"/>
    <w:rsid w:val="00731496"/>
    <w:rsid w:val="00731701"/>
    <w:rsid w:val="007318CB"/>
    <w:rsid w:val="0073193D"/>
    <w:rsid w:val="00731B4E"/>
    <w:rsid w:val="00731B54"/>
    <w:rsid w:val="00731F00"/>
    <w:rsid w:val="00733220"/>
    <w:rsid w:val="007332D7"/>
    <w:rsid w:val="0073341E"/>
    <w:rsid w:val="00733612"/>
    <w:rsid w:val="007337F1"/>
    <w:rsid w:val="00733B47"/>
    <w:rsid w:val="00733B83"/>
    <w:rsid w:val="00733C7C"/>
    <w:rsid w:val="0073440B"/>
    <w:rsid w:val="00734481"/>
    <w:rsid w:val="0073452F"/>
    <w:rsid w:val="00734596"/>
    <w:rsid w:val="00735060"/>
    <w:rsid w:val="00735312"/>
    <w:rsid w:val="0073533B"/>
    <w:rsid w:val="007356C8"/>
    <w:rsid w:val="007357AA"/>
    <w:rsid w:val="00735DE4"/>
    <w:rsid w:val="00735E58"/>
    <w:rsid w:val="00735FBD"/>
    <w:rsid w:val="007360AF"/>
    <w:rsid w:val="0073610F"/>
    <w:rsid w:val="00736124"/>
    <w:rsid w:val="007367E8"/>
    <w:rsid w:val="0073698B"/>
    <w:rsid w:val="00736B2D"/>
    <w:rsid w:val="00736F89"/>
    <w:rsid w:val="007371F1"/>
    <w:rsid w:val="00737421"/>
    <w:rsid w:val="00737459"/>
    <w:rsid w:val="0073765E"/>
    <w:rsid w:val="007379A1"/>
    <w:rsid w:val="00737CD6"/>
    <w:rsid w:val="007400E2"/>
    <w:rsid w:val="007401E4"/>
    <w:rsid w:val="00740321"/>
    <w:rsid w:val="00740556"/>
    <w:rsid w:val="007409CF"/>
    <w:rsid w:val="007412AE"/>
    <w:rsid w:val="007413CF"/>
    <w:rsid w:val="00741664"/>
    <w:rsid w:val="00741699"/>
    <w:rsid w:val="007416FC"/>
    <w:rsid w:val="0074196C"/>
    <w:rsid w:val="00741AAC"/>
    <w:rsid w:val="00741ECB"/>
    <w:rsid w:val="00742042"/>
    <w:rsid w:val="0074272F"/>
    <w:rsid w:val="00742D69"/>
    <w:rsid w:val="00742EC5"/>
    <w:rsid w:val="007430F7"/>
    <w:rsid w:val="00743329"/>
    <w:rsid w:val="00743EEF"/>
    <w:rsid w:val="007440B3"/>
    <w:rsid w:val="00744893"/>
    <w:rsid w:val="00744B93"/>
    <w:rsid w:val="00745358"/>
    <w:rsid w:val="007455F1"/>
    <w:rsid w:val="00745A1B"/>
    <w:rsid w:val="00745E0F"/>
    <w:rsid w:val="00746DF4"/>
    <w:rsid w:val="00746ED6"/>
    <w:rsid w:val="007472BF"/>
    <w:rsid w:val="007473D0"/>
    <w:rsid w:val="00747CEA"/>
    <w:rsid w:val="0075013D"/>
    <w:rsid w:val="00750562"/>
    <w:rsid w:val="007508C8"/>
    <w:rsid w:val="00750911"/>
    <w:rsid w:val="0075098C"/>
    <w:rsid w:val="00750DD7"/>
    <w:rsid w:val="00750F55"/>
    <w:rsid w:val="007510F9"/>
    <w:rsid w:val="0075166F"/>
    <w:rsid w:val="00751717"/>
    <w:rsid w:val="00751ECA"/>
    <w:rsid w:val="007521D9"/>
    <w:rsid w:val="00752DE8"/>
    <w:rsid w:val="0075329B"/>
    <w:rsid w:val="00753407"/>
    <w:rsid w:val="0075345E"/>
    <w:rsid w:val="00753767"/>
    <w:rsid w:val="007538CE"/>
    <w:rsid w:val="0075398B"/>
    <w:rsid w:val="0075415A"/>
    <w:rsid w:val="007543D7"/>
    <w:rsid w:val="0075471A"/>
    <w:rsid w:val="0075479E"/>
    <w:rsid w:val="00754B6A"/>
    <w:rsid w:val="00754BE1"/>
    <w:rsid w:val="00754D94"/>
    <w:rsid w:val="00754FE7"/>
    <w:rsid w:val="007554AD"/>
    <w:rsid w:val="007555E9"/>
    <w:rsid w:val="00755C6E"/>
    <w:rsid w:val="00755FDC"/>
    <w:rsid w:val="00756153"/>
    <w:rsid w:val="0075654B"/>
    <w:rsid w:val="00756B51"/>
    <w:rsid w:val="00757D68"/>
    <w:rsid w:val="00757E57"/>
    <w:rsid w:val="00760463"/>
    <w:rsid w:val="00760530"/>
    <w:rsid w:val="007609C8"/>
    <w:rsid w:val="007615D0"/>
    <w:rsid w:val="00761638"/>
    <w:rsid w:val="007618F2"/>
    <w:rsid w:val="00762A19"/>
    <w:rsid w:val="00762AD6"/>
    <w:rsid w:val="00762BF0"/>
    <w:rsid w:val="007630F6"/>
    <w:rsid w:val="0076311D"/>
    <w:rsid w:val="00763312"/>
    <w:rsid w:val="0076333C"/>
    <w:rsid w:val="00763502"/>
    <w:rsid w:val="007638CB"/>
    <w:rsid w:val="007643B8"/>
    <w:rsid w:val="00764589"/>
    <w:rsid w:val="00765102"/>
    <w:rsid w:val="0076525E"/>
    <w:rsid w:val="0076537B"/>
    <w:rsid w:val="0076546C"/>
    <w:rsid w:val="00765953"/>
    <w:rsid w:val="00765C6F"/>
    <w:rsid w:val="00766041"/>
    <w:rsid w:val="007666FC"/>
    <w:rsid w:val="007668FF"/>
    <w:rsid w:val="00766F6D"/>
    <w:rsid w:val="00767399"/>
    <w:rsid w:val="0076757C"/>
    <w:rsid w:val="0076785E"/>
    <w:rsid w:val="00767E7C"/>
    <w:rsid w:val="007701AB"/>
    <w:rsid w:val="00770250"/>
    <w:rsid w:val="00770281"/>
    <w:rsid w:val="00770447"/>
    <w:rsid w:val="00770A1E"/>
    <w:rsid w:val="00770ABD"/>
    <w:rsid w:val="0077116B"/>
    <w:rsid w:val="007715E4"/>
    <w:rsid w:val="0077173B"/>
    <w:rsid w:val="00771781"/>
    <w:rsid w:val="0077245C"/>
    <w:rsid w:val="0077295A"/>
    <w:rsid w:val="00772A1D"/>
    <w:rsid w:val="00772C7C"/>
    <w:rsid w:val="00772E27"/>
    <w:rsid w:val="00773263"/>
    <w:rsid w:val="007733B5"/>
    <w:rsid w:val="007736DD"/>
    <w:rsid w:val="007736DF"/>
    <w:rsid w:val="007737FA"/>
    <w:rsid w:val="00773819"/>
    <w:rsid w:val="00773EB2"/>
    <w:rsid w:val="00773FDA"/>
    <w:rsid w:val="007743C9"/>
    <w:rsid w:val="0077467D"/>
    <w:rsid w:val="00774906"/>
    <w:rsid w:val="007749EC"/>
    <w:rsid w:val="00774EDA"/>
    <w:rsid w:val="00774EEE"/>
    <w:rsid w:val="00774FD9"/>
    <w:rsid w:val="00775262"/>
    <w:rsid w:val="007753B1"/>
    <w:rsid w:val="007755AD"/>
    <w:rsid w:val="00775641"/>
    <w:rsid w:val="00775BDE"/>
    <w:rsid w:val="00775DA6"/>
    <w:rsid w:val="00776295"/>
    <w:rsid w:val="00776319"/>
    <w:rsid w:val="0077644E"/>
    <w:rsid w:val="007768A2"/>
    <w:rsid w:val="00776A39"/>
    <w:rsid w:val="00776C96"/>
    <w:rsid w:val="00777114"/>
    <w:rsid w:val="00777474"/>
    <w:rsid w:val="0077749E"/>
    <w:rsid w:val="00777572"/>
    <w:rsid w:val="00777879"/>
    <w:rsid w:val="00780035"/>
    <w:rsid w:val="00780227"/>
    <w:rsid w:val="007802F3"/>
    <w:rsid w:val="00780935"/>
    <w:rsid w:val="00780980"/>
    <w:rsid w:val="00781319"/>
    <w:rsid w:val="0078166F"/>
    <w:rsid w:val="007816D7"/>
    <w:rsid w:val="0078180E"/>
    <w:rsid w:val="00781834"/>
    <w:rsid w:val="0078191C"/>
    <w:rsid w:val="00781928"/>
    <w:rsid w:val="00781F41"/>
    <w:rsid w:val="0078206A"/>
    <w:rsid w:val="0078226D"/>
    <w:rsid w:val="00782C99"/>
    <w:rsid w:val="00782CED"/>
    <w:rsid w:val="007833EC"/>
    <w:rsid w:val="00783482"/>
    <w:rsid w:val="00783C00"/>
    <w:rsid w:val="00783D09"/>
    <w:rsid w:val="00783DE7"/>
    <w:rsid w:val="00783E4A"/>
    <w:rsid w:val="00783F37"/>
    <w:rsid w:val="007841FC"/>
    <w:rsid w:val="00784218"/>
    <w:rsid w:val="007842DA"/>
    <w:rsid w:val="00784C69"/>
    <w:rsid w:val="00784D3A"/>
    <w:rsid w:val="007850E6"/>
    <w:rsid w:val="00785261"/>
    <w:rsid w:val="00785419"/>
    <w:rsid w:val="00785490"/>
    <w:rsid w:val="0078567F"/>
    <w:rsid w:val="00785FD7"/>
    <w:rsid w:val="007860F5"/>
    <w:rsid w:val="00786558"/>
    <w:rsid w:val="00786841"/>
    <w:rsid w:val="00786A03"/>
    <w:rsid w:val="00786B60"/>
    <w:rsid w:val="00787126"/>
    <w:rsid w:val="0078712D"/>
    <w:rsid w:val="007871C9"/>
    <w:rsid w:val="007872AC"/>
    <w:rsid w:val="00787431"/>
    <w:rsid w:val="0078747E"/>
    <w:rsid w:val="007879A4"/>
    <w:rsid w:val="00787B2E"/>
    <w:rsid w:val="00787CEC"/>
    <w:rsid w:val="007903A1"/>
    <w:rsid w:val="00790514"/>
    <w:rsid w:val="00790A5C"/>
    <w:rsid w:val="007910A4"/>
    <w:rsid w:val="007913C6"/>
    <w:rsid w:val="00791A39"/>
    <w:rsid w:val="00791EC8"/>
    <w:rsid w:val="007924BE"/>
    <w:rsid w:val="00792B90"/>
    <w:rsid w:val="00792D98"/>
    <w:rsid w:val="00792EF1"/>
    <w:rsid w:val="00793215"/>
    <w:rsid w:val="0079322D"/>
    <w:rsid w:val="007932B5"/>
    <w:rsid w:val="00793694"/>
    <w:rsid w:val="007938ED"/>
    <w:rsid w:val="00793FBC"/>
    <w:rsid w:val="00794066"/>
    <w:rsid w:val="00794649"/>
    <w:rsid w:val="00794780"/>
    <w:rsid w:val="007948C0"/>
    <w:rsid w:val="00794926"/>
    <w:rsid w:val="00794A39"/>
    <w:rsid w:val="00794CAD"/>
    <w:rsid w:val="00794CB2"/>
    <w:rsid w:val="00794DD1"/>
    <w:rsid w:val="00795694"/>
    <w:rsid w:val="00795A1F"/>
    <w:rsid w:val="00795D86"/>
    <w:rsid w:val="0079619B"/>
    <w:rsid w:val="007964F1"/>
    <w:rsid w:val="00796702"/>
    <w:rsid w:val="00796C1A"/>
    <w:rsid w:val="00796CA1"/>
    <w:rsid w:val="00796E2D"/>
    <w:rsid w:val="00796E56"/>
    <w:rsid w:val="00796EC0"/>
    <w:rsid w:val="0079737C"/>
    <w:rsid w:val="0079796A"/>
    <w:rsid w:val="007979B4"/>
    <w:rsid w:val="007A05CB"/>
    <w:rsid w:val="007A0ADF"/>
    <w:rsid w:val="007A11F8"/>
    <w:rsid w:val="007A18DE"/>
    <w:rsid w:val="007A1C3C"/>
    <w:rsid w:val="007A216C"/>
    <w:rsid w:val="007A28F6"/>
    <w:rsid w:val="007A2F78"/>
    <w:rsid w:val="007A3182"/>
    <w:rsid w:val="007A33D9"/>
    <w:rsid w:val="007A384E"/>
    <w:rsid w:val="007A3B80"/>
    <w:rsid w:val="007A3CAB"/>
    <w:rsid w:val="007A4138"/>
    <w:rsid w:val="007A44F8"/>
    <w:rsid w:val="007A49C9"/>
    <w:rsid w:val="007A4ABB"/>
    <w:rsid w:val="007A4BE3"/>
    <w:rsid w:val="007A4CC7"/>
    <w:rsid w:val="007A4F8E"/>
    <w:rsid w:val="007A52B8"/>
    <w:rsid w:val="007A5E8C"/>
    <w:rsid w:val="007A6260"/>
    <w:rsid w:val="007A62FA"/>
    <w:rsid w:val="007A6582"/>
    <w:rsid w:val="007A68AB"/>
    <w:rsid w:val="007A6B47"/>
    <w:rsid w:val="007A72F4"/>
    <w:rsid w:val="007A7753"/>
    <w:rsid w:val="007B0168"/>
    <w:rsid w:val="007B02E3"/>
    <w:rsid w:val="007B0DFD"/>
    <w:rsid w:val="007B0EB7"/>
    <w:rsid w:val="007B14EA"/>
    <w:rsid w:val="007B15CB"/>
    <w:rsid w:val="007B16F2"/>
    <w:rsid w:val="007B1F9F"/>
    <w:rsid w:val="007B2046"/>
    <w:rsid w:val="007B25E7"/>
    <w:rsid w:val="007B2821"/>
    <w:rsid w:val="007B3129"/>
    <w:rsid w:val="007B348F"/>
    <w:rsid w:val="007B374F"/>
    <w:rsid w:val="007B3C8C"/>
    <w:rsid w:val="007B3D4C"/>
    <w:rsid w:val="007B3F4F"/>
    <w:rsid w:val="007B411C"/>
    <w:rsid w:val="007B48EC"/>
    <w:rsid w:val="007B4A82"/>
    <w:rsid w:val="007B4C7E"/>
    <w:rsid w:val="007B4D61"/>
    <w:rsid w:val="007B50AF"/>
    <w:rsid w:val="007B5376"/>
    <w:rsid w:val="007B57BD"/>
    <w:rsid w:val="007B5931"/>
    <w:rsid w:val="007B59B4"/>
    <w:rsid w:val="007B6E27"/>
    <w:rsid w:val="007B6ED4"/>
    <w:rsid w:val="007B71F7"/>
    <w:rsid w:val="007B7366"/>
    <w:rsid w:val="007B7438"/>
    <w:rsid w:val="007B7590"/>
    <w:rsid w:val="007C02BC"/>
    <w:rsid w:val="007C092C"/>
    <w:rsid w:val="007C16B8"/>
    <w:rsid w:val="007C193F"/>
    <w:rsid w:val="007C2BBF"/>
    <w:rsid w:val="007C3238"/>
    <w:rsid w:val="007C346B"/>
    <w:rsid w:val="007C359A"/>
    <w:rsid w:val="007C38CD"/>
    <w:rsid w:val="007C39D6"/>
    <w:rsid w:val="007C3D73"/>
    <w:rsid w:val="007C3F42"/>
    <w:rsid w:val="007C42F7"/>
    <w:rsid w:val="007C432C"/>
    <w:rsid w:val="007C4CD7"/>
    <w:rsid w:val="007C4D14"/>
    <w:rsid w:val="007C50DB"/>
    <w:rsid w:val="007C5461"/>
    <w:rsid w:val="007C5F15"/>
    <w:rsid w:val="007C60EF"/>
    <w:rsid w:val="007C650D"/>
    <w:rsid w:val="007C68E3"/>
    <w:rsid w:val="007C6E40"/>
    <w:rsid w:val="007C6F29"/>
    <w:rsid w:val="007C6F75"/>
    <w:rsid w:val="007C73A4"/>
    <w:rsid w:val="007C77B6"/>
    <w:rsid w:val="007C7853"/>
    <w:rsid w:val="007C7902"/>
    <w:rsid w:val="007C79B1"/>
    <w:rsid w:val="007C79B4"/>
    <w:rsid w:val="007C7F3E"/>
    <w:rsid w:val="007C7F60"/>
    <w:rsid w:val="007D03CE"/>
    <w:rsid w:val="007D0808"/>
    <w:rsid w:val="007D0911"/>
    <w:rsid w:val="007D0BAF"/>
    <w:rsid w:val="007D0F6E"/>
    <w:rsid w:val="007D1386"/>
    <w:rsid w:val="007D1412"/>
    <w:rsid w:val="007D142A"/>
    <w:rsid w:val="007D171F"/>
    <w:rsid w:val="007D1843"/>
    <w:rsid w:val="007D1897"/>
    <w:rsid w:val="007D1B20"/>
    <w:rsid w:val="007D1B6B"/>
    <w:rsid w:val="007D1DCD"/>
    <w:rsid w:val="007D1E75"/>
    <w:rsid w:val="007D202C"/>
    <w:rsid w:val="007D2148"/>
    <w:rsid w:val="007D21BC"/>
    <w:rsid w:val="007D237B"/>
    <w:rsid w:val="007D25A7"/>
    <w:rsid w:val="007D2930"/>
    <w:rsid w:val="007D2A6D"/>
    <w:rsid w:val="007D2DEF"/>
    <w:rsid w:val="007D3487"/>
    <w:rsid w:val="007D421F"/>
    <w:rsid w:val="007D43FB"/>
    <w:rsid w:val="007D4826"/>
    <w:rsid w:val="007D493F"/>
    <w:rsid w:val="007D4F61"/>
    <w:rsid w:val="007D529C"/>
    <w:rsid w:val="007D5523"/>
    <w:rsid w:val="007D5638"/>
    <w:rsid w:val="007D5C60"/>
    <w:rsid w:val="007D5F59"/>
    <w:rsid w:val="007D5F67"/>
    <w:rsid w:val="007D6145"/>
    <w:rsid w:val="007D65D9"/>
    <w:rsid w:val="007D663A"/>
    <w:rsid w:val="007D692B"/>
    <w:rsid w:val="007D6957"/>
    <w:rsid w:val="007D6CCD"/>
    <w:rsid w:val="007D6DF6"/>
    <w:rsid w:val="007D6F7F"/>
    <w:rsid w:val="007D7018"/>
    <w:rsid w:val="007D71D6"/>
    <w:rsid w:val="007D77F7"/>
    <w:rsid w:val="007E048A"/>
    <w:rsid w:val="007E0534"/>
    <w:rsid w:val="007E084E"/>
    <w:rsid w:val="007E0A05"/>
    <w:rsid w:val="007E0EBD"/>
    <w:rsid w:val="007E0F30"/>
    <w:rsid w:val="007E0FD9"/>
    <w:rsid w:val="007E1128"/>
    <w:rsid w:val="007E138A"/>
    <w:rsid w:val="007E1495"/>
    <w:rsid w:val="007E1B8E"/>
    <w:rsid w:val="007E261C"/>
    <w:rsid w:val="007E2C88"/>
    <w:rsid w:val="007E2D8E"/>
    <w:rsid w:val="007E36E8"/>
    <w:rsid w:val="007E3E68"/>
    <w:rsid w:val="007E3F2C"/>
    <w:rsid w:val="007E3F96"/>
    <w:rsid w:val="007E4AFF"/>
    <w:rsid w:val="007E4B65"/>
    <w:rsid w:val="007E4BCC"/>
    <w:rsid w:val="007E4CA7"/>
    <w:rsid w:val="007E563D"/>
    <w:rsid w:val="007E56CF"/>
    <w:rsid w:val="007E57A1"/>
    <w:rsid w:val="007E5A96"/>
    <w:rsid w:val="007E64E1"/>
    <w:rsid w:val="007E6510"/>
    <w:rsid w:val="007E6934"/>
    <w:rsid w:val="007E6B99"/>
    <w:rsid w:val="007E71CB"/>
    <w:rsid w:val="007E72C9"/>
    <w:rsid w:val="007E763A"/>
    <w:rsid w:val="007E76DB"/>
    <w:rsid w:val="007E7923"/>
    <w:rsid w:val="007E7966"/>
    <w:rsid w:val="007E7B16"/>
    <w:rsid w:val="007E7D1F"/>
    <w:rsid w:val="007F0834"/>
    <w:rsid w:val="007F0A63"/>
    <w:rsid w:val="007F0E00"/>
    <w:rsid w:val="007F0F4F"/>
    <w:rsid w:val="007F1064"/>
    <w:rsid w:val="007F129A"/>
    <w:rsid w:val="007F12DE"/>
    <w:rsid w:val="007F141A"/>
    <w:rsid w:val="007F14DA"/>
    <w:rsid w:val="007F1628"/>
    <w:rsid w:val="007F1B87"/>
    <w:rsid w:val="007F1D89"/>
    <w:rsid w:val="007F1D95"/>
    <w:rsid w:val="007F289B"/>
    <w:rsid w:val="007F2C27"/>
    <w:rsid w:val="007F2C69"/>
    <w:rsid w:val="007F3740"/>
    <w:rsid w:val="007F397E"/>
    <w:rsid w:val="007F3AFB"/>
    <w:rsid w:val="007F3E4C"/>
    <w:rsid w:val="007F3E5C"/>
    <w:rsid w:val="007F3F45"/>
    <w:rsid w:val="007F404F"/>
    <w:rsid w:val="007F4714"/>
    <w:rsid w:val="007F5285"/>
    <w:rsid w:val="007F5512"/>
    <w:rsid w:val="007F552E"/>
    <w:rsid w:val="007F5B4B"/>
    <w:rsid w:val="007F5E3B"/>
    <w:rsid w:val="007F6492"/>
    <w:rsid w:val="007F6773"/>
    <w:rsid w:val="007F6FE2"/>
    <w:rsid w:val="007F7167"/>
    <w:rsid w:val="007F75E1"/>
    <w:rsid w:val="007F7E6C"/>
    <w:rsid w:val="007F7F8B"/>
    <w:rsid w:val="00800697"/>
    <w:rsid w:val="00801068"/>
    <w:rsid w:val="0080124B"/>
    <w:rsid w:val="00801364"/>
    <w:rsid w:val="00801694"/>
    <w:rsid w:val="008019C3"/>
    <w:rsid w:val="00801BB8"/>
    <w:rsid w:val="00801BF9"/>
    <w:rsid w:val="00801CF2"/>
    <w:rsid w:val="00801EA4"/>
    <w:rsid w:val="0080224A"/>
    <w:rsid w:val="00802311"/>
    <w:rsid w:val="008023B3"/>
    <w:rsid w:val="008023F0"/>
    <w:rsid w:val="0080268C"/>
    <w:rsid w:val="00802E80"/>
    <w:rsid w:val="00802F7D"/>
    <w:rsid w:val="0080305A"/>
    <w:rsid w:val="0080330B"/>
    <w:rsid w:val="00803387"/>
    <w:rsid w:val="0080378C"/>
    <w:rsid w:val="00803AE7"/>
    <w:rsid w:val="00803B7B"/>
    <w:rsid w:val="00803DB2"/>
    <w:rsid w:val="00804440"/>
    <w:rsid w:val="008045C4"/>
    <w:rsid w:val="008046E3"/>
    <w:rsid w:val="00804729"/>
    <w:rsid w:val="00804872"/>
    <w:rsid w:val="0080487B"/>
    <w:rsid w:val="00804E3C"/>
    <w:rsid w:val="00805059"/>
    <w:rsid w:val="0080539C"/>
    <w:rsid w:val="00805783"/>
    <w:rsid w:val="0080629B"/>
    <w:rsid w:val="008064E6"/>
    <w:rsid w:val="00807380"/>
    <w:rsid w:val="008074AA"/>
    <w:rsid w:val="0081028C"/>
    <w:rsid w:val="0081043D"/>
    <w:rsid w:val="008104D8"/>
    <w:rsid w:val="00810A09"/>
    <w:rsid w:val="00810BA4"/>
    <w:rsid w:val="00810DA0"/>
    <w:rsid w:val="00811377"/>
    <w:rsid w:val="00811ACD"/>
    <w:rsid w:val="00811E61"/>
    <w:rsid w:val="0081214D"/>
    <w:rsid w:val="0081300B"/>
    <w:rsid w:val="00813141"/>
    <w:rsid w:val="00813487"/>
    <w:rsid w:val="00814094"/>
    <w:rsid w:val="00815458"/>
    <w:rsid w:val="00815499"/>
    <w:rsid w:val="0081594A"/>
    <w:rsid w:val="00815ECD"/>
    <w:rsid w:val="00816561"/>
    <w:rsid w:val="00816BF5"/>
    <w:rsid w:val="00816C62"/>
    <w:rsid w:val="00816D03"/>
    <w:rsid w:val="008172E8"/>
    <w:rsid w:val="00817454"/>
    <w:rsid w:val="00817A68"/>
    <w:rsid w:val="00817AAF"/>
    <w:rsid w:val="00817EE2"/>
    <w:rsid w:val="0082031D"/>
    <w:rsid w:val="008203FF"/>
    <w:rsid w:val="00820743"/>
    <w:rsid w:val="008207AB"/>
    <w:rsid w:val="00821343"/>
    <w:rsid w:val="00821728"/>
    <w:rsid w:val="008218F9"/>
    <w:rsid w:val="00822101"/>
    <w:rsid w:val="0082227E"/>
    <w:rsid w:val="00823400"/>
    <w:rsid w:val="00823550"/>
    <w:rsid w:val="0082362E"/>
    <w:rsid w:val="00823AF7"/>
    <w:rsid w:val="00823EA4"/>
    <w:rsid w:val="008252FB"/>
    <w:rsid w:val="00825568"/>
    <w:rsid w:val="00825822"/>
    <w:rsid w:val="008258B4"/>
    <w:rsid w:val="00825DF4"/>
    <w:rsid w:val="00825E4B"/>
    <w:rsid w:val="0082625E"/>
    <w:rsid w:val="008267AC"/>
    <w:rsid w:val="008268E4"/>
    <w:rsid w:val="00826B80"/>
    <w:rsid w:val="00826E90"/>
    <w:rsid w:val="00826FC8"/>
    <w:rsid w:val="008272EF"/>
    <w:rsid w:val="0082730C"/>
    <w:rsid w:val="0082755B"/>
    <w:rsid w:val="008275D5"/>
    <w:rsid w:val="00827791"/>
    <w:rsid w:val="008277BA"/>
    <w:rsid w:val="008277F5"/>
    <w:rsid w:val="00830171"/>
    <w:rsid w:val="008304D6"/>
    <w:rsid w:val="008306BE"/>
    <w:rsid w:val="00830894"/>
    <w:rsid w:val="00830C5B"/>
    <w:rsid w:val="00830C7A"/>
    <w:rsid w:val="00830D26"/>
    <w:rsid w:val="00830FC1"/>
    <w:rsid w:val="0083129B"/>
    <w:rsid w:val="00831411"/>
    <w:rsid w:val="0083147B"/>
    <w:rsid w:val="0083229C"/>
    <w:rsid w:val="00832729"/>
    <w:rsid w:val="00832BD0"/>
    <w:rsid w:val="008333EA"/>
    <w:rsid w:val="008335DD"/>
    <w:rsid w:val="00833AE6"/>
    <w:rsid w:val="00833B0C"/>
    <w:rsid w:val="00833CD0"/>
    <w:rsid w:val="00833EED"/>
    <w:rsid w:val="0083411F"/>
    <w:rsid w:val="008343DC"/>
    <w:rsid w:val="00834418"/>
    <w:rsid w:val="00834509"/>
    <w:rsid w:val="008345B1"/>
    <w:rsid w:val="008351CF"/>
    <w:rsid w:val="0083532A"/>
    <w:rsid w:val="00835CA6"/>
    <w:rsid w:val="00835FCC"/>
    <w:rsid w:val="00836192"/>
    <w:rsid w:val="00836334"/>
    <w:rsid w:val="008364B7"/>
    <w:rsid w:val="00836518"/>
    <w:rsid w:val="00836916"/>
    <w:rsid w:val="00836A37"/>
    <w:rsid w:val="00836AEA"/>
    <w:rsid w:val="00836C84"/>
    <w:rsid w:val="00836D17"/>
    <w:rsid w:val="00840222"/>
    <w:rsid w:val="0084051E"/>
    <w:rsid w:val="0084076E"/>
    <w:rsid w:val="00840BCB"/>
    <w:rsid w:val="0084166E"/>
    <w:rsid w:val="0084179D"/>
    <w:rsid w:val="008418D4"/>
    <w:rsid w:val="00841B82"/>
    <w:rsid w:val="00841C6B"/>
    <w:rsid w:val="00842540"/>
    <w:rsid w:val="00842D63"/>
    <w:rsid w:val="00842E20"/>
    <w:rsid w:val="0084318F"/>
    <w:rsid w:val="008434B5"/>
    <w:rsid w:val="00843C8A"/>
    <w:rsid w:val="00844455"/>
    <w:rsid w:val="0084452D"/>
    <w:rsid w:val="008448A2"/>
    <w:rsid w:val="00845AE3"/>
    <w:rsid w:val="00845AF6"/>
    <w:rsid w:val="00845B9E"/>
    <w:rsid w:val="00846F8F"/>
    <w:rsid w:val="008472F2"/>
    <w:rsid w:val="008473A6"/>
    <w:rsid w:val="00847433"/>
    <w:rsid w:val="00847702"/>
    <w:rsid w:val="008477DA"/>
    <w:rsid w:val="00847A99"/>
    <w:rsid w:val="00847B54"/>
    <w:rsid w:val="00847B64"/>
    <w:rsid w:val="00847C9A"/>
    <w:rsid w:val="008500D7"/>
    <w:rsid w:val="008500E7"/>
    <w:rsid w:val="0085039D"/>
    <w:rsid w:val="00850FF8"/>
    <w:rsid w:val="0085105A"/>
    <w:rsid w:val="0085106A"/>
    <w:rsid w:val="00851137"/>
    <w:rsid w:val="008516C0"/>
    <w:rsid w:val="00851A41"/>
    <w:rsid w:val="00852408"/>
    <w:rsid w:val="00852729"/>
    <w:rsid w:val="00852826"/>
    <w:rsid w:val="008529CA"/>
    <w:rsid w:val="00852D2F"/>
    <w:rsid w:val="008535EB"/>
    <w:rsid w:val="00853710"/>
    <w:rsid w:val="008538A2"/>
    <w:rsid w:val="008538AD"/>
    <w:rsid w:val="008538C1"/>
    <w:rsid w:val="008539AE"/>
    <w:rsid w:val="00853C01"/>
    <w:rsid w:val="00853F25"/>
    <w:rsid w:val="008548B9"/>
    <w:rsid w:val="008548BC"/>
    <w:rsid w:val="008550C8"/>
    <w:rsid w:val="00855329"/>
    <w:rsid w:val="00855856"/>
    <w:rsid w:val="0085661A"/>
    <w:rsid w:val="00856707"/>
    <w:rsid w:val="008568BA"/>
    <w:rsid w:val="00856EAE"/>
    <w:rsid w:val="00857213"/>
    <w:rsid w:val="0085760C"/>
    <w:rsid w:val="00857E56"/>
    <w:rsid w:val="00857FFD"/>
    <w:rsid w:val="00860018"/>
    <w:rsid w:val="00860A57"/>
    <w:rsid w:val="00860C11"/>
    <w:rsid w:val="008610DA"/>
    <w:rsid w:val="0086180A"/>
    <w:rsid w:val="00861BF5"/>
    <w:rsid w:val="00861F28"/>
    <w:rsid w:val="008620B4"/>
    <w:rsid w:val="00862859"/>
    <w:rsid w:val="00862B21"/>
    <w:rsid w:val="00862CD8"/>
    <w:rsid w:val="00862E95"/>
    <w:rsid w:val="00862F86"/>
    <w:rsid w:val="0086304D"/>
    <w:rsid w:val="008632E0"/>
    <w:rsid w:val="008633D5"/>
    <w:rsid w:val="008636F3"/>
    <w:rsid w:val="00863E5D"/>
    <w:rsid w:val="008641C7"/>
    <w:rsid w:val="0086451A"/>
    <w:rsid w:val="00865018"/>
    <w:rsid w:val="00865166"/>
    <w:rsid w:val="008659B1"/>
    <w:rsid w:val="00865B2D"/>
    <w:rsid w:val="00865CAE"/>
    <w:rsid w:val="0086628F"/>
    <w:rsid w:val="008664E8"/>
    <w:rsid w:val="0086699B"/>
    <w:rsid w:val="00866C87"/>
    <w:rsid w:val="00866F82"/>
    <w:rsid w:val="008673BA"/>
    <w:rsid w:val="00867A96"/>
    <w:rsid w:val="00867E34"/>
    <w:rsid w:val="008704C2"/>
    <w:rsid w:val="0087076C"/>
    <w:rsid w:val="008709DE"/>
    <w:rsid w:val="00870B9A"/>
    <w:rsid w:val="00870C25"/>
    <w:rsid w:val="00870D89"/>
    <w:rsid w:val="00870F0E"/>
    <w:rsid w:val="00871622"/>
    <w:rsid w:val="00871816"/>
    <w:rsid w:val="0087185B"/>
    <w:rsid w:val="00871BEF"/>
    <w:rsid w:val="00871C59"/>
    <w:rsid w:val="00872134"/>
    <w:rsid w:val="00872F45"/>
    <w:rsid w:val="00873B3A"/>
    <w:rsid w:val="00874074"/>
    <w:rsid w:val="008742B7"/>
    <w:rsid w:val="008742BF"/>
    <w:rsid w:val="0087488D"/>
    <w:rsid w:val="00874EDF"/>
    <w:rsid w:val="00875339"/>
    <w:rsid w:val="008756A2"/>
    <w:rsid w:val="00876105"/>
    <w:rsid w:val="008763E1"/>
    <w:rsid w:val="0087641D"/>
    <w:rsid w:val="008765A2"/>
    <w:rsid w:val="0087668B"/>
    <w:rsid w:val="00876AE9"/>
    <w:rsid w:val="00876E22"/>
    <w:rsid w:val="00876F43"/>
    <w:rsid w:val="008776AB"/>
    <w:rsid w:val="00877C02"/>
    <w:rsid w:val="00880C6D"/>
    <w:rsid w:val="00880FC5"/>
    <w:rsid w:val="0088104D"/>
    <w:rsid w:val="00881205"/>
    <w:rsid w:val="008813FF"/>
    <w:rsid w:val="008819DD"/>
    <w:rsid w:val="00881B5E"/>
    <w:rsid w:val="00882837"/>
    <w:rsid w:val="00883288"/>
    <w:rsid w:val="00883365"/>
    <w:rsid w:val="008834B0"/>
    <w:rsid w:val="0088360F"/>
    <w:rsid w:val="00883738"/>
    <w:rsid w:val="00883A27"/>
    <w:rsid w:val="00883AA2"/>
    <w:rsid w:val="00883C02"/>
    <w:rsid w:val="00883C64"/>
    <w:rsid w:val="008844EF"/>
    <w:rsid w:val="0088450E"/>
    <w:rsid w:val="0088470B"/>
    <w:rsid w:val="00884B94"/>
    <w:rsid w:val="008853BF"/>
    <w:rsid w:val="0088582A"/>
    <w:rsid w:val="008858C5"/>
    <w:rsid w:val="008859E3"/>
    <w:rsid w:val="00885B72"/>
    <w:rsid w:val="00886125"/>
    <w:rsid w:val="00886508"/>
    <w:rsid w:val="00886622"/>
    <w:rsid w:val="0088677F"/>
    <w:rsid w:val="00886D5B"/>
    <w:rsid w:val="00886EE9"/>
    <w:rsid w:val="008870B3"/>
    <w:rsid w:val="00887A11"/>
    <w:rsid w:val="00887BEE"/>
    <w:rsid w:val="00887C48"/>
    <w:rsid w:val="008904A1"/>
    <w:rsid w:val="00890766"/>
    <w:rsid w:val="008907CC"/>
    <w:rsid w:val="0089083C"/>
    <w:rsid w:val="00890A88"/>
    <w:rsid w:val="008911D7"/>
    <w:rsid w:val="008913AD"/>
    <w:rsid w:val="00892528"/>
    <w:rsid w:val="0089280B"/>
    <w:rsid w:val="0089289D"/>
    <w:rsid w:val="00892D2C"/>
    <w:rsid w:val="00892F6D"/>
    <w:rsid w:val="00892FBA"/>
    <w:rsid w:val="00892FCB"/>
    <w:rsid w:val="00893531"/>
    <w:rsid w:val="00893669"/>
    <w:rsid w:val="00893A81"/>
    <w:rsid w:val="00893E8B"/>
    <w:rsid w:val="008940F4"/>
    <w:rsid w:val="008947CE"/>
    <w:rsid w:val="008949A2"/>
    <w:rsid w:val="00894AFD"/>
    <w:rsid w:val="00894F19"/>
    <w:rsid w:val="0089514E"/>
    <w:rsid w:val="0089550E"/>
    <w:rsid w:val="008956F6"/>
    <w:rsid w:val="00895933"/>
    <w:rsid w:val="00896056"/>
    <w:rsid w:val="008960B5"/>
    <w:rsid w:val="008960EB"/>
    <w:rsid w:val="008962B3"/>
    <w:rsid w:val="00896425"/>
    <w:rsid w:val="00896EE3"/>
    <w:rsid w:val="00896EF1"/>
    <w:rsid w:val="00896F40"/>
    <w:rsid w:val="00896FD7"/>
    <w:rsid w:val="008973FA"/>
    <w:rsid w:val="008974D7"/>
    <w:rsid w:val="00897939"/>
    <w:rsid w:val="00897B9E"/>
    <w:rsid w:val="008A0037"/>
    <w:rsid w:val="008A024E"/>
    <w:rsid w:val="008A08D2"/>
    <w:rsid w:val="008A0E4E"/>
    <w:rsid w:val="008A0FA0"/>
    <w:rsid w:val="008A1530"/>
    <w:rsid w:val="008A1839"/>
    <w:rsid w:val="008A1843"/>
    <w:rsid w:val="008A1D8A"/>
    <w:rsid w:val="008A272B"/>
    <w:rsid w:val="008A2E88"/>
    <w:rsid w:val="008A3007"/>
    <w:rsid w:val="008A3C83"/>
    <w:rsid w:val="008A5534"/>
    <w:rsid w:val="008A5BC4"/>
    <w:rsid w:val="008A5C86"/>
    <w:rsid w:val="008A5FE4"/>
    <w:rsid w:val="008A632A"/>
    <w:rsid w:val="008A6393"/>
    <w:rsid w:val="008A645D"/>
    <w:rsid w:val="008A6460"/>
    <w:rsid w:val="008A6B80"/>
    <w:rsid w:val="008A6D70"/>
    <w:rsid w:val="008A70BF"/>
    <w:rsid w:val="008A70FC"/>
    <w:rsid w:val="008A72A1"/>
    <w:rsid w:val="008A7659"/>
    <w:rsid w:val="008A7F0E"/>
    <w:rsid w:val="008B0236"/>
    <w:rsid w:val="008B0424"/>
    <w:rsid w:val="008B0814"/>
    <w:rsid w:val="008B0A68"/>
    <w:rsid w:val="008B0ABB"/>
    <w:rsid w:val="008B0DC1"/>
    <w:rsid w:val="008B0E68"/>
    <w:rsid w:val="008B1326"/>
    <w:rsid w:val="008B13C1"/>
    <w:rsid w:val="008B157A"/>
    <w:rsid w:val="008B1BB8"/>
    <w:rsid w:val="008B1BFB"/>
    <w:rsid w:val="008B1DA8"/>
    <w:rsid w:val="008B1FCE"/>
    <w:rsid w:val="008B2150"/>
    <w:rsid w:val="008B2626"/>
    <w:rsid w:val="008B2876"/>
    <w:rsid w:val="008B29C3"/>
    <w:rsid w:val="008B2D83"/>
    <w:rsid w:val="008B2FB4"/>
    <w:rsid w:val="008B2FEB"/>
    <w:rsid w:val="008B351D"/>
    <w:rsid w:val="008B38A3"/>
    <w:rsid w:val="008B3936"/>
    <w:rsid w:val="008B395D"/>
    <w:rsid w:val="008B3A5B"/>
    <w:rsid w:val="008B3E57"/>
    <w:rsid w:val="008B3F65"/>
    <w:rsid w:val="008B4ADD"/>
    <w:rsid w:val="008B4FED"/>
    <w:rsid w:val="008B5032"/>
    <w:rsid w:val="008B53D5"/>
    <w:rsid w:val="008B5974"/>
    <w:rsid w:val="008B60D1"/>
    <w:rsid w:val="008B6436"/>
    <w:rsid w:val="008B646A"/>
    <w:rsid w:val="008B6481"/>
    <w:rsid w:val="008B6C27"/>
    <w:rsid w:val="008B6D25"/>
    <w:rsid w:val="008B77D3"/>
    <w:rsid w:val="008B7B45"/>
    <w:rsid w:val="008B7E37"/>
    <w:rsid w:val="008C046E"/>
    <w:rsid w:val="008C0902"/>
    <w:rsid w:val="008C0A65"/>
    <w:rsid w:val="008C0B7A"/>
    <w:rsid w:val="008C0C83"/>
    <w:rsid w:val="008C0E2F"/>
    <w:rsid w:val="008C12AF"/>
    <w:rsid w:val="008C160C"/>
    <w:rsid w:val="008C24D4"/>
    <w:rsid w:val="008C2723"/>
    <w:rsid w:val="008C28FB"/>
    <w:rsid w:val="008C29A7"/>
    <w:rsid w:val="008C2A51"/>
    <w:rsid w:val="008C2EBE"/>
    <w:rsid w:val="008C2F7F"/>
    <w:rsid w:val="008C3AEA"/>
    <w:rsid w:val="008C41AA"/>
    <w:rsid w:val="008C423E"/>
    <w:rsid w:val="008C455B"/>
    <w:rsid w:val="008C4721"/>
    <w:rsid w:val="008C4C1F"/>
    <w:rsid w:val="008C52C5"/>
    <w:rsid w:val="008C5458"/>
    <w:rsid w:val="008C560B"/>
    <w:rsid w:val="008C5610"/>
    <w:rsid w:val="008C590B"/>
    <w:rsid w:val="008C5933"/>
    <w:rsid w:val="008C59AA"/>
    <w:rsid w:val="008C616E"/>
    <w:rsid w:val="008C68A3"/>
    <w:rsid w:val="008C6954"/>
    <w:rsid w:val="008C6D6F"/>
    <w:rsid w:val="008C7288"/>
    <w:rsid w:val="008C7B0E"/>
    <w:rsid w:val="008C7C72"/>
    <w:rsid w:val="008D0918"/>
    <w:rsid w:val="008D0B9B"/>
    <w:rsid w:val="008D0D02"/>
    <w:rsid w:val="008D0F88"/>
    <w:rsid w:val="008D0FB4"/>
    <w:rsid w:val="008D1152"/>
    <w:rsid w:val="008D1270"/>
    <w:rsid w:val="008D149C"/>
    <w:rsid w:val="008D1BC2"/>
    <w:rsid w:val="008D2705"/>
    <w:rsid w:val="008D2760"/>
    <w:rsid w:val="008D2968"/>
    <w:rsid w:val="008D2D36"/>
    <w:rsid w:val="008D2DAE"/>
    <w:rsid w:val="008D35C0"/>
    <w:rsid w:val="008D3622"/>
    <w:rsid w:val="008D3EB5"/>
    <w:rsid w:val="008D49A9"/>
    <w:rsid w:val="008D4C1F"/>
    <w:rsid w:val="008D4E8C"/>
    <w:rsid w:val="008D50DE"/>
    <w:rsid w:val="008D5180"/>
    <w:rsid w:val="008D5395"/>
    <w:rsid w:val="008D539A"/>
    <w:rsid w:val="008D5562"/>
    <w:rsid w:val="008D59D0"/>
    <w:rsid w:val="008D5A94"/>
    <w:rsid w:val="008D5AD9"/>
    <w:rsid w:val="008D5C54"/>
    <w:rsid w:val="008D5D0F"/>
    <w:rsid w:val="008D6208"/>
    <w:rsid w:val="008D6544"/>
    <w:rsid w:val="008D6669"/>
    <w:rsid w:val="008D6974"/>
    <w:rsid w:val="008D6AE9"/>
    <w:rsid w:val="008D6C9F"/>
    <w:rsid w:val="008D6D23"/>
    <w:rsid w:val="008D7596"/>
    <w:rsid w:val="008D76BA"/>
    <w:rsid w:val="008D79BD"/>
    <w:rsid w:val="008D7A41"/>
    <w:rsid w:val="008D7FDE"/>
    <w:rsid w:val="008E020F"/>
    <w:rsid w:val="008E083D"/>
    <w:rsid w:val="008E0AAE"/>
    <w:rsid w:val="008E0C5D"/>
    <w:rsid w:val="008E0C61"/>
    <w:rsid w:val="008E0CA7"/>
    <w:rsid w:val="008E0E0D"/>
    <w:rsid w:val="008E1639"/>
    <w:rsid w:val="008E1816"/>
    <w:rsid w:val="008E1937"/>
    <w:rsid w:val="008E1AE1"/>
    <w:rsid w:val="008E1DB5"/>
    <w:rsid w:val="008E258E"/>
    <w:rsid w:val="008E26CF"/>
    <w:rsid w:val="008E2940"/>
    <w:rsid w:val="008E348A"/>
    <w:rsid w:val="008E37F0"/>
    <w:rsid w:val="008E3877"/>
    <w:rsid w:val="008E3C9B"/>
    <w:rsid w:val="008E4058"/>
    <w:rsid w:val="008E425A"/>
    <w:rsid w:val="008E43AD"/>
    <w:rsid w:val="008E49B6"/>
    <w:rsid w:val="008E49B9"/>
    <w:rsid w:val="008E4A9D"/>
    <w:rsid w:val="008E4B56"/>
    <w:rsid w:val="008E4C73"/>
    <w:rsid w:val="008E54DE"/>
    <w:rsid w:val="008E5A25"/>
    <w:rsid w:val="008E5E3F"/>
    <w:rsid w:val="008E5FD0"/>
    <w:rsid w:val="008E6152"/>
    <w:rsid w:val="008E61EA"/>
    <w:rsid w:val="008E622A"/>
    <w:rsid w:val="008E6854"/>
    <w:rsid w:val="008E6FA2"/>
    <w:rsid w:val="008E7022"/>
    <w:rsid w:val="008E7146"/>
    <w:rsid w:val="008E7777"/>
    <w:rsid w:val="008E7A96"/>
    <w:rsid w:val="008E7F26"/>
    <w:rsid w:val="008F005C"/>
    <w:rsid w:val="008F0200"/>
    <w:rsid w:val="008F04CB"/>
    <w:rsid w:val="008F05C3"/>
    <w:rsid w:val="008F082F"/>
    <w:rsid w:val="008F0B22"/>
    <w:rsid w:val="008F0C86"/>
    <w:rsid w:val="008F0F87"/>
    <w:rsid w:val="008F115A"/>
    <w:rsid w:val="008F18D5"/>
    <w:rsid w:val="008F1BC6"/>
    <w:rsid w:val="008F1CE5"/>
    <w:rsid w:val="008F1D15"/>
    <w:rsid w:val="008F2338"/>
    <w:rsid w:val="008F25B2"/>
    <w:rsid w:val="008F2F2C"/>
    <w:rsid w:val="008F3262"/>
    <w:rsid w:val="008F37DF"/>
    <w:rsid w:val="008F3B5F"/>
    <w:rsid w:val="008F3DE9"/>
    <w:rsid w:val="008F3F98"/>
    <w:rsid w:val="008F495E"/>
    <w:rsid w:val="008F4B99"/>
    <w:rsid w:val="008F5194"/>
    <w:rsid w:val="008F52D7"/>
    <w:rsid w:val="008F5AFB"/>
    <w:rsid w:val="008F5B66"/>
    <w:rsid w:val="008F614F"/>
    <w:rsid w:val="008F63EF"/>
    <w:rsid w:val="008F6489"/>
    <w:rsid w:val="008F6833"/>
    <w:rsid w:val="008F6D60"/>
    <w:rsid w:val="008F6F4D"/>
    <w:rsid w:val="008F7492"/>
    <w:rsid w:val="008F7525"/>
    <w:rsid w:val="00900330"/>
    <w:rsid w:val="00900892"/>
    <w:rsid w:val="00900A53"/>
    <w:rsid w:val="0090109B"/>
    <w:rsid w:val="00901AFE"/>
    <w:rsid w:val="00901C1B"/>
    <w:rsid w:val="00901C96"/>
    <w:rsid w:val="00901DA5"/>
    <w:rsid w:val="00901F9A"/>
    <w:rsid w:val="009024A1"/>
    <w:rsid w:val="00902501"/>
    <w:rsid w:val="009025E4"/>
    <w:rsid w:val="00902636"/>
    <w:rsid w:val="0090278D"/>
    <w:rsid w:val="00902794"/>
    <w:rsid w:val="00902CAD"/>
    <w:rsid w:val="00902E4A"/>
    <w:rsid w:val="00903476"/>
    <w:rsid w:val="00903B23"/>
    <w:rsid w:val="00903C21"/>
    <w:rsid w:val="00903E2D"/>
    <w:rsid w:val="00903E49"/>
    <w:rsid w:val="00903F2C"/>
    <w:rsid w:val="0090428C"/>
    <w:rsid w:val="00904766"/>
    <w:rsid w:val="00904C17"/>
    <w:rsid w:val="0090524C"/>
    <w:rsid w:val="00905A02"/>
    <w:rsid w:val="00905DF9"/>
    <w:rsid w:val="009062AB"/>
    <w:rsid w:val="00906420"/>
    <w:rsid w:val="00906600"/>
    <w:rsid w:val="00906C02"/>
    <w:rsid w:val="00907254"/>
    <w:rsid w:val="009107D1"/>
    <w:rsid w:val="00910888"/>
    <w:rsid w:val="00910B99"/>
    <w:rsid w:val="009115CF"/>
    <w:rsid w:val="00911901"/>
    <w:rsid w:val="00911A4F"/>
    <w:rsid w:val="00911CDF"/>
    <w:rsid w:val="00912040"/>
    <w:rsid w:val="0091207E"/>
    <w:rsid w:val="009120F6"/>
    <w:rsid w:val="00912500"/>
    <w:rsid w:val="00912D18"/>
    <w:rsid w:val="00913205"/>
    <w:rsid w:val="00914408"/>
    <w:rsid w:val="00914B13"/>
    <w:rsid w:val="0091544F"/>
    <w:rsid w:val="00915876"/>
    <w:rsid w:val="009158D5"/>
    <w:rsid w:val="009158FE"/>
    <w:rsid w:val="00915A74"/>
    <w:rsid w:val="00915B63"/>
    <w:rsid w:val="00915BA5"/>
    <w:rsid w:val="00915F5E"/>
    <w:rsid w:val="00915FFD"/>
    <w:rsid w:val="00916A63"/>
    <w:rsid w:val="00916C98"/>
    <w:rsid w:val="0091787B"/>
    <w:rsid w:val="0091799F"/>
    <w:rsid w:val="00917C57"/>
    <w:rsid w:val="00917E4B"/>
    <w:rsid w:val="00917F2A"/>
    <w:rsid w:val="009207A6"/>
    <w:rsid w:val="00920829"/>
    <w:rsid w:val="009209D1"/>
    <w:rsid w:val="00920B27"/>
    <w:rsid w:val="00920E47"/>
    <w:rsid w:val="00920FDA"/>
    <w:rsid w:val="00921202"/>
    <w:rsid w:val="00921801"/>
    <w:rsid w:val="00922359"/>
    <w:rsid w:val="00922AE1"/>
    <w:rsid w:val="009231E5"/>
    <w:rsid w:val="0092359D"/>
    <w:rsid w:val="00923C2B"/>
    <w:rsid w:val="0092478C"/>
    <w:rsid w:val="00925A8D"/>
    <w:rsid w:val="00925D97"/>
    <w:rsid w:val="00925E7F"/>
    <w:rsid w:val="00925ECD"/>
    <w:rsid w:val="00926329"/>
    <w:rsid w:val="009267F4"/>
    <w:rsid w:val="00926C10"/>
    <w:rsid w:val="00926C30"/>
    <w:rsid w:val="00926F23"/>
    <w:rsid w:val="00927516"/>
    <w:rsid w:val="0092751C"/>
    <w:rsid w:val="009276EF"/>
    <w:rsid w:val="009277D2"/>
    <w:rsid w:val="00927A92"/>
    <w:rsid w:val="00927AC7"/>
    <w:rsid w:val="00927E45"/>
    <w:rsid w:val="009301DC"/>
    <w:rsid w:val="0093052A"/>
    <w:rsid w:val="009305B1"/>
    <w:rsid w:val="00930B6B"/>
    <w:rsid w:val="00931042"/>
    <w:rsid w:val="00931146"/>
    <w:rsid w:val="0093143C"/>
    <w:rsid w:val="00931A40"/>
    <w:rsid w:val="00932060"/>
    <w:rsid w:val="00932316"/>
    <w:rsid w:val="009327E7"/>
    <w:rsid w:val="009327F5"/>
    <w:rsid w:val="00932D3A"/>
    <w:rsid w:val="00932E49"/>
    <w:rsid w:val="00933109"/>
    <w:rsid w:val="00933269"/>
    <w:rsid w:val="00933B21"/>
    <w:rsid w:val="00933B29"/>
    <w:rsid w:val="00933D5A"/>
    <w:rsid w:val="00934244"/>
    <w:rsid w:val="00934275"/>
    <w:rsid w:val="00934475"/>
    <w:rsid w:val="009349A5"/>
    <w:rsid w:val="009349EC"/>
    <w:rsid w:val="00934B17"/>
    <w:rsid w:val="00934EF9"/>
    <w:rsid w:val="009351B4"/>
    <w:rsid w:val="009354CD"/>
    <w:rsid w:val="0093595E"/>
    <w:rsid w:val="009359C3"/>
    <w:rsid w:val="009359F4"/>
    <w:rsid w:val="00936239"/>
    <w:rsid w:val="00936725"/>
    <w:rsid w:val="00936AA8"/>
    <w:rsid w:val="00936AF6"/>
    <w:rsid w:val="00936BA0"/>
    <w:rsid w:val="0093706A"/>
    <w:rsid w:val="0093720A"/>
    <w:rsid w:val="0093728F"/>
    <w:rsid w:val="009373CB"/>
    <w:rsid w:val="009375BF"/>
    <w:rsid w:val="009376C2"/>
    <w:rsid w:val="009379CD"/>
    <w:rsid w:val="0094011E"/>
    <w:rsid w:val="00940452"/>
    <w:rsid w:val="009408F9"/>
    <w:rsid w:val="00940A00"/>
    <w:rsid w:val="00941330"/>
    <w:rsid w:val="00941797"/>
    <w:rsid w:val="00941E1C"/>
    <w:rsid w:val="00941EE5"/>
    <w:rsid w:val="00941FEF"/>
    <w:rsid w:val="009424AA"/>
    <w:rsid w:val="009424E3"/>
    <w:rsid w:val="00942752"/>
    <w:rsid w:val="009427A6"/>
    <w:rsid w:val="0094297E"/>
    <w:rsid w:val="00942C9F"/>
    <w:rsid w:val="00942D10"/>
    <w:rsid w:val="0094306A"/>
    <w:rsid w:val="00943343"/>
    <w:rsid w:val="00943B11"/>
    <w:rsid w:val="00943B3A"/>
    <w:rsid w:val="00944276"/>
    <w:rsid w:val="009442D8"/>
    <w:rsid w:val="00944A20"/>
    <w:rsid w:val="00944ACE"/>
    <w:rsid w:val="00944D03"/>
    <w:rsid w:val="00944DE9"/>
    <w:rsid w:val="00944F0C"/>
    <w:rsid w:val="00944F36"/>
    <w:rsid w:val="0094548A"/>
    <w:rsid w:val="009455F7"/>
    <w:rsid w:val="0094608E"/>
    <w:rsid w:val="009460FC"/>
    <w:rsid w:val="0094638A"/>
    <w:rsid w:val="009464E8"/>
    <w:rsid w:val="00946B7C"/>
    <w:rsid w:val="00946BC6"/>
    <w:rsid w:val="00947A5A"/>
    <w:rsid w:val="00947C5C"/>
    <w:rsid w:val="00950658"/>
    <w:rsid w:val="00950A97"/>
    <w:rsid w:val="00951669"/>
    <w:rsid w:val="00951C32"/>
    <w:rsid w:val="00952349"/>
    <w:rsid w:val="00952530"/>
    <w:rsid w:val="0095266F"/>
    <w:rsid w:val="009528C7"/>
    <w:rsid w:val="00952915"/>
    <w:rsid w:val="00952C15"/>
    <w:rsid w:val="009532E1"/>
    <w:rsid w:val="009533A9"/>
    <w:rsid w:val="009534A4"/>
    <w:rsid w:val="00953A36"/>
    <w:rsid w:val="00953CC8"/>
    <w:rsid w:val="00953F66"/>
    <w:rsid w:val="00954085"/>
    <w:rsid w:val="009542F3"/>
    <w:rsid w:val="00954545"/>
    <w:rsid w:val="00954795"/>
    <w:rsid w:val="00954C0F"/>
    <w:rsid w:val="00954FA9"/>
    <w:rsid w:val="00955131"/>
    <w:rsid w:val="009558D2"/>
    <w:rsid w:val="00955AEC"/>
    <w:rsid w:val="00955E5A"/>
    <w:rsid w:val="0095614A"/>
    <w:rsid w:val="0095653F"/>
    <w:rsid w:val="00956A38"/>
    <w:rsid w:val="00956CFF"/>
    <w:rsid w:val="00956FC5"/>
    <w:rsid w:val="0095707C"/>
    <w:rsid w:val="009573FD"/>
    <w:rsid w:val="00957676"/>
    <w:rsid w:val="0095781F"/>
    <w:rsid w:val="00957968"/>
    <w:rsid w:val="00957975"/>
    <w:rsid w:val="00957AA5"/>
    <w:rsid w:val="00957C09"/>
    <w:rsid w:val="0096016A"/>
    <w:rsid w:val="00960287"/>
    <w:rsid w:val="00960713"/>
    <w:rsid w:val="00960D33"/>
    <w:rsid w:val="00960E94"/>
    <w:rsid w:val="009614DD"/>
    <w:rsid w:val="0096160E"/>
    <w:rsid w:val="00961631"/>
    <w:rsid w:val="00961808"/>
    <w:rsid w:val="00961A0F"/>
    <w:rsid w:val="00961C90"/>
    <w:rsid w:val="00961D13"/>
    <w:rsid w:val="0096288C"/>
    <w:rsid w:val="009634D7"/>
    <w:rsid w:val="0096387F"/>
    <w:rsid w:val="00963B80"/>
    <w:rsid w:val="00963EAE"/>
    <w:rsid w:val="0096417E"/>
    <w:rsid w:val="00964540"/>
    <w:rsid w:val="009645B3"/>
    <w:rsid w:val="00964D5C"/>
    <w:rsid w:val="00965044"/>
    <w:rsid w:val="009650EC"/>
    <w:rsid w:val="009652E5"/>
    <w:rsid w:val="009655FD"/>
    <w:rsid w:val="0096589A"/>
    <w:rsid w:val="00965B95"/>
    <w:rsid w:val="00965E0A"/>
    <w:rsid w:val="00965E32"/>
    <w:rsid w:val="00966869"/>
    <w:rsid w:val="00966AD9"/>
    <w:rsid w:val="00966B1B"/>
    <w:rsid w:val="00966E15"/>
    <w:rsid w:val="00967541"/>
    <w:rsid w:val="00967EC7"/>
    <w:rsid w:val="009700BE"/>
    <w:rsid w:val="00970218"/>
    <w:rsid w:val="00970F4D"/>
    <w:rsid w:val="00971596"/>
    <w:rsid w:val="0097213C"/>
    <w:rsid w:val="00972418"/>
    <w:rsid w:val="009724CF"/>
    <w:rsid w:val="0097273F"/>
    <w:rsid w:val="0097286E"/>
    <w:rsid w:val="009728BD"/>
    <w:rsid w:val="009740BD"/>
    <w:rsid w:val="00974287"/>
    <w:rsid w:val="009747F1"/>
    <w:rsid w:val="009748C7"/>
    <w:rsid w:val="009751FE"/>
    <w:rsid w:val="0097523D"/>
    <w:rsid w:val="0097534E"/>
    <w:rsid w:val="0097555A"/>
    <w:rsid w:val="00975D06"/>
    <w:rsid w:val="00975F8E"/>
    <w:rsid w:val="009762F3"/>
    <w:rsid w:val="009764B8"/>
    <w:rsid w:val="0097657C"/>
    <w:rsid w:val="009766D3"/>
    <w:rsid w:val="0097672D"/>
    <w:rsid w:val="009768BF"/>
    <w:rsid w:val="00976AD7"/>
    <w:rsid w:val="00976E84"/>
    <w:rsid w:val="00976F00"/>
    <w:rsid w:val="00976F93"/>
    <w:rsid w:val="00977013"/>
    <w:rsid w:val="009773D1"/>
    <w:rsid w:val="00977E13"/>
    <w:rsid w:val="00980470"/>
    <w:rsid w:val="00980735"/>
    <w:rsid w:val="009807B7"/>
    <w:rsid w:val="009810A6"/>
    <w:rsid w:val="00981182"/>
    <w:rsid w:val="00981241"/>
    <w:rsid w:val="00981DE2"/>
    <w:rsid w:val="00982159"/>
    <w:rsid w:val="009821EB"/>
    <w:rsid w:val="009827FB"/>
    <w:rsid w:val="009828CE"/>
    <w:rsid w:val="00982B1B"/>
    <w:rsid w:val="00982C1C"/>
    <w:rsid w:val="00983185"/>
    <w:rsid w:val="0098360E"/>
    <w:rsid w:val="0098362D"/>
    <w:rsid w:val="00983BA1"/>
    <w:rsid w:val="00983EF4"/>
    <w:rsid w:val="00984157"/>
    <w:rsid w:val="009852F6"/>
    <w:rsid w:val="00985435"/>
    <w:rsid w:val="00985528"/>
    <w:rsid w:val="009855B5"/>
    <w:rsid w:val="009856BA"/>
    <w:rsid w:val="00985D8C"/>
    <w:rsid w:val="00985F6B"/>
    <w:rsid w:val="00986463"/>
    <w:rsid w:val="0098696A"/>
    <w:rsid w:val="00986B3B"/>
    <w:rsid w:val="00986B7C"/>
    <w:rsid w:val="00986E67"/>
    <w:rsid w:val="009875DD"/>
    <w:rsid w:val="00987EE5"/>
    <w:rsid w:val="0099001B"/>
    <w:rsid w:val="009907BE"/>
    <w:rsid w:val="00990CFE"/>
    <w:rsid w:val="00990F2F"/>
    <w:rsid w:val="0099120A"/>
    <w:rsid w:val="009915B5"/>
    <w:rsid w:val="0099180F"/>
    <w:rsid w:val="0099184D"/>
    <w:rsid w:val="009918B4"/>
    <w:rsid w:val="009918C7"/>
    <w:rsid w:val="00992904"/>
    <w:rsid w:val="00993130"/>
    <w:rsid w:val="00993198"/>
    <w:rsid w:val="00993294"/>
    <w:rsid w:val="0099381B"/>
    <w:rsid w:val="00993DB0"/>
    <w:rsid w:val="00993F3E"/>
    <w:rsid w:val="00994514"/>
    <w:rsid w:val="009945B0"/>
    <w:rsid w:val="00994AB2"/>
    <w:rsid w:val="00994F2F"/>
    <w:rsid w:val="0099535C"/>
    <w:rsid w:val="0099578D"/>
    <w:rsid w:val="0099583D"/>
    <w:rsid w:val="00995FF8"/>
    <w:rsid w:val="009961C4"/>
    <w:rsid w:val="00996597"/>
    <w:rsid w:val="00996633"/>
    <w:rsid w:val="00996D91"/>
    <w:rsid w:val="00997059"/>
    <w:rsid w:val="0099746B"/>
    <w:rsid w:val="00997973"/>
    <w:rsid w:val="00997EBF"/>
    <w:rsid w:val="009A024F"/>
    <w:rsid w:val="009A06F1"/>
    <w:rsid w:val="009A0AAD"/>
    <w:rsid w:val="009A0B51"/>
    <w:rsid w:val="009A0D54"/>
    <w:rsid w:val="009A103A"/>
    <w:rsid w:val="009A12A3"/>
    <w:rsid w:val="009A1A06"/>
    <w:rsid w:val="009A1EC7"/>
    <w:rsid w:val="009A2637"/>
    <w:rsid w:val="009A2833"/>
    <w:rsid w:val="009A29DA"/>
    <w:rsid w:val="009A2CDC"/>
    <w:rsid w:val="009A3415"/>
    <w:rsid w:val="009A3C4B"/>
    <w:rsid w:val="009A44F8"/>
    <w:rsid w:val="009A4744"/>
    <w:rsid w:val="009A4F06"/>
    <w:rsid w:val="009A4FB5"/>
    <w:rsid w:val="009A5229"/>
    <w:rsid w:val="009A54E1"/>
    <w:rsid w:val="009A60EC"/>
    <w:rsid w:val="009A661B"/>
    <w:rsid w:val="009A6836"/>
    <w:rsid w:val="009A6AEC"/>
    <w:rsid w:val="009A6F42"/>
    <w:rsid w:val="009A70D8"/>
    <w:rsid w:val="009A73B7"/>
    <w:rsid w:val="009A7933"/>
    <w:rsid w:val="009A7EA4"/>
    <w:rsid w:val="009A7F16"/>
    <w:rsid w:val="009B0490"/>
    <w:rsid w:val="009B0C18"/>
    <w:rsid w:val="009B0EA3"/>
    <w:rsid w:val="009B1E39"/>
    <w:rsid w:val="009B1EB8"/>
    <w:rsid w:val="009B1F31"/>
    <w:rsid w:val="009B2731"/>
    <w:rsid w:val="009B2F62"/>
    <w:rsid w:val="009B3045"/>
    <w:rsid w:val="009B34C0"/>
    <w:rsid w:val="009B384E"/>
    <w:rsid w:val="009B3878"/>
    <w:rsid w:val="009B3D0D"/>
    <w:rsid w:val="009B41BE"/>
    <w:rsid w:val="009B426E"/>
    <w:rsid w:val="009B45F8"/>
    <w:rsid w:val="009B4727"/>
    <w:rsid w:val="009B4CFD"/>
    <w:rsid w:val="009B4DE2"/>
    <w:rsid w:val="009B5144"/>
    <w:rsid w:val="009B54AA"/>
    <w:rsid w:val="009B55CA"/>
    <w:rsid w:val="009B5A8E"/>
    <w:rsid w:val="009B6022"/>
    <w:rsid w:val="009B678B"/>
    <w:rsid w:val="009B67AB"/>
    <w:rsid w:val="009B68F9"/>
    <w:rsid w:val="009B6BB8"/>
    <w:rsid w:val="009B7412"/>
    <w:rsid w:val="009B78C6"/>
    <w:rsid w:val="009B79DE"/>
    <w:rsid w:val="009C0870"/>
    <w:rsid w:val="009C0BE8"/>
    <w:rsid w:val="009C0C82"/>
    <w:rsid w:val="009C10DA"/>
    <w:rsid w:val="009C1767"/>
    <w:rsid w:val="009C1B41"/>
    <w:rsid w:val="009C1D6D"/>
    <w:rsid w:val="009C1DCB"/>
    <w:rsid w:val="009C29C1"/>
    <w:rsid w:val="009C2C34"/>
    <w:rsid w:val="009C2C45"/>
    <w:rsid w:val="009C2C68"/>
    <w:rsid w:val="009C2DC0"/>
    <w:rsid w:val="009C35E4"/>
    <w:rsid w:val="009C39AC"/>
    <w:rsid w:val="009C3B05"/>
    <w:rsid w:val="009C3E54"/>
    <w:rsid w:val="009C41FD"/>
    <w:rsid w:val="009C4624"/>
    <w:rsid w:val="009C47E4"/>
    <w:rsid w:val="009C4A1B"/>
    <w:rsid w:val="009C4A8F"/>
    <w:rsid w:val="009C4D5C"/>
    <w:rsid w:val="009C4DD6"/>
    <w:rsid w:val="009C4DFA"/>
    <w:rsid w:val="009C4EFD"/>
    <w:rsid w:val="009C53AF"/>
    <w:rsid w:val="009C5708"/>
    <w:rsid w:val="009C5A97"/>
    <w:rsid w:val="009C5A99"/>
    <w:rsid w:val="009C5C25"/>
    <w:rsid w:val="009C5F0B"/>
    <w:rsid w:val="009C657D"/>
    <w:rsid w:val="009C66BB"/>
    <w:rsid w:val="009C68DB"/>
    <w:rsid w:val="009C6977"/>
    <w:rsid w:val="009C724D"/>
    <w:rsid w:val="009C7732"/>
    <w:rsid w:val="009C783C"/>
    <w:rsid w:val="009C7C70"/>
    <w:rsid w:val="009C7D4D"/>
    <w:rsid w:val="009D0378"/>
    <w:rsid w:val="009D090F"/>
    <w:rsid w:val="009D1AA8"/>
    <w:rsid w:val="009D1FF7"/>
    <w:rsid w:val="009D263B"/>
    <w:rsid w:val="009D2A0F"/>
    <w:rsid w:val="009D2E48"/>
    <w:rsid w:val="009D3728"/>
    <w:rsid w:val="009D3A7C"/>
    <w:rsid w:val="009D3D37"/>
    <w:rsid w:val="009D3DC7"/>
    <w:rsid w:val="009D3E98"/>
    <w:rsid w:val="009D46B4"/>
    <w:rsid w:val="009D4702"/>
    <w:rsid w:val="009D4A44"/>
    <w:rsid w:val="009D4C08"/>
    <w:rsid w:val="009D4D02"/>
    <w:rsid w:val="009D50F9"/>
    <w:rsid w:val="009D5441"/>
    <w:rsid w:val="009D5C07"/>
    <w:rsid w:val="009D5CBD"/>
    <w:rsid w:val="009D5DC8"/>
    <w:rsid w:val="009D6619"/>
    <w:rsid w:val="009D713B"/>
    <w:rsid w:val="009D7280"/>
    <w:rsid w:val="009D7841"/>
    <w:rsid w:val="009D792D"/>
    <w:rsid w:val="009D7E52"/>
    <w:rsid w:val="009E0053"/>
    <w:rsid w:val="009E035A"/>
    <w:rsid w:val="009E092A"/>
    <w:rsid w:val="009E1709"/>
    <w:rsid w:val="009E2158"/>
    <w:rsid w:val="009E2424"/>
    <w:rsid w:val="009E242D"/>
    <w:rsid w:val="009E26A3"/>
    <w:rsid w:val="009E278B"/>
    <w:rsid w:val="009E28BB"/>
    <w:rsid w:val="009E2C43"/>
    <w:rsid w:val="009E2F2F"/>
    <w:rsid w:val="009E2FCF"/>
    <w:rsid w:val="009E3295"/>
    <w:rsid w:val="009E385C"/>
    <w:rsid w:val="009E3CF8"/>
    <w:rsid w:val="009E485A"/>
    <w:rsid w:val="009E550E"/>
    <w:rsid w:val="009E5847"/>
    <w:rsid w:val="009E5FEB"/>
    <w:rsid w:val="009E65CD"/>
    <w:rsid w:val="009E744E"/>
    <w:rsid w:val="009E747C"/>
    <w:rsid w:val="009E79BD"/>
    <w:rsid w:val="009E7AAC"/>
    <w:rsid w:val="009E7BF6"/>
    <w:rsid w:val="009E7FC7"/>
    <w:rsid w:val="009F0047"/>
    <w:rsid w:val="009F0272"/>
    <w:rsid w:val="009F0AF3"/>
    <w:rsid w:val="009F12A4"/>
    <w:rsid w:val="009F14E1"/>
    <w:rsid w:val="009F1561"/>
    <w:rsid w:val="009F1A80"/>
    <w:rsid w:val="009F1AE4"/>
    <w:rsid w:val="009F1EF6"/>
    <w:rsid w:val="009F238F"/>
    <w:rsid w:val="009F246C"/>
    <w:rsid w:val="009F26B7"/>
    <w:rsid w:val="009F29D3"/>
    <w:rsid w:val="009F2C6B"/>
    <w:rsid w:val="009F2CB5"/>
    <w:rsid w:val="009F3768"/>
    <w:rsid w:val="009F385F"/>
    <w:rsid w:val="009F40DA"/>
    <w:rsid w:val="009F43C4"/>
    <w:rsid w:val="009F4767"/>
    <w:rsid w:val="009F4E83"/>
    <w:rsid w:val="009F51D2"/>
    <w:rsid w:val="009F51F0"/>
    <w:rsid w:val="009F56E7"/>
    <w:rsid w:val="009F590F"/>
    <w:rsid w:val="009F5934"/>
    <w:rsid w:val="009F59C7"/>
    <w:rsid w:val="009F5ABC"/>
    <w:rsid w:val="009F62F6"/>
    <w:rsid w:val="009F687A"/>
    <w:rsid w:val="009F6A19"/>
    <w:rsid w:val="009F6EA6"/>
    <w:rsid w:val="009F6FE3"/>
    <w:rsid w:val="009F7304"/>
    <w:rsid w:val="009F736A"/>
    <w:rsid w:val="009F771D"/>
    <w:rsid w:val="009F7738"/>
    <w:rsid w:val="009F77F9"/>
    <w:rsid w:val="009F79B5"/>
    <w:rsid w:val="009F7E30"/>
    <w:rsid w:val="009F7EA2"/>
    <w:rsid w:val="00A00840"/>
    <w:rsid w:val="00A0085E"/>
    <w:rsid w:val="00A00CEF"/>
    <w:rsid w:val="00A00ED6"/>
    <w:rsid w:val="00A0127C"/>
    <w:rsid w:val="00A0139B"/>
    <w:rsid w:val="00A01734"/>
    <w:rsid w:val="00A0204D"/>
    <w:rsid w:val="00A0239F"/>
    <w:rsid w:val="00A02470"/>
    <w:rsid w:val="00A029E9"/>
    <w:rsid w:val="00A02C2E"/>
    <w:rsid w:val="00A0332E"/>
    <w:rsid w:val="00A03680"/>
    <w:rsid w:val="00A0375E"/>
    <w:rsid w:val="00A040EC"/>
    <w:rsid w:val="00A042BD"/>
    <w:rsid w:val="00A047A0"/>
    <w:rsid w:val="00A04B01"/>
    <w:rsid w:val="00A04B09"/>
    <w:rsid w:val="00A04CE9"/>
    <w:rsid w:val="00A04D1C"/>
    <w:rsid w:val="00A05191"/>
    <w:rsid w:val="00A05385"/>
    <w:rsid w:val="00A0568D"/>
    <w:rsid w:val="00A0589C"/>
    <w:rsid w:val="00A05A0D"/>
    <w:rsid w:val="00A05B9E"/>
    <w:rsid w:val="00A06937"/>
    <w:rsid w:val="00A06D61"/>
    <w:rsid w:val="00A06E7B"/>
    <w:rsid w:val="00A0758A"/>
    <w:rsid w:val="00A07D14"/>
    <w:rsid w:val="00A07E27"/>
    <w:rsid w:val="00A105F4"/>
    <w:rsid w:val="00A10965"/>
    <w:rsid w:val="00A10BF5"/>
    <w:rsid w:val="00A10F0F"/>
    <w:rsid w:val="00A11B42"/>
    <w:rsid w:val="00A120BF"/>
    <w:rsid w:val="00A12114"/>
    <w:rsid w:val="00A12410"/>
    <w:rsid w:val="00A12BD2"/>
    <w:rsid w:val="00A12D9A"/>
    <w:rsid w:val="00A13019"/>
    <w:rsid w:val="00A130BB"/>
    <w:rsid w:val="00A13365"/>
    <w:rsid w:val="00A13401"/>
    <w:rsid w:val="00A13624"/>
    <w:rsid w:val="00A13CF6"/>
    <w:rsid w:val="00A13E65"/>
    <w:rsid w:val="00A149E0"/>
    <w:rsid w:val="00A14C64"/>
    <w:rsid w:val="00A14C77"/>
    <w:rsid w:val="00A15392"/>
    <w:rsid w:val="00A158DE"/>
    <w:rsid w:val="00A15A1D"/>
    <w:rsid w:val="00A15BEB"/>
    <w:rsid w:val="00A15D9E"/>
    <w:rsid w:val="00A15F47"/>
    <w:rsid w:val="00A16069"/>
    <w:rsid w:val="00A163C0"/>
    <w:rsid w:val="00A16495"/>
    <w:rsid w:val="00A16617"/>
    <w:rsid w:val="00A1694E"/>
    <w:rsid w:val="00A16CC2"/>
    <w:rsid w:val="00A16D7D"/>
    <w:rsid w:val="00A172EF"/>
    <w:rsid w:val="00A17911"/>
    <w:rsid w:val="00A17A86"/>
    <w:rsid w:val="00A200A7"/>
    <w:rsid w:val="00A2014E"/>
    <w:rsid w:val="00A202A1"/>
    <w:rsid w:val="00A205F8"/>
    <w:rsid w:val="00A20935"/>
    <w:rsid w:val="00A20F11"/>
    <w:rsid w:val="00A211D7"/>
    <w:rsid w:val="00A21243"/>
    <w:rsid w:val="00A214A8"/>
    <w:rsid w:val="00A21717"/>
    <w:rsid w:val="00A2187A"/>
    <w:rsid w:val="00A219E6"/>
    <w:rsid w:val="00A21B96"/>
    <w:rsid w:val="00A21EB8"/>
    <w:rsid w:val="00A22179"/>
    <w:rsid w:val="00A2235A"/>
    <w:rsid w:val="00A22542"/>
    <w:rsid w:val="00A23187"/>
    <w:rsid w:val="00A235C6"/>
    <w:rsid w:val="00A23E06"/>
    <w:rsid w:val="00A23FCD"/>
    <w:rsid w:val="00A2447E"/>
    <w:rsid w:val="00A24977"/>
    <w:rsid w:val="00A25172"/>
    <w:rsid w:val="00A25A93"/>
    <w:rsid w:val="00A25BA7"/>
    <w:rsid w:val="00A25E64"/>
    <w:rsid w:val="00A2623D"/>
    <w:rsid w:val="00A264AD"/>
    <w:rsid w:val="00A265FE"/>
    <w:rsid w:val="00A26C60"/>
    <w:rsid w:val="00A27AF3"/>
    <w:rsid w:val="00A27CD2"/>
    <w:rsid w:val="00A306CB"/>
    <w:rsid w:val="00A30CAA"/>
    <w:rsid w:val="00A30DC9"/>
    <w:rsid w:val="00A3119D"/>
    <w:rsid w:val="00A3128D"/>
    <w:rsid w:val="00A312EF"/>
    <w:rsid w:val="00A313DA"/>
    <w:rsid w:val="00A316D5"/>
    <w:rsid w:val="00A318AD"/>
    <w:rsid w:val="00A31DE4"/>
    <w:rsid w:val="00A31E58"/>
    <w:rsid w:val="00A320C8"/>
    <w:rsid w:val="00A323D1"/>
    <w:rsid w:val="00A32562"/>
    <w:rsid w:val="00A33645"/>
    <w:rsid w:val="00A339A8"/>
    <w:rsid w:val="00A33C82"/>
    <w:rsid w:val="00A3423D"/>
    <w:rsid w:val="00A3461A"/>
    <w:rsid w:val="00A34623"/>
    <w:rsid w:val="00A34BBD"/>
    <w:rsid w:val="00A34EDA"/>
    <w:rsid w:val="00A35D06"/>
    <w:rsid w:val="00A35FF7"/>
    <w:rsid w:val="00A3646C"/>
    <w:rsid w:val="00A36AB8"/>
    <w:rsid w:val="00A36C3D"/>
    <w:rsid w:val="00A37777"/>
    <w:rsid w:val="00A379D3"/>
    <w:rsid w:val="00A37BD9"/>
    <w:rsid w:val="00A37C1C"/>
    <w:rsid w:val="00A37E4C"/>
    <w:rsid w:val="00A37FF8"/>
    <w:rsid w:val="00A40085"/>
    <w:rsid w:val="00A403D0"/>
    <w:rsid w:val="00A4057D"/>
    <w:rsid w:val="00A4104E"/>
    <w:rsid w:val="00A41838"/>
    <w:rsid w:val="00A418E2"/>
    <w:rsid w:val="00A41BBF"/>
    <w:rsid w:val="00A41C53"/>
    <w:rsid w:val="00A41CB8"/>
    <w:rsid w:val="00A41EC6"/>
    <w:rsid w:val="00A421F0"/>
    <w:rsid w:val="00A422B4"/>
    <w:rsid w:val="00A4286B"/>
    <w:rsid w:val="00A43028"/>
    <w:rsid w:val="00A43750"/>
    <w:rsid w:val="00A43C26"/>
    <w:rsid w:val="00A43EE6"/>
    <w:rsid w:val="00A44039"/>
    <w:rsid w:val="00A44087"/>
    <w:rsid w:val="00A4441C"/>
    <w:rsid w:val="00A44459"/>
    <w:rsid w:val="00A44514"/>
    <w:rsid w:val="00A44930"/>
    <w:rsid w:val="00A44A7A"/>
    <w:rsid w:val="00A44CB6"/>
    <w:rsid w:val="00A44FC9"/>
    <w:rsid w:val="00A457D5"/>
    <w:rsid w:val="00A45A47"/>
    <w:rsid w:val="00A45EA3"/>
    <w:rsid w:val="00A46079"/>
    <w:rsid w:val="00A46271"/>
    <w:rsid w:val="00A4647C"/>
    <w:rsid w:val="00A46554"/>
    <w:rsid w:val="00A46738"/>
    <w:rsid w:val="00A46AF7"/>
    <w:rsid w:val="00A47194"/>
    <w:rsid w:val="00A47DCF"/>
    <w:rsid w:val="00A5038C"/>
    <w:rsid w:val="00A505EF"/>
    <w:rsid w:val="00A50CA0"/>
    <w:rsid w:val="00A516F0"/>
    <w:rsid w:val="00A519D0"/>
    <w:rsid w:val="00A519DE"/>
    <w:rsid w:val="00A523B0"/>
    <w:rsid w:val="00A5245B"/>
    <w:rsid w:val="00A524A9"/>
    <w:rsid w:val="00A52636"/>
    <w:rsid w:val="00A53222"/>
    <w:rsid w:val="00A534CA"/>
    <w:rsid w:val="00A53825"/>
    <w:rsid w:val="00A5387C"/>
    <w:rsid w:val="00A53E81"/>
    <w:rsid w:val="00A5415A"/>
    <w:rsid w:val="00A541DF"/>
    <w:rsid w:val="00A5420E"/>
    <w:rsid w:val="00A5465E"/>
    <w:rsid w:val="00A548A9"/>
    <w:rsid w:val="00A557B6"/>
    <w:rsid w:val="00A55926"/>
    <w:rsid w:val="00A563F2"/>
    <w:rsid w:val="00A56590"/>
    <w:rsid w:val="00A575B9"/>
    <w:rsid w:val="00A57625"/>
    <w:rsid w:val="00A57667"/>
    <w:rsid w:val="00A57686"/>
    <w:rsid w:val="00A5785B"/>
    <w:rsid w:val="00A57998"/>
    <w:rsid w:val="00A57EF4"/>
    <w:rsid w:val="00A60D38"/>
    <w:rsid w:val="00A6115F"/>
    <w:rsid w:val="00A612DC"/>
    <w:rsid w:val="00A61362"/>
    <w:rsid w:val="00A616EA"/>
    <w:rsid w:val="00A617A1"/>
    <w:rsid w:val="00A6182E"/>
    <w:rsid w:val="00A622E1"/>
    <w:rsid w:val="00A6250A"/>
    <w:rsid w:val="00A62678"/>
    <w:rsid w:val="00A626D8"/>
    <w:rsid w:val="00A62BA8"/>
    <w:rsid w:val="00A62EEC"/>
    <w:rsid w:val="00A630E3"/>
    <w:rsid w:val="00A631F3"/>
    <w:rsid w:val="00A63262"/>
    <w:rsid w:val="00A6332D"/>
    <w:rsid w:val="00A639C5"/>
    <w:rsid w:val="00A63B00"/>
    <w:rsid w:val="00A63DAF"/>
    <w:rsid w:val="00A63F6D"/>
    <w:rsid w:val="00A6410A"/>
    <w:rsid w:val="00A6439B"/>
    <w:rsid w:val="00A64D7C"/>
    <w:rsid w:val="00A653CB"/>
    <w:rsid w:val="00A65AF4"/>
    <w:rsid w:val="00A65EC1"/>
    <w:rsid w:val="00A661ED"/>
    <w:rsid w:val="00A663CC"/>
    <w:rsid w:val="00A66407"/>
    <w:rsid w:val="00A664D8"/>
    <w:rsid w:val="00A6661F"/>
    <w:rsid w:val="00A668CB"/>
    <w:rsid w:val="00A6691B"/>
    <w:rsid w:val="00A66C71"/>
    <w:rsid w:val="00A6781A"/>
    <w:rsid w:val="00A67874"/>
    <w:rsid w:val="00A678D3"/>
    <w:rsid w:val="00A67B11"/>
    <w:rsid w:val="00A67F79"/>
    <w:rsid w:val="00A7029A"/>
    <w:rsid w:val="00A7056A"/>
    <w:rsid w:val="00A70783"/>
    <w:rsid w:val="00A7078B"/>
    <w:rsid w:val="00A70E6A"/>
    <w:rsid w:val="00A711EC"/>
    <w:rsid w:val="00A71201"/>
    <w:rsid w:val="00A7182C"/>
    <w:rsid w:val="00A71B48"/>
    <w:rsid w:val="00A71B6F"/>
    <w:rsid w:val="00A71B76"/>
    <w:rsid w:val="00A71C80"/>
    <w:rsid w:val="00A721D9"/>
    <w:rsid w:val="00A7236A"/>
    <w:rsid w:val="00A72385"/>
    <w:rsid w:val="00A72637"/>
    <w:rsid w:val="00A728EB"/>
    <w:rsid w:val="00A72DD5"/>
    <w:rsid w:val="00A72FB0"/>
    <w:rsid w:val="00A7303C"/>
    <w:rsid w:val="00A7317A"/>
    <w:rsid w:val="00A73953"/>
    <w:rsid w:val="00A73965"/>
    <w:rsid w:val="00A73A78"/>
    <w:rsid w:val="00A73AB2"/>
    <w:rsid w:val="00A73D5A"/>
    <w:rsid w:val="00A74282"/>
    <w:rsid w:val="00A74767"/>
    <w:rsid w:val="00A7477C"/>
    <w:rsid w:val="00A74A19"/>
    <w:rsid w:val="00A74F2C"/>
    <w:rsid w:val="00A7511F"/>
    <w:rsid w:val="00A753F2"/>
    <w:rsid w:val="00A76105"/>
    <w:rsid w:val="00A7630F"/>
    <w:rsid w:val="00A76D31"/>
    <w:rsid w:val="00A76D4B"/>
    <w:rsid w:val="00A76ED3"/>
    <w:rsid w:val="00A772D6"/>
    <w:rsid w:val="00A77CE3"/>
    <w:rsid w:val="00A77E79"/>
    <w:rsid w:val="00A8019D"/>
    <w:rsid w:val="00A8030E"/>
    <w:rsid w:val="00A8035F"/>
    <w:rsid w:val="00A80CB5"/>
    <w:rsid w:val="00A80ED9"/>
    <w:rsid w:val="00A8125C"/>
    <w:rsid w:val="00A81287"/>
    <w:rsid w:val="00A81617"/>
    <w:rsid w:val="00A81805"/>
    <w:rsid w:val="00A81DA2"/>
    <w:rsid w:val="00A82816"/>
    <w:rsid w:val="00A82908"/>
    <w:rsid w:val="00A82BDE"/>
    <w:rsid w:val="00A834E0"/>
    <w:rsid w:val="00A83F1E"/>
    <w:rsid w:val="00A84074"/>
    <w:rsid w:val="00A84268"/>
    <w:rsid w:val="00A84687"/>
    <w:rsid w:val="00A847DA"/>
    <w:rsid w:val="00A849BB"/>
    <w:rsid w:val="00A84D7D"/>
    <w:rsid w:val="00A84EEA"/>
    <w:rsid w:val="00A84F2B"/>
    <w:rsid w:val="00A85ADA"/>
    <w:rsid w:val="00A85AEF"/>
    <w:rsid w:val="00A85DD5"/>
    <w:rsid w:val="00A86170"/>
    <w:rsid w:val="00A8683D"/>
    <w:rsid w:val="00A8688F"/>
    <w:rsid w:val="00A8712B"/>
    <w:rsid w:val="00A872E4"/>
    <w:rsid w:val="00A87797"/>
    <w:rsid w:val="00A878C4"/>
    <w:rsid w:val="00A9022D"/>
    <w:rsid w:val="00A90EBE"/>
    <w:rsid w:val="00A911CF"/>
    <w:rsid w:val="00A91BD9"/>
    <w:rsid w:val="00A92A23"/>
    <w:rsid w:val="00A92BCE"/>
    <w:rsid w:val="00A92DC9"/>
    <w:rsid w:val="00A931CB"/>
    <w:rsid w:val="00A936D2"/>
    <w:rsid w:val="00A938E3"/>
    <w:rsid w:val="00A939D6"/>
    <w:rsid w:val="00A93DDB"/>
    <w:rsid w:val="00A93FFE"/>
    <w:rsid w:val="00A940FA"/>
    <w:rsid w:val="00A944FA"/>
    <w:rsid w:val="00A94515"/>
    <w:rsid w:val="00A94546"/>
    <w:rsid w:val="00A94752"/>
    <w:rsid w:val="00A94A81"/>
    <w:rsid w:val="00A94CDC"/>
    <w:rsid w:val="00A94D04"/>
    <w:rsid w:val="00A94D2A"/>
    <w:rsid w:val="00A95087"/>
    <w:rsid w:val="00A950B3"/>
    <w:rsid w:val="00A950CB"/>
    <w:rsid w:val="00A950EC"/>
    <w:rsid w:val="00A95B86"/>
    <w:rsid w:val="00A96484"/>
    <w:rsid w:val="00A964E5"/>
    <w:rsid w:val="00A96692"/>
    <w:rsid w:val="00A96A20"/>
    <w:rsid w:val="00A97210"/>
    <w:rsid w:val="00A97612"/>
    <w:rsid w:val="00A978A7"/>
    <w:rsid w:val="00AA0358"/>
    <w:rsid w:val="00AA0411"/>
    <w:rsid w:val="00AA0532"/>
    <w:rsid w:val="00AA05B0"/>
    <w:rsid w:val="00AA0967"/>
    <w:rsid w:val="00AA0D54"/>
    <w:rsid w:val="00AA0D7D"/>
    <w:rsid w:val="00AA1156"/>
    <w:rsid w:val="00AA1477"/>
    <w:rsid w:val="00AA1515"/>
    <w:rsid w:val="00AA21DF"/>
    <w:rsid w:val="00AA257D"/>
    <w:rsid w:val="00AA2771"/>
    <w:rsid w:val="00AA29A7"/>
    <w:rsid w:val="00AA29DD"/>
    <w:rsid w:val="00AA35CD"/>
    <w:rsid w:val="00AA387F"/>
    <w:rsid w:val="00AA3947"/>
    <w:rsid w:val="00AA3DAF"/>
    <w:rsid w:val="00AA3ED7"/>
    <w:rsid w:val="00AA3F5B"/>
    <w:rsid w:val="00AA44C1"/>
    <w:rsid w:val="00AA46C8"/>
    <w:rsid w:val="00AA49BA"/>
    <w:rsid w:val="00AA4CBB"/>
    <w:rsid w:val="00AA56E7"/>
    <w:rsid w:val="00AA5729"/>
    <w:rsid w:val="00AA5850"/>
    <w:rsid w:val="00AA592A"/>
    <w:rsid w:val="00AA5B79"/>
    <w:rsid w:val="00AA5CA7"/>
    <w:rsid w:val="00AA5F3A"/>
    <w:rsid w:val="00AA6130"/>
    <w:rsid w:val="00AA62FE"/>
    <w:rsid w:val="00AA638A"/>
    <w:rsid w:val="00AA63E7"/>
    <w:rsid w:val="00AA662A"/>
    <w:rsid w:val="00AA677A"/>
    <w:rsid w:val="00AA6B19"/>
    <w:rsid w:val="00AA7316"/>
    <w:rsid w:val="00AA7737"/>
    <w:rsid w:val="00AA77F9"/>
    <w:rsid w:val="00AA78EB"/>
    <w:rsid w:val="00AA792F"/>
    <w:rsid w:val="00AA7B87"/>
    <w:rsid w:val="00AA7C8F"/>
    <w:rsid w:val="00AB04D4"/>
    <w:rsid w:val="00AB0D4D"/>
    <w:rsid w:val="00AB1239"/>
    <w:rsid w:val="00AB1430"/>
    <w:rsid w:val="00AB18BD"/>
    <w:rsid w:val="00AB1B1D"/>
    <w:rsid w:val="00AB1CB2"/>
    <w:rsid w:val="00AB1ED9"/>
    <w:rsid w:val="00AB2389"/>
    <w:rsid w:val="00AB287C"/>
    <w:rsid w:val="00AB2D47"/>
    <w:rsid w:val="00AB32E0"/>
    <w:rsid w:val="00AB3A04"/>
    <w:rsid w:val="00AB3B30"/>
    <w:rsid w:val="00AB4175"/>
    <w:rsid w:val="00AB41DE"/>
    <w:rsid w:val="00AB4B84"/>
    <w:rsid w:val="00AB4F47"/>
    <w:rsid w:val="00AB538E"/>
    <w:rsid w:val="00AB5BA8"/>
    <w:rsid w:val="00AB5DD3"/>
    <w:rsid w:val="00AB6B86"/>
    <w:rsid w:val="00AB6FA7"/>
    <w:rsid w:val="00AB71EE"/>
    <w:rsid w:val="00AB76B8"/>
    <w:rsid w:val="00AB7A80"/>
    <w:rsid w:val="00AB7BCD"/>
    <w:rsid w:val="00AB7CAF"/>
    <w:rsid w:val="00AC0138"/>
    <w:rsid w:val="00AC02BB"/>
    <w:rsid w:val="00AC0324"/>
    <w:rsid w:val="00AC032E"/>
    <w:rsid w:val="00AC04C8"/>
    <w:rsid w:val="00AC0623"/>
    <w:rsid w:val="00AC0932"/>
    <w:rsid w:val="00AC098E"/>
    <w:rsid w:val="00AC0B21"/>
    <w:rsid w:val="00AC0B41"/>
    <w:rsid w:val="00AC0B66"/>
    <w:rsid w:val="00AC0E86"/>
    <w:rsid w:val="00AC0EE4"/>
    <w:rsid w:val="00AC10AC"/>
    <w:rsid w:val="00AC1146"/>
    <w:rsid w:val="00AC1218"/>
    <w:rsid w:val="00AC1672"/>
    <w:rsid w:val="00AC1CD1"/>
    <w:rsid w:val="00AC1CE0"/>
    <w:rsid w:val="00AC2133"/>
    <w:rsid w:val="00AC21C7"/>
    <w:rsid w:val="00AC24FA"/>
    <w:rsid w:val="00AC2617"/>
    <w:rsid w:val="00AC2B09"/>
    <w:rsid w:val="00AC2BF9"/>
    <w:rsid w:val="00AC2E1E"/>
    <w:rsid w:val="00AC3787"/>
    <w:rsid w:val="00AC3A51"/>
    <w:rsid w:val="00AC4627"/>
    <w:rsid w:val="00AC46FA"/>
    <w:rsid w:val="00AC4964"/>
    <w:rsid w:val="00AC5FB5"/>
    <w:rsid w:val="00AC5FF9"/>
    <w:rsid w:val="00AC62D8"/>
    <w:rsid w:val="00AC6D57"/>
    <w:rsid w:val="00AC70A8"/>
    <w:rsid w:val="00AC75EF"/>
    <w:rsid w:val="00AC76C1"/>
    <w:rsid w:val="00AC7787"/>
    <w:rsid w:val="00AD0978"/>
    <w:rsid w:val="00AD129A"/>
    <w:rsid w:val="00AD1650"/>
    <w:rsid w:val="00AD1789"/>
    <w:rsid w:val="00AD1C35"/>
    <w:rsid w:val="00AD1FBB"/>
    <w:rsid w:val="00AD2051"/>
    <w:rsid w:val="00AD2272"/>
    <w:rsid w:val="00AD2DEF"/>
    <w:rsid w:val="00AD39F1"/>
    <w:rsid w:val="00AD3A25"/>
    <w:rsid w:val="00AD3D0B"/>
    <w:rsid w:val="00AD3E28"/>
    <w:rsid w:val="00AD47D1"/>
    <w:rsid w:val="00AD47DE"/>
    <w:rsid w:val="00AD5275"/>
    <w:rsid w:val="00AD5F3F"/>
    <w:rsid w:val="00AD63C8"/>
    <w:rsid w:val="00AD692D"/>
    <w:rsid w:val="00AD6B67"/>
    <w:rsid w:val="00AD7229"/>
    <w:rsid w:val="00AD7327"/>
    <w:rsid w:val="00AD75EB"/>
    <w:rsid w:val="00AD7723"/>
    <w:rsid w:val="00AD79A2"/>
    <w:rsid w:val="00AD7D74"/>
    <w:rsid w:val="00AE0156"/>
    <w:rsid w:val="00AE0A01"/>
    <w:rsid w:val="00AE0E7F"/>
    <w:rsid w:val="00AE167D"/>
    <w:rsid w:val="00AE16CA"/>
    <w:rsid w:val="00AE1799"/>
    <w:rsid w:val="00AE1B0D"/>
    <w:rsid w:val="00AE1C9F"/>
    <w:rsid w:val="00AE1D27"/>
    <w:rsid w:val="00AE2AAB"/>
    <w:rsid w:val="00AE2B96"/>
    <w:rsid w:val="00AE2EC4"/>
    <w:rsid w:val="00AE30A1"/>
    <w:rsid w:val="00AE30FE"/>
    <w:rsid w:val="00AE316D"/>
    <w:rsid w:val="00AE3AC0"/>
    <w:rsid w:val="00AE4173"/>
    <w:rsid w:val="00AE44EC"/>
    <w:rsid w:val="00AE45B6"/>
    <w:rsid w:val="00AE479C"/>
    <w:rsid w:val="00AE49A3"/>
    <w:rsid w:val="00AE4A85"/>
    <w:rsid w:val="00AE4CAA"/>
    <w:rsid w:val="00AE5042"/>
    <w:rsid w:val="00AE5C4D"/>
    <w:rsid w:val="00AE5DAF"/>
    <w:rsid w:val="00AE6072"/>
    <w:rsid w:val="00AE6082"/>
    <w:rsid w:val="00AE6742"/>
    <w:rsid w:val="00AE6846"/>
    <w:rsid w:val="00AE770D"/>
    <w:rsid w:val="00AE77F5"/>
    <w:rsid w:val="00AE7A80"/>
    <w:rsid w:val="00AE7DD3"/>
    <w:rsid w:val="00AF0281"/>
    <w:rsid w:val="00AF03B5"/>
    <w:rsid w:val="00AF0465"/>
    <w:rsid w:val="00AF08B7"/>
    <w:rsid w:val="00AF0B84"/>
    <w:rsid w:val="00AF0C48"/>
    <w:rsid w:val="00AF0C62"/>
    <w:rsid w:val="00AF0FDA"/>
    <w:rsid w:val="00AF19F0"/>
    <w:rsid w:val="00AF1BA6"/>
    <w:rsid w:val="00AF1FDA"/>
    <w:rsid w:val="00AF249B"/>
    <w:rsid w:val="00AF24C8"/>
    <w:rsid w:val="00AF25C5"/>
    <w:rsid w:val="00AF2808"/>
    <w:rsid w:val="00AF284F"/>
    <w:rsid w:val="00AF308C"/>
    <w:rsid w:val="00AF323A"/>
    <w:rsid w:val="00AF3309"/>
    <w:rsid w:val="00AF38BE"/>
    <w:rsid w:val="00AF38DF"/>
    <w:rsid w:val="00AF390F"/>
    <w:rsid w:val="00AF40D6"/>
    <w:rsid w:val="00AF447A"/>
    <w:rsid w:val="00AF46DC"/>
    <w:rsid w:val="00AF4E3A"/>
    <w:rsid w:val="00AF52DB"/>
    <w:rsid w:val="00AF5807"/>
    <w:rsid w:val="00AF58CD"/>
    <w:rsid w:val="00AF5908"/>
    <w:rsid w:val="00AF636B"/>
    <w:rsid w:val="00AF64B1"/>
    <w:rsid w:val="00AF6802"/>
    <w:rsid w:val="00AF6BE3"/>
    <w:rsid w:val="00AF76C7"/>
    <w:rsid w:val="00AF7BC3"/>
    <w:rsid w:val="00AF7D99"/>
    <w:rsid w:val="00B00050"/>
    <w:rsid w:val="00B00608"/>
    <w:rsid w:val="00B00665"/>
    <w:rsid w:val="00B007AC"/>
    <w:rsid w:val="00B00A13"/>
    <w:rsid w:val="00B00C03"/>
    <w:rsid w:val="00B01800"/>
    <w:rsid w:val="00B02F4D"/>
    <w:rsid w:val="00B034DB"/>
    <w:rsid w:val="00B037C3"/>
    <w:rsid w:val="00B03B25"/>
    <w:rsid w:val="00B03DBA"/>
    <w:rsid w:val="00B03E9A"/>
    <w:rsid w:val="00B03F28"/>
    <w:rsid w:val="00B04848"/>
    <w:rsid w:val="00B0495C"/>
    <w:rsid w:val="00B05408"/>
    <w:rsid w:val="00B05490"/>
    <w:rsid w:val="00B05AA2"/>
    <w:rsid w:val="00B05F20"/>
    <w:rsid w:val="00B06546"/>
    <w:rsid w:val="00B06640"/>
    <w:rsid w:val="00B06859"/>
    <w:rsid w:val="00B068CD"/>
    <w:rsid w:val="00B0733C"/>
    <w:rsid w:val="00B07924"/>
    <w:rsid w:val="00B07DA0"/>
    <w:rsid w:val="00B10627"/>
    <w:rsid w:val="00B10B78"/>
    <w:rsid w:val="00B11003"/>
    <w:rsid w:val="00B11508"/>
    <w:rsid w:val="00B11E2C"/>
    <w:rsid w:val="00B1341F"/>
    <w:rsid w:val="00B137E3"/>
    <w:rsid w:val="00B137FE"/>
    <w:rsid w:val="00B13CDD"/>
    <w:rsid w:val="00B13CEB"/>
    <w:rsid w:val="00B13E6F"/>
    <w:rsid w:val="00B14873"/>
    <w:rsid w:val="00B14964"/>
    <w:rsid w:val="00B14D45"/>
    <w:rsid w:val="00B15168"/>
    <w:rsid w:val="00B1539B"/>
    <w:rsid w:val="00B1552F"/>
    <w:rsid w:val="00B15837"/>
    <w:rsid w:val="00B15E33"/>
    <w:rsid w:val="00B15F15"/>
    <w:rsid w:val="00B15F52"/>
    <w:rsid w:val="00B16089"/>
    <w:rsid w:val="00B16342"/>
    <w:rsid w:val="00B1650B"/>
    <w:rsid w:val="00B169A0"/>
    <w:rsid w:val="00B16BB0"/>
    <w:rsid w:val="00B16BF2"/>
    <w:rsid w:val="00B16C8D"/>
    <w:rsid w:val="00B16EB9"/>
    <w:rsid w:val="00B171AB"/>
    <w:rsid w:val="00B17AFB"/>
    <w:rsid w:val="00B17E6A"/>
    <w:rsid w:val="00B17FD2"/>
    <w:rsid w:val="00B20095"/>
    <w:rsid w:val="00B20451"/>
    <w:rsid w:val="00B20750"/>
    <w:rsid w:val="00B21036"/>
    <w:rsid w:val="00B217F3"/>
    <w:rsid w:val="00B2190F"/>
    <w:rsid w:val="00B21D58"/>
    <w:rsid w:val="00B21FBB"/>
    <w:rsid w:val="00B223C6"/>
    <w:rsid w:val="00B22470"/>
    <w:rsid w:val="00B2281B"/>
    <w:rsid w:val="00B22873"/>
    <w:rsid w:val="00B22888"/>
    <w:rsid w:val="00B228A0"/>
    <w:rsid w:val="00B2292C"/>
    <w:rsid w:val="00B22EC3"/>
    <w:rsid w:val="00B23844"/>
    <w:rsid w:val="00B2423E"/>
    <w:rsid w:val="00B2427B"/>
    <w:rsid w:val="00B242A9"/>
    <w:rsid w:val="00B24570"/>
    <w:rsid w:val="00B24802"/>
    <w:rsid w:val="00B24838"/>
    <w:rsid w:val="00B24D68"/>
    <w:rsid w:val="00B25790"/>
    <w:rsid w:val="00B260E6"/>
    <w:rsid w:val="00B263BE"/>
    <w:rsid w:val="00B26424"/>
    <w:rsid w:val="00B2647C"/>
    <w:rsid w:val="00B266D3"/>
    <w:rsid w:val="00B26738"/>
    <w:rsid w:val="00B26FB8"/>
    <w:rsid w:val="00B2746F"/>
    <w:rsid w:val="00B274D0"/>
    <w:rsid w:val="00B27735"/>
    <w:rsid w:val="00B278E7"/>
    <w:rsid w:val="00B30087"/>
    <w:rsid w:val="00B3028C"/>
    <w:rsid w:val="00B30DD7"/>
    <w:rsid w:val="00B316A4"/>
    <w:rsid w:val="00B31C3C"/>
    <w:rsid w:val="00B31C4A"/>
    <w:rsid w:val="00B31F08"/>
    <w:rsid w:val="00B320C4"/>
    <w:rsid w:val="00B3254F"/>
    <w:rsid w:val="00B3259F"/>
    <w:rsid w:val="00B32626"/>
    <w:rsid w:val="00B328E3"/>
    <w:rsid w:val="00B329A7"/>
    <w:rsid w:val="00B32D1A"/>
    <w:rsid w:val="00B32FAB"/>
    <w:rsid w:val="00B33428"/>
    <w:rsid w:val="00B339D0"/>
    <w:rsid w:val="00B343A7"/>
    <w:rsid w:val="00B344FB"/>
    <w:rsid w:val="00B346F3"/>
    <w:rsid w:val="00B34A6A"/>
    <w:rsid w:val="00B34D85"/>
    <w:rsid w:val="00B34F33"/>
    <w:rsid w:val="00B350C9"/>
    <w:rsid w:val="00B3518F"/>
    <w:rsid w:val="00B3534B"/>
    <w:rsid w:val="00B353A7"/>
    <w:rsid w:val="00B35561"/>
    <w:rsid w:val="00B35C9D"/>
    <w:rsid w:val="00B35D6A"/>
    <w:rsid w:val="00B35F48"/>
    <w:rsid w:val="00B3602C"/>
    <w:rsid w:val="00B36337"/>
    <w:rsid w:val="00B365AF"/>
    <w:rsid w:val="00B366C7"/>
    <w:rsid w:val="00B36E33"/>
    <w:rsid w:val="00B36E91"/>
    <w:rsid w:val="00B37010"/>
    <w:rsid w:val="00B37323"/>
    <w:rsid w:val="00B3739F"/>
    <w:rsid w:val="00B37F04"/>
    <w:rsid w:val="00B4037D"/>
    <w:rsid w:val="00B40413"/>
    <w:rsid w:val="00B40418"/>
    <w:rsid w:val="00B4090A"/>
    <w:rsid w:val="00B40C78"/>
    <w:rsid w:val="00B40C7A"/>
    <w:rsid w:val="00B40F4F"/>
    <w:rsid w:val="00B410C2"/>
    <w:rsid w:val="00B413F2"/>
    <w:rsid w:val="00B41488"/>
    <w:rsid w:val="00B41679"/>
    <w:rsid w:val="00B41795"/>
    <w:rsid w:val="00B41ACB"/>
    <w:rsid w:val="00B41B5E"/>
    <w:rsid w:val="00B41D22"/>
    <w:rsid w:val="00B41D8F"/>
    <w:rsid w:val="00B41E79"/>
    <w:rsid w:val="00B42003"/>
    <w:rsid w:val="00B427D7"/>
    <w:rsid w:val="00B42ADC"/>
    <w:rsid w:val="00B42AF3"/>
    <w:rsid w:val="00B43B71"/>
    <w:rsid w:val="00B44165"/>
    <w:rsid w:val="00B4483C"/>
    <w:rsid w:val="00B44A64"/>
    <w:rsid w:val="00B44AEA"/>
    <w:rsid w:val="00B44AEE"/>
    <w:rsid w:val="00B45163"/>
    <w:rsid w:val="00B454AE"/>
    <w:rsid w:val="00B45CE1"/>
    <w:rsid w:val="00B460A1"/>
    <w:rsid w:val="00B460B5"/>
    <w:rsid w:val="00B46114"/>
    <w:rsid w:val="00B4618C"/>
    <w:rsid w:val="00B46205"/>
    <w:rsid w:val="00B46941"/>
    <w:rsid w:val="00B469FF"/>
    <w:rsid w:val="00B46DD2"/>
    <w:rsid w:val="00B471E6"/>
    <w:rsid w:val="00B472C5"/>
    <w:rsid w:val="00B4766D"/>
    <w:rsid w:val="00B50DF3"/>
    <w:rsid w:val="00B50E58"/>
    <w:rsid w:val="00B514F7"/>
    <w:rsid w:val="00B51549"/>
    <w:rsid w:val="00B515E5"/>
    <w:rsid w:val="00B515E8"/>
    <w:rsid w:val="00B51AFC"/>
    <w:rsid w:val="00B52710"/>
    <w:rsid w:val="00B52E32"/>
    <w:rsid w:val="00B53104"/>
    <w:rsid w:val="00B53251"/>
    <w:rsid w:val="00B53DF7"/>
    <w:rsid w:val="00B5410A"/>
    <w:rsid w:val="00B54795"/>
    <w:rsid w:val="00B547E4"/>
    <w:rsid w:val="00B55035"/>
    <w:rsid w:val="00B55607"/>
    <w:rsid w:val="00B558AB"/>
    <w:rsid w:val="00B55976"/>
    <w:rsid w:val="00B55D96"/>
    <w:rsid w:val="00B56089"/>
    <w:rsid w:val="00B5613E"/>
    <w:rsid w:val="00B56201"/>
    <w:rsid w:val="00B56505"/>
    <w:rsid w:val="00B56921"/>
    <w:rsid w:val="00B57AD9"/>
    <w:rsid w:val="00B57E3F"/>
    <w:rsid w:val="00B60716"/>
    <w:rsid w:val="00B60814"/>
    <w:rsid w:val="00B60C60"/>
    <w:rsid w:val="00B60EEE"/>
    <w:rsid w:val="00B6136E"/>
    <w:rsid w:val="00B61B26"/>
    <w:rsid w:val="00B61F80"/>
    <w:rsid w:val="00B62013"/>
    <w:rsid w:val="00B620E0"/>
    <w:rsid w:val="00B6216D"/>
    <w:rsid w:val="00B6218B"/>
    <w:rsid w:val="00B62986"/>
    <w:rsid w:val="00B62B27"/>
    <w:rsid w:val="00B62BB0"/>
    <w:rsid w:val="00B62C00"/>
    <w:rsid w:val="00B62D66"/>
    <w:rsid w:val="00B62EF7"/>
    <w:rsid w:val="00B63015"/>
    <w:rsid w:val="00B631D0"/>
    <w:rsid w:val="00B634D1"/>
    <w:rsid w:val="00B639FA"/>
    <w:rsid w:val="00B63FEE"/>
    <w:rsid w:val="00B6487C"/>
    <w:rsid w:val="00B64999"/>
    <w:rsid w:val="00B65025"/>
    <w:rsid w:val="00B65101"/>
    <w:rsid w:val="00B65396"/>
    <w:rsid w:val="00B65789"/>
    <w:rsid w:val="00B6594E"/>
    <w:rsid w:val="00B65AFC"/>
    <w:rsid w:val="00B65C68"/>
    <w:rsid w:val="00B66579"/>
    <w:rsid w:val="00B6670C"/>
    <w:rsid w:val="00B6682C"/>
    <w:rsid w:val="00B668F6"/>
    <w:rsid w:val="00B66C7B"/>
    <w:rsid w:val="00B67091"/>
    <w:rsid w:val="00B67473"/>
    <w:rsid w:val="00B6760D"/>
    <w:rsid w:val="00B67FF0"/>
    <w:rsid w:val="00B70286"/>
    <w:rsid w:val="00B702E5"/>
    <w:rsid w:val="00B70668"/>
    <w:rsid w:val="00B7088B"/>
    <w:rsid w:val="00B70B62"/>
    <w:rsid w:val="00B70C1A"/>
    <w:rsid w:val="00B71139"/>
    <w:rsid w:val="00B7128A"/>
    <w:rsid w:val="00B71400"/>
    <w:rsid w:val="00B718C8"/>
    <w:rsid w:val="00B71BA7"/>
    <w:rsid w:val="00B71CA7"/>
    <w:rsid w:val="00B71D56"/>
    <w:rsid w:val="00B71ED6"/>
    <w:rsid w:val="00B727F9"/>
    <w:rsid w:val="00B72B09"/>
    <w:rsid w:val="00B73517"/>
    <w:rsid w:val="00B735AC"/>
    <w:rsid w:val="00B738F4"/>
    <w:rsid w:val="00B73F91"/>
    <w:rsid w:val="00B740E2"/>
    <w:rsid w:val="00B74585"/>
    <w:rsid w:val="00B74616"/>
    <w:rsid w:val="00B74E90"/>
    <w:rsid w:val="00B750ED"/>
    <w:rsid w:val="00B7549B"/>
    <w:rsid w:val="00B7648B"/>
    <w:rsid w:val="00B7651C"/>
    <w:rsid w:val="00B774AA"/>
    <w:rsid w:val="00B7756B"/>
    <w:rsid w:val="00B77656"/>
    <w:rsid w:val="00B7765C"/>
    <w:rsid w:val="00B77BEA"/>
    <w:rsid w:val="00B802D9"/>
    <w:rsid w:val="00B80329"/>
    <w:rsid w:val="00B80CBB"/>
    <w:rsid w:val="00B81149"/>
    <w:rsid w:val="00B81BEF"/>
    <w:rsid w:val="00B81CA4"/>
    <w:rsid w:val="00B81E2A"/>
    <w:rsid w:val="00B81FAF"/>
    <w:rsid w:val="00B82857"/>
    <w:rsid w:val="00B828D3"/>
    <w:rsid w:val="00B828DF"/>
    <w:rsid w:val="00B82DFB"/>
    <w:rsid w:val="00B832EF"/>
    <w:rsid w:val="00B8358A"/>
    <w:rsid w:val="00B836D5"/>
    <w:rsid w:val="00B8400C"/>
    <w:rsid w:val="00B8406F"/>
    <w:rsid w:val="00B844DA"/>
    <w:rsid w:val="00B846E1"/>
    <w:rsid w:val="00B84A23"/>
    <w:rsid w:val="00B84A5F"/>
    <w:rsid w:val="00B84F65"/>
    <w:rsid w:val="00B850C0"/>
    <w:rsid w:val="00B85958"/>
    <w:rsid w:val="00B859F0"/>
    <w:rsid w:val="00B864B4"/>
    <w:rsid w:val="00B8682B"/>
    <w:rsid w:val="00B86F87"/>
    <w:rsid w:val="00B874EF"/>
    <w:rsid w:val="00B87811"/>
    <w:rsid w:val="00B879AB"/>
    <w:rsid w:val="00B87E56"/>
    <w:rsid w:val="00B900D4"/>
    <w:rsid w:val="00B902D5"/>
    <w:rsid w:val="00B9047F"/>
    <w:rsid w:val="00B90494"/>
    <w:rsid w:val="00B904AD"/>
    <w:rsid w:val="00B90839"/>
    <w:rsid w:val="00B90A6C"/>
    <w:rsid w:val="00B90E7E"/>
    <w:rsid w:val="00B90F69"/>
    <w:rsid w:val="00B9106D"/>
    <w:rsid w:val="00B914D9"/>
    <w:rsid w:val="00B91787"/>
    <w:rsid w:val="00B91852"/>
    <w:rsid w:val="00B91A2A"/>
    <w:rsid w:val="00B92094"/>
    <w:rsid w:val="00B92614"/>
    <w:rsid w:val="00B927FE"/>
    <w:rsid w:val="00B937BA"/>
    <w:rsid w:val="00B93F2D"/>
    <w:rsid w:val="00B94126"/>
    <w:rsid w:val="00B9453A"/>
    <w:rsid w:val="00B9456D"/>
    <w:rsid w:val="00B94A87"/>
    <w:rsid w:val="00B9562C"/>
    <w:rsid w:val="00B9576B"/>
    <w:rsid w:val="00B95983"/>
    <w:rsid w:val="00B95BA5"/>
    <w:rsid w:val="00B962FA"/>
    <w:rsid w:val="00B96986"/>
    <w:rsid w:val="00B97030"/>
    <w:rsid w:val="00B97581"/>
    <w:rsid w:val="00B9762D"/>
    <w:rsid w:val="00B9770B"/>
    <w:rsid w:val="00B97B15"/>
    <w:rsid w:val="00B97E8E"/>
    <w:rsid w:val="00BA01E4"/>
    <w:rsid w:val="00BA070F"/>
    <w:rsid w:val="00BA0733"/>
    <w:rsid w:val="00BA0861"/>
    <w:rsid w:val="00BA08FC"/>
    <w:rsid w:val="00BA0A46"/>
    <w:rsid w:val="00BA0AD8"/>
    <w:rsid w:val="00BA0CBE"/>
    <w:rsid w:val="00BA0E90"/>
    <w:rsid w:val="00BA0F58"/>
    <w:rsid w:val="00BA12D1"/>
    <w:rsid w:val="00BA1D00"/>
    <w:rsid w:val="00BA1DC0"/>
    <w:rsid w:val="00BA1E4A"/>
    <w:rsid w:val="00BA1F74"/>
    <w:rsid w:val="00BA1FD4"/>
    <w:rsid w:val="00BA2138"/>
    <w:rsid w:val="00BA2416"/>
    <w:rsid w:val="00BA284F"/>
    <w:rsid w:val="00BA2E4B"/>
    <w:rsid w:val="00BA2FD6"/>
    <w:rsid w:val="00BA3479"/>
    <w:rsid w:val="00BA3E6E"/>
    <w:rsid w:val="00BA414B"/>
    <w:rsid w:val="00BA41BE"/>
    <w:rsid w:val="00BA41EE"/>
    <w:rsid w:val="00BA4EE3"/>
    <w:rsid w:val="00BA5757"/>
    <w:rsid w:val="00BA575A"/>
    <w:rsid w:val="00BA57A5"/>
    <w:rsid w:val="00BA5A4E"/>
    <w:rsid w:val="00BA5CDC"/>
    <w:rsid w:val="00BA617A"/>
    <w:rsid w:val="00BA6499"/>
    <w:rsid w:val="00BA65C7"/>
    <w:rsid w:val="00BA66C0"/>
    <w:rsid w:val="00BA6900"/>
    <w:rsid w:val="00BA6979"/>
    <w:rsid w:val="00BA69B5"/>
    <w:rsid w:val="00BA6D52"/>
    <w:rsid w:val="00BA6FB2"/>
    <w:rsid w:val="00BA71F4"/>
    <w:rsid w:val="00BA75A6"/>
    <w:rsid w:val="00BA78BB"/>
    <w:rsid w:val="00BA7A65"/>
    <w:rsid w:val="00BA7B4F"/>
    <w:rsid w:val="00BA7C44"/>
    <w:rsid w:val="00BB026B"/>
    <w:rsid w:val="00BB02E9"/>
    <w:rsid w:val="00BB061F"/>
    <w:rsid w:val="00BB0825"/>
    <w:rsid w:val="00BB09BB"/>
    <w:rsid w:val="00BB0D2F"/>
    <w:rsid w:val="00BB0E9E"/>
    <w:rsid w:val="00BB0FE4"/>
    <w:rsid w:val="00BB103D"/>
    <w:rsid w:val="00BB1133"/>
    <w:rsid w:val="00BB1BE2"/>
    <w:rsid w:val="00BB1E59"/>
    <w:rsid w:val="00BB22A9"/>
    <w:rsid w:val="00BB2701"/>
    <w:rsid w:val="00BB29C9"/>
    <w:rsid w:val="00BB2A84"/>
    <w:rsid w:val="00BB30C1"/>
    <w:rsid w:val="00BB3724"/>
    <w:rsid w:val="00BB372E"/>
    <w:rsid w:val="00BB383D"/>
    <w:rsid w:val="00BB3CC6"/>
    <w:rsid w:val="00BB3E11"/>
    <w:rsid w:val="00BB4107"/>
    <w:rsid w:val="00BB449D"/>
    <w:rsid w:val="00BB4C30"/>
    <w:rsid w:val="00BB4DAC"/>
    <w:rsid w:val="00BB517C"/>
    <w:rsid w:val="00BB55FB"/>
    <w:rsid w:val="00BB5DC0"/>
    <w:rsid w:val="00BB62BE"/>
    <w:rsid w:val="00BB64AC"/>
    <w:rsid w:val="00BB651E"/>
    <w:rsid w:val="00BB6586"/>
    <w:rsid w:val="00BB6DA4"/>
    <w:rsid w:val="00BB745B"/>
    <w:rsid w:val="00BB75D1"/>
    <w:rsid w:val="00BB798D"/>
    <w:rsid w:val="00BB7A3C"/>
    <w:rsid w:val="00BB7BAA"/>
    <w:rsid w:val="00BB7D46"/>
    <w:rsid w:val="00BC015D"/>
    <w:rsid w:val="00BC01DA"/>
    <w:rsid w:val="00BC0476"/>
    <w:rsid w:val="00BC052B"/>
    <w:rsid w:val="00BC05CA"/>
    <w:rsid w:val="00BC0645"/>
    <w:rsid w:val="00BC0F02"/>
    <w:rsid w:val="00BC19D9"/>
    <w:rsid w:val="00BC2631"/>
    <w:rsid w:val="00BC27AD"/>
    <w:rsid w:val="00BC2833"/>
    <w:rsid w:val="00BC315B"/>
    <w:rsid w:val="00BC3370"/>
    <w:rsid w:val="00BC38FD"/>
    <w:rsid w:val="00BC3F48"/>
    <w:rsid w:val="00BC4211"/>
    <w:rsid w:val="00BC4EA6"/>
    <w:rsid w:val="00BC4F40"/>
    <w:rsid w:val="00BC4F9B"/>
    <w:rsid w:val="00BC4FD4"/>
    <w:rsid w:val="00BC55DE"/>
    <w:rsid w:val="00BC5840"/>
    <w:rsid w:val="00BC5B6A"/>
    <w:rsid w:val="00BC61CE"/>
    <w:rsid w:val="00BC63D1"/>
    <w:rsid w:val="00BC6506"/>
    <w:rsid w:val="00BC67E5"/>
    <w:rsid w:val="00BC6844"/>
    <w:rsid w:val="00BC7492"/>
    <w:rsid w:val="00BC74CC"/>
    <w:rsid w:val="00BC7534"/>
    <w:rsid w:val="00BC7551"/>
    <w:rsid w:val="00BC77D8"/>
    <w:rsid w:val="00BC7D45"/>
    <w:rsid w:val="00BC7DAE"/>
    <w:rsid w:val="00BD019D"/>
    <w:rsid w:val="00BD01A1"/>
    <w:rsid w:val="00BD0841"/>
    <w:rsid w:val="00BD0B6F"/>
    <w:rsid w:val="00BD0EA2"/>
    <w:rsid w:val="00BD0FDB"/>
    <w:rsid w:val="00BD0FED"/>
    <w:rsid w:val="00BD1AC2"/>
    <w:rsid w:val="00BD1BD8"/>
    <w:rsid w:val="00BD1C56"/>
    <w:rsid w:val="00BD1D22"/>
    <w:rsid w:val="00BD1D8A"/>
    <w:rsid w:val="00BD1F30"/>
    <w:rsid w:val="00BD21B0"/>
    <w:rsid w:val="00BD2300"/>
    <w:rsid w:val="00BD26C1"/>
    <w:rsid w:val="00BD2BCD"/>
    <w:rsid w:val="00BD2E3E"/>
    <w:rsid w:val="00BD2E7D"/>
    <w:rsid w:val="00BD38B6"/>
    <w:rsid w:val="00BD39D2"/>
    <w:rsid w:val="00BD3D0B"/>
    <w:rsid w:val="00BD400F"/>
    <w:rsid w:val="00BD4343"/>
    <w:rsid w:val="00BD4EA4"/>
    <w:rsid w:val="00BD5048"/>
    <w:rsid w:val="00BD518C"/>
    <w:rsid w:val="00BD51F0"/>
    <w:rsid w:val="00BD5254"/>
    <w:rsid w:val="00BD59D7"/>
    <w:rsid w:val="00BD61D4"/>
    <w:rsid w:val="00BD62A3"/>
    <w:rsid w:val="00BD6509"/>
    <w:rsid w:val="00BD653E"/>
    <w:rsid w:val="00BD73E6"/>
    <w:rsid w:val="00BD7752"/>
    <w:rsid w:val="00BD77F2"/>
    <w:rsid w:val="00BD7A79"/>
    <w:rsid w:val="00BE03CC"/>
    <w:rsid w:val="00BE08E3"/>
    <w:rsid w:val="00BE0A38"/>
    <w:rsid w:val="00BE0C08"/>
    <w:rsid w:val="00BE0C1C"/>
    <w:rsid w:val="00BE1886"/>
    <w:rsid w:val="00BE1DBC"/>
    <w:rsid w:val="00BE24DC"/>
    <w:rsid w:val="00BE2756"/>
    <w:rsid w:val="00BE2CFC"/>
    <w:rsid w:val="00BE2D0B"/>
    <w:rsid w:val="00BE2D5E"/>
    <w:rsid w:val="00BE2D95"/>
    <w:rsid w:val="00BE2F93"/>
    <w:rsid w:val="00BE3126"/>
    <w:rsid w:val="00BE3317"/>
    <w:rsid w:val="00BE3324"/>
    <w:rsid w:val="00BE3DB1"/>
    <w:rsid w:val="00BE3E92"/>
    <w:rsid w:val="00BE4086"/>
    <w:rsid w:val="00BE450E"/>
    <w:rsid w:val="00BE47C1"/>
    <w:rsid w:val="00BE495A"/>
    <w:rsid w:val="00BE4A34"/>
    <w:rsid w:val="00BE4C86"/>
    <w:rsid w:val="00BE4D3F"/>
    <w:rsid w:val="00BE4E0D"/>
    <w:rsid w:val="00BE4EC5"/>
    <w:rsid w:val="00BE4FD6"/>
    <w:rsid w:val="00BE51ED"/>
    <w:rsid w:val="00BE5776"/>
    <w:rsid w:val="00BE57AC"/>
    <w:rsid w:val="00BE5A6C"/>
    <w:rsid w:val="00BE5A95"/>
    <w:rsid w:val="00BE5B28"/>
    <w:rsid w:val="00BE6097"/>
    <w:rsid w:val="00BE61E7"/>
    <w:rsid w:val="00BE6289"/>
    <w:rsid w:val="00BE62D9"/>
    <w:rsid w:val="00BE651A"/>
    <w:rsid w:val="00BE6A0F"/>
    <w:rsid w:val="00BE6B8C"/>
    <w:rsid w:val="00BE74C2"/>
    <w:rsid w:val="00BE76FB"/>
    <w:rsid w:val="00BE7B18"/>
    <w:rsid w:val="00BF022E"/>
    <w:rsid w:val="00BF0325"/>
    <w:rsid w:val="00BF03F2"/>
    <w:rsid w:val="00BF04C9"/>
    <w:rsid w:val="00BF0851"/>
    <w:rsid w:val="00BF0AAC"/>
    <w:rsid w:val="00BF102F"/>
    <w:rsid w:val="00BF11F6"/>
    <w:rsid w:val="00BF14EA"/>
    <w:rsid w:val="00BF1BB8"/>
    <w:rsid w:val="00BF224B"/>
    <w:rsid w:val="00BF24CC"/>
    <w:rsid w:val="00BF2509"/>
    <w:rsid w:val="00BF26C4"/>
    <w:rsid w:val="00BF28E0"/>
    <w:rsid w:val="00BF2C27"/>
    <w:rsid w:val="00BF33EC"/>
    <w:rsid w:val="00BF3A61"/>
    <w:rsid w:val="00BF3AC8"/>
    <w:rsid w:val="00BF3E5C"/>
    <w:rsid w:val="00BF41F5"/>
    <w:rsid w:val="00BF4804"/>
    <w:rsid w:val="00BF4C6B"/>
    <w:rsid w:val="00BF5033"/>
    <w:rsid w:val="00BF51F9"/>
    <w:rsid w:val="00BF5417"/>
    <w:rsid w:val="00BF5901"/>
    <w:rsid w:val="00BF5956"/>
    <w:rsid w:val="00BF5E59"/>
    <w:rsid w:val="00BF63BA"/>
    <w:rsid w:val="00BF679F"/>
    <w:rsid w:val="00BF697C"/>
    <w:rsid w:val="00BF69CC"/>
    <w:rsid w:val="00BF6C99"/>
    <w:rsid w:val="00BF6E53"/>
    <w:rsid w:val="00BF704A"/>
    <w:rsid w:val="00BF7204"/>
    <w:rsid w:val="00BF7706"/>
    <w:rsid w:val="00BF7AA6"/>
    <w:rsid w:val="00BF7BAB"/>
    <w:rsid w:val="00BF7E44"/>
    <w:rsid w:val="00BF7EF5"/>
    <w:rsid w:val="00C00C84"/>
    <w:rsid w:val="00C00D4C"/>
    <w:rsid w:val="00C01088"/>
    <w:rsid w:val="00C01230"/>
    <w:rsid w:val="00C01586"/>
    <w:rsid w:val="00C01672"/>
    <w:rsid w:val="00C016A1"/>
    <w:rsid w:val="00C02032"/>
    <w:rsid w:val="00C02039"/>
    <w:rsid w:val="00C0217C"/>
    <w:rsid w:val="00C027D8"/>
    <w:rsid w:val="00C036C7"/>
    <w:rsid w:val="00C03783"/>
    <w:rsid w:val="00C040E7"/>
    <w:rsid w:val="00C0425A"/>
    <w:rsid w:val="00C046FE"/>
    <w:rsid w:val="00C04AD2"/>
    <w:rsid w:val="00C04B25"/>
    <w:rsid w:val="00C04FE9"/>
    <w:rsid w:val="00C052EB"/>
    <w:rsid w:val="00C055F9"/>
    <w:rsid w:val="00C056E5"/>
    <w:rsid w:val="00C05FD1"/>
    <w:rsid w:val="00C06260"/>
    <w:rsid w:val="00C06AA1"/>
    <w:rsid w:val="00C06D37"/>
    <w:rsid w:val="00C06E3A"/>
    <w:rsid w:val="00C072BE"/>
    <w:rsid w:val="00C07353"/>
    <w:rsid w:val="00C075E4"/>
    <w:rsid w:val="00C077A4"/>
    <w:rsid w:val="00C077E4"/>
    <w:rsid w:val="00C078B8"/>
    <w:rsid w:val="00C07B19"/>
    <w:rsid w:val="00C07D62"/>
    <w:rsid w:val="00C102B3"/>
    <w:rsid w:val="00C10D05"/>
    <w:rsid w:val="00C10DDF"/>
    <w:rsid w:val="00C10E50"/>
    <w:rsid w:val="00C10E87"/>
    <w:rsid w:val="00C11379"/>
    <w:rsid w:val="00C1188B"/>
    <w:rsid w:val="00C11A8A"/>
    <w:rsid w:val="00C11B02"/>
    <w:rsid w:val="00C121B0"/>
    <w:rsid w:val="00C12448"/>
    <w:rsid w:val="00C1291D"/>
    <w:rsid w:val="00C12994"/>
    <w:rsid w:val="00C12997"/>
    <w:rsid w:val="00C12FB2"/>
    <w:rsid w:val="00C1311C"/>
    <w:rsid w:val="00C13420"/>
    <w:rsid w:val="00C13814"/>
    <w:rsid w:val="00C13FF9"/>
    <w:rsid w:val="00C1422A"/>
    <w:rsid w:val="00C1433F"/>
    <w:rsid w:val="00C145D7"/>
    <w:rsid w:val="00C14A9C"/>
    <w:rsid w:val="00C14B04"/>
    <w:rsid w:val="00C14C79"/>
    <w:rsid w:val="00C150BE"/>
    <w:rsid w:val="00C15380"/>
    <w:rsid w:val="00C15782"/>
    <w:rsid w:val="00C15B20"/>
    <w:rsid w:val="00C163DD"/>
    <w:rsid w:val="00C1658B"/>
    <w:rsid w:val="00C1675A"/>
    <w:rsid w:val="00C16874"/>
    <w:rsid w:val="00C1721C"/>
    <w:rsid w:val="00C175CF"/>
    <w:rsid w:val="00C1760A"/>
    <w:rsid w:val="00C2031B"/>
    <w:rsid w:val="00C2061D"/>
    <w:rsid w:val="00C2074B"/>
    <w:rsid w:val="00C20A53"/>
    <w:rsid w:val="00C20AD7"/>
    <w:rsid w:val="00C20D1F"/>
    <w:rsid w:val="00C20F78"/>
    <w:rsid w:val="00C2120D"/>
    <w:rsid w:val="00C21B5A"/>
    <w:rsid w:val="00C21DEE"/>
    <w:rsid w:val="00C21F2D"/>
    <w:rsid w:val="00C22C02"/>
    <w:rsid w:val="00C23695"/>
    <w:rsid w:val="00C2377D"/>
    <w:rsid w:val="00C23BF3"/>
    <w:rsid w:val="00C2427E"/>
    <w:rsid w:val="00C246DD"/>
    <w:rsid w:val="00C24B76"/>
    <w:rsid w:val="00C25259"/>
    <w:rsid w:val="00C25864"/>
    <w:rsid w:val="00C25A34"/>
    <w:rsid w:val="00C25BD5"/>
    <w:rsid w:val="00C265B0"/>
    <w:rsid w:val="00C26A71"/>
    <w:rsid w:val="00C26A8F"/>
    <w:rsid w:val="00C26A95"/>
    <w:rsid w:val="00C26FF2"/>
    <w:rsid w:val="00C2714B"/>
    <w:rsid w:val="00C2782B"/>
    <w:rsid w:val="00C2791E"/>
    <w:rsid w:val="00C304DA"/>
    <w:rsid w:val="00C31146"/>
    <w:rsid w:val="00C3117D"/>
    <w:rsid w:val="00C313C3"/>
    <w:rsid w:val="00C316E7"/>
    <w:rsid w:val="00C317AF"/>
    <w:rsid w:val="00C3242F"/>
    <w:rsid w:val="00C326CD"/>
    <w:rsid w:val="00C3276C"/>
    <w:rsid w:val="00C328FA"/>
    <w:rsid w:val="00C33027"/>
    <w:rsid w:val="00C33C7A"/>
    <w:rsid w:val="00C33C8C"/>
    <w:rsid w:val="00C3435E"/>
    <w:rsid w:val="00C3440F"/>
    <w:rsid w:val="00C34EE8"/>
    <w:rsid w:val="00C35684"/>
    <w:rsid w:val="00C3593F"/>
    <w:rsid w:val="00C35B14"/>
    <w:rsid w:val="00C36242"/>
    <w:rsid w:val="00C3635D"/>
    <w:rsid w:val="00C363CE"/>
    <w:rsid w:val="00C3643F"/>
    <w:rsid w:val="00C36A2F"/>
    <w:rsid w:val="00C37403"/>
    <w:rsid w:val="00C37E82"/>
    <w:rsid w:val="00C37EBB"/>
    <w:rsid w:val="00C400F0"/>
    <w:rsid w:val="00C40341"/>
    <w:rsid w:val="00C40862"/>
    <w:rsid w:val="00C40B53"/>
    <w:rsid w:val="00C40B9F"/>
    <w:rsid w:val="00C40C1F"/>
    <w:rsid w:val="00C40CB5"/>
    <w:rsid w:val="00C413A0"/>
    <w:rsid w:val="00C413E5"/>
    <w:rsid w:val="00C413F1"/>
    <w:rsid w:val="00C41531"/>
    <w:rsid w:val="00C41768"/>
    <w:rsid w:val="00C41862"/>
    <w:rsid w:val="00C41926"/>
    <w:rsid w:val="00C41F18"/>
    <w:rsid w:val="00C421A3"/>
    <w:rsid w:val="00C42ABC"/>
    <w:rsid w:val="00C42E33"/>
    <w:rsid w:val="00C433AF"/>
    <w:rsid w:val="00C433E4"/>
    <w:rsid w:val="00C436AB"/>
    <w:rsid w:val="00C43F3F"/>
    <w:rsid w:val="00C44087"/>
    <w:rsid w:val="00C441C5"/>
    <w:rsid w:val="00C4423D"/>
    <w:rsid w:val="00C4429A"/>
    <w:rsid w:val="00C44607"/>
    <w:rsid w:val="00C4461A"/>
    <w:rsid w:val="00C448B1"/>
    <w:rsid w:val="00C449C3"/>
    <w:rsid w:val="00C450F6"/>
    <w:rsid w:val="00C451EF"/>
    <w:rsid w:val="00C4548E"/>
    <w:rsid w:val="00C454B8"/>
    <w:rsid w:val="00C455FB"/>
    <w:rsid w:val="00C456A8"/>
    <w:rsid w:val="00C45C47"/>
    <w:rsid w:val="00C45CF2"/>
    <w:rsid w:val="00C45D27"/>
    <w:rsid w:val="00C45E92"/>
    <w:rsid w:val="00C4622A"/>
    <w:rsid w:val="00C4636E"/>
    <w:rsid w:val="00C466DB"/>
    <w:rsid w:val="00C466E5"/>
    <w:rsid w:val="00C46727"/>
    <w:rsid w:val="00C46784"/>
    <w:rsid w:val="00C46D07"/>
    <w:rsid w:val="00C47793"/>
    <w:rsid w:val="00C4796C"/>
    <w:rsid w:val="00C47AA7"/>
    <w:rsid w:val="00C47FC8"/>
    <w:rsid w:val="00C500CC"/>
    <w:rsid w:val="00C50648"/>
    <w:rsid w:val="00C506EA"/>
    <w:rsid w:val="00C50A20"/>
    <w:rsid w:val="00C50D52"/>
    <w:rsid w:val="00C51276"/>
    <w:rsid w:val="00C518F2"/>
    <w:rsid w:val="00C51EC9"/>
    <w:rsid w:val="00C52C17"/>
    <w:rsid w:val="00C52CB0"/>
    <w:rsid w:val="00C53340"/>
    <w:rsid w:val="00C5353C"/>
    <w:rsid w:val="00C53596"/>
    <w:rsid w:val="00C54059"/>
    <w:rsid w:val="00C542EE"/>
    <w:rsid w:val="00C54380"/>
    <w:rsid w:val="00C54D4F"/>
    <w:rsid w:val="00C55040"/>
    <w:rsid w:val="00C55203"/>
    <w:rsid w:val="00C55348"/>
    <w:rsid w:val="00C5551F"/>
    <w:rsid w:val="00C5574A"/>
    <w:rsid w:val="00C55F8D"/>
    <w:rsid w:val="00C560CB"/>
    <w:rsid w:val="00C565E7"/>
    <w:rsid w:val="00C56ACA"/>
    <w:rsid w:val="00C56BE7"/>
    <w:rsid w:val="00C572B9"/>
    <w:rsid w:val="00C57964"/>
    <w:rsid w:val="00C57D84"/>
    <w:rsid w:val="00C57F7A"/>
    <w:rsid w:val="00C6039A"/>
    <w:rsid w:val="00C606AD"/>
    <w:rsid w:val="00C60D47"/>
    <w:rsid w:val="00C60E25"/>
    <w:rsid w:val="00C60F3C"/>
    <w:rsid w:val="00C60FEE"/>
    <w:rsid w:val="00C61184"/>
    <w:rsid w:val="00C611F3"/>
    <w:rsid w:val="00C61377"/>
    <w:rsid w:val="00C614C1"/>
    <w:rsid w:val="00C617CB"/>
    <w:rsid w:val="00C6192A"/>
    <w:rsid w:val="00C61C5D"/>
    <w:rsid w:val="00C61F4C"/>
    <w:rsid w:val="00C623E6"/>
    <w:rsid w:val="00C625EF"/>
    <w:rsid w:val="00C62C15"/>
    <w:rsid w:val="00C6339F"/>
    <w:rsid w:val="00C63895"/>
    <w:rsid w:val="00C63AE6"/>
    <w:rsid w:val="00C63D14"/>
    <w:rsid w:val="00C63FDB"/>
    <w:rsid w:val="00C64003"/>
    <w:rsid w:val="00C6404A"/>
    <w:rsid w:val="00C656DC"/>
    <w:rsid w:val="00C65937"/>
    <w:rsid w:val="00C66031"/>
    <w:rsid w:val="00C667F7"/>
    <w:rsid w:val="00C67EBA"/>
    <w:rsid w:val="00C70184"/>
    <w:rsid w:val="00C70403"/>
    <w:rsid w:val="00C7055F"/>
    <w:rsid w:val="00C70DAD"/>
    <w:rsid w:val="00C716C8"/>
    <w:rsid w:val="00C716E6"/>
    <w:rsid w:val="00C71AE4"/>
    <w:rsid w:val="00C71EA9"/>
    <w:rsid w:val="00C71F07"/>
    <w:rsid w:val="00C71FAD"/>
    <w:rsid w:val="00C72525"/>
    <w:rsid w:val="00C7257B"/>
    <w:rsid w:val="00C72623"/>
    <w:rsid w:val="00C726FC"/>
    <w:rsid w:val="00C72849"/>
    <w:rsid w:val="00C7308B"/>
    <w:rsid w:val="00C734FC"/>
    <w:rsid w:val="00C735B2"/>
    <w:rsid w:val="00C73D2F"/>
    <w:rsid w:val="00C74302"/>
    <w:rsid w:val="00C7443A"/>
    <w:rsid w:val="00C7457D"/>
    <w:rsid w:val="00C745F3"/>
    <w:rsid w:val="00C7473D"/>
    <w:rsid w:val="00C748C6"/>
    <w:rsid w:val="00C74C72"/>
    <w:rsid w:val="00C75010"/>
    <w:rsid w:val="00C7513C"/>
    <w:rsid w:val="00C7591D"/>
    <w:rsid w:val="00C75AB3"/>
    <w:rsid w:val="00C75C90"/>
    <w:rsid w:val="00C76168"/>
    <w:rsid w:val="00C76542"/>
    <w:rsid w:val="00C774A8"/>
    <w:rsid w:val="00C779F6"/>
    <w:rsid w:val="00C77A25"/>
    <w:rsid w:val="00C77F58"/>
    <w:rsid w:val="00C77FB7"/>
    <w:rsid w:val="00C77FCE"/>
    <w:rsid w:val="00C800D1"/>
    <w:rsid w:val="00C80304"/>
    <w:rsid w:val="00C8073B"/>
    <w:rsid w:val="00C80DE6"/>
    <w:rsid w:val="00C80E32"/>
    <w:rsid w:val="00C80EFC"/>
    <w:rsid w:val="00C8151D"/>
    <w:rsid w:val="00C81C52"/>
    <w:rsid w:val="00C81E5A"/>
    <w:rsid w:val="00C826BB"/>
    <w:rsid w:val="00C82BCD"/>
    <w:rsid w:val="00C82FFA"/>
    <w:rsid w:val="00C8358E"/>
    <w:rsid w:val="00C83736"/>
    <w:rsid w:val="00C843A7"/>
    <w:rsid w:val="00C8440F"/>
    <w:rsid w:val="00C85220"/>
    <w:rsid w:val="00C8529C"/>
    <w:rsid w:val="00C85966"/>
    <w:rsid w:val="00C85A63"/>
    <w:rsid w:val="00C85CF1"/>
    <w:rsid w:val="00C85FE4"/>
    <w:rsid w:val="00C86826"/>
    <w:rsid w:val="00C86B0E"/>
    <w:rsid w:val="00C86BDB"/>
    <w:rsid w:val="00C86EE5"/>
    <w:rsid w:val="00C86F2F"/>
    <w:rsid w:val="00C86FE7"/>
    <w:rsid w:val="00C871BB"/>
    <w:rsid w:val="00C873DB"/>
    <w:rsid w:val="00C87CC6"/>
    <w:rsid w:val="00C903C5"/>
    <w:rsid w:val="00C9041C"/>
    <w:rsid w:val="00C90A1A"/>
    <w:rsid w:val="00C90A99"/>
    <w:rsid w:val="00C90F1E"/>
    <w:rsid w:val="00C90F93"/>
    <w:rsid w:val="00C910C8"/>
    <w:rsid w:val="00C9118A"/>
    <w:rsid w:val="00C91857"/>
    <w:rsid w:val="00C91C87"/>
    <w:rsid w:val="00C91D0E"/>
    <w:rsid w:val="00C91E9F"/>
    <w:rsid w:val="00C91F6A"/>
    <w:rsid w:val="00C924B2"/>
    <w:rsid w:val="00C9283E"/>
    <w:rsid w:val="00C92D97"/>
    <w:rsid w:val="00C92DFA"/>
    <w:rsid w:val="00C92E0A"/>
    <w:rsid w:val="00C92F3E"/>
    <w:rsid w:val="00C930F2"/>
    <w:rsid w:val="00C93137"/>
    <w:rsid w:val="00C93A1C"/>
    <w:rsid w:val="00C93C22"/>
    <w:rsid w:val="00C94186"/>
    <w:rsid w:val="00C94507"/>
    <w:rsid w:val="00C94A4C"/>
    <w:rsid w:val="00C94E97"/>
    <w:rsid w:val="00C9549B"/>
    <w:rsid w:val="00C95692"/>
    <w:rsid w:val="00C956C5"/>
    <w:rsid w:val="00C9582E"/>
    <w:rsid w:val="00C963FD"/>
    <w:rsid w:val="00C96C09"/>
    <w:rsid w:val="00C96D76"/>
    <w:rsid w:val="00C97160"/>
    <w:rsid w:val="00C971AD"/>
    <w:rsid w:val="00C976FE"/>
    <w:rsid w:val="00C979E8"/>
    <w:rsid w:val="00C97BB6"/>
    <w:rsid w:val="00C97EA0"/>
    <w:rsid w:val="00C97F17"/>
    <w:rsid w:val="00CA072A"/>
    <w:rsid w:val="00CA0DA5"/>
    <w:rsid w:val="00CA10B5"/>
    <w:rsid w:val="00CA1133"/>
    <w:rsid w:val="00CA14E1"/>
    <w:rsid w:val="00CA16EE"/>
    <w:rsid w:val="00CA1A57"/>
    <w:rsid w:val="00CA204D"/>
    <w:rsid w:val="00CA22D3"/>
    <w:rsid w:val="00CA26AF"/>
    <w:rsid w:val="00CA2C91"/>
    <w:rsid w:val="00CA2D34"/>
    <w:rsid w:val="00CA4073"/>
    <w:rsid w:val="00CA42C2"/>
    <w:rsid w:val="00CA44C7"/>
    <w:rsid w:val="00CA4541"/>
    <w:rsid w:val="00CA47A9"/>
    <w:rsid w:val="00CA4868"/>
    <w:rsid w:val="00CA494B"/>
    <w:rsid w:val="00CA4F82"/>
    <w:rsid w:val="00CA4FC3"/>
    <w:rsid w:val="00CA5297"/>
    <w:rsid w:val="00CA52BA"/>
    <w:rsid w:val="00CA5CFA"/>
    <w:rsid w:val="00CA5E2E"/>
    <w:rsid w:val="00CA5F4C"/>
    <w:rsid w:val="00CA62B8"/>
    <w:rsid w:val="00CA6476"/>
    <w:rsid w:val="00CA65E3"/>
    <w:rsid w:val="00CA70EF"/>
    <w:rsid w:val="00CA729C"/>
    <w:rsid w:val="00CA7396"/>
    <w:rsid w:val="00CA7BFE"/>
    <w:rsid w:val="00CA7D77"/>
    <w:rsid w:val="00CA7E02"/>
    <w:rsid w:val="00CB006A"/>
    <w:rsid w:val="00CB03EF"/>
    <w:rsid w:val="00CB076D"/>
    <w:rsid w:val="00CB0A37"/>
    <w:rsid w:val="00CB0CC0"/>
    <w:rsid w:val="00CB1052"/>
    <w:rsid w:val="00CB11CA"/>
    <w:rsid w:val="00CB1307"/>
    <w:rsid w:val="00CB1316"/>
    <w:rsid w:val="00CB16B8"/>
    <w:rsid w:val="00CB184D"/>
    <w:rsid w:val="00CB188C"/>
    <w:rsid w:val="00CB197C"/>
    <w:rsid w:val="00CB1A54"/>
    <w:rsid w:val="00CB1D06"/>
    <w:rsid w:val="00CB22DE"/>
    <w:rsid w:val="00CB28DF"/>
    <w:rsid w:val="00CB2B94"/>
    <w:rsid w:val="00CB2E95"/>
    <w:rsid w:val="00CB3165"/>
    <w:rsid w:val="00CB38C0"/>
    <w:rsid w:val="00CB4029"/>
    <w:rsid w:val="00CB430C"/>
    <w:rsid w:val="00CB4388"/>
    <w:rsid w:val="00CB4AE7"/>
    <w:rsid w:val="00CB4B0C"/>
    <w:rsid w:val="00CB4B49"/>
    <w:rsid w:val="00CB4CD9"/>
    <w:rsid w:val="00CB5265"/>
    <w:rsid w:val="00CB5605"/>
    <w:rsid w:val="00CB56EB"/>
    <w:rsid w:val="00CB57CC"/>
    <w:rsid w:val="00CB5869"/>
    <w:rsid w:val="00CB591B"/>
    <w:rsid w:val="00CB5B63"/>
    <w:rsid w:val="00CB5E94"/>
    <w:rsid w:val="00CB61BF"/>
    <w:rsid w:val="00CB632A"/>
    <w:rsid w:val="00CB66F1"/>
    <w:rsid w:val="00CB72F2"/>
    <w:rsid w:val="00CB74C7"/>
    <w:rsid w:val="00CB7D0F"/>
    <w:rsid w:val="00CB7E5E"/>
    <w:rsid w:val="00CC02C7"/>
    <w:rsid w:val="00CC045C"/>
    <w:rsid w:val="00CC0C10"/>
    <w:rsid w:val="00CC174B"/>
    <w:rsid w:val="00CC1A1D"/>
    <w:rsid w:val="00CC1A7A"/>
    <w:rsid w:val="00CC1A96"/>
    <w:rsid w:val="00CC1B81"/>
    <w:rsid w:val="00CC1DBB"/>
    <w:rsid w:val="00CC25E1"/>
    <w:rsid w:val="00CC25EF"/>
    <w:rsid w:val="00CC2854"/>
    <w:rsid w:val="00CC30FF"/>
    <w:rsid w:val="00CC37D0"/>
    <w:rsid w:val="00CC3A8E"/>
    <w:rsid w:val="00CC3CB1"/>
    <w:rsid w:val="00CC3D7A"/>
    <w:rsid w:val="00CC4582"/>
    <w:rsid w:val="00CC4680"/>
    <w:rsid w:val="00CC4DE7"/>
    <w:rsid w:val="00CC5D57"/>
    <w:rsid w:val="00CC5DD3"/>
    <w:rsid w:val="00CC6237"/>
    <w:rsid w:val="00CC6363"/>
    <w:rsid w:val="00CC6557"/>
    <w:rsid w:val="00CC66F9"/>
    <w:rsid w:val="00CC673E"/>
    <w:rsid w:val="00CC688C"/>
    <w:rsid w:val="00CC74CB"/>
    <w:rsid w:val="00CC76FF"/>
    <w:rsid w:val="00CC7789"/>
    <w:rsid w:val="00CC77DC"/>
    <w:rsid w:val="00CC78A7"/>
    <w:rsid w:val="00CC7ACB"/>
    <w:rsid w:val="00CC7CA3"/>
    <w:rsid w:val="00CC7FDE"/>
    <w:rsid w:val="00CD008A"/>
    <w:rsid w:val="00CD0717"/>
    <w:rsid w:val="00CD0902"/>
    <w:rsid w:val="00CD0989"/>
    <w:rsid w:val="00CD131C"/>
    <w:rsid w:val="00CD157B"/>
    <w:rsid w:val="00CD2038"/>
    <w:rsid w:val="00CD203F"/>
    <w:rsid w:val="00CD2649"/>
    <w:rsid w:val="00CD26BB"/>
    <w:rsid w:val="00CD277B"/>
    <w:rsid w:val="00CD2A45"/>
    <w:rsid w:val="00CD2D44"/>
    <w:rsid w:val="00CD3E56"/>
    <w:rsid w:val="00CD4095"/>
    <w:rsid w:val="00CD423B"/>
    <w:rsid w:val="00CD4485"/>
    <w:rsid w:val="00CD46DC"/>
    <w:rsid w:val="00CD4A82"/>
    <w:rsid w:val="00CD4AF4"/>
    <w:rsid w:val="00CD4CE8"/>
    <w:rsid w:val="00CD4E19"/>
    <w:rsid w:val="00CD5B93"/>
    <w:rsid w:val="00CD63AD"/>
    <w:rsid w:val="00CD67DA"/>
    <w:rsid w:val="00CD6918"/>
    <w:rsid w:val="00CD6E5E"/>
    <w:rsid w:val="00CD71B5"/>
    <w:rsid w:val="00CD71E2"/>
    <w:rsid w:val="00CD79AE"/>
    <w:rsid w:val="00CD7E9D"/>
    <w:rsid w:val="00CE0A25"/>
    <w:rsid w:val="00CE0A66"/>
    <w:rsid w:val="00CE0B1C"/>
    <w:rsid w:val="00CE0B80"/>
    <w:rsid w:val="00CE0D79"/>
    <w:rsid w:val="00CE0ED7"/>
    <w:rsid w:val="00CE104A"/>
    <w:rsid w:val="00CE1158"/>
    <w:rsid w:val="00CE1956"/>
    <w:rsid w:val="00CE22B4"/>
    <w:rsid w:val="00CE23DD"/>
    <w:rsid w:val="00CE2465"/>
    <w:rsid w:val="00CE25B0"/>
    <w:rsid w:val="00CE28AE"/>
    <w:rsid w:val="00CE28D6"/>
    <w:rsid w:val="00CE2AD5"/>
    <w:rsid w:val="00CE2C2F"/>
    <w:rsid w:val="00CE2FF6"/>
    <w:rsid w:val="00CE30AC"/>
    <w:rsid w:val="00CE3235"/>
    <w:rsid w:val="00CE3250"/>
    <w:rsid w:val="00CE3C93"/>
    <w:rsid w:val="00CE3E5E"/>
    <w:rsid w:val="00CE3ED7"/>
    <w:rsid w:val="00CE3F81"/>
    <w:rsid w:val="00CE4306"/>
    <w:rsid w:val="00CE681A"/>
    <w:rsid w:val="00CE6981"/>
    <w:rsid w:val="00CE70F9"/>
    <w:rsid w:val="00CE7336"/>
    <w:rsid w:val="00CE7782"/>
    <w:rsid w:val="00CE7BB1"/>
    <w:rsid w:val="00CE7BFA"/>
    <w:rsid w:val="00CE7CB9"/>
    <w:rsid w:val="00CF03C8"/>
    <w:rsid w:val="00CF04F2"/>
    <w:rsid w:val="00CF0535"/>
    <w:rsid w:val="00CF06F1"/>
    <w:rsid w:val="00CF079B"/>
    <w:rsid w:val="00CF07EF"/>
    <w:rsid w:val="00CF0D01"/>
    <w:rsid w:val="00CF0EF4"/>
    <w:rsid w:val="00CF114E"/>
    <w:rsid w:val="00CF122B"/>
    <w:rsid w:val="00CF16B2"/>
    <w:rsid w:val="00CF19CA"/>
    <w:rsid w:val="00CF1FEE"/>
    <w:rsid w:val="00CF206F"/>
    <w:rsid w:val="00CF24F9"/>
    <w:rsid w:val="00CF2975"/>
    <w:rsid w:val="00CF2BF3"/>
    <w:rsid w:val="00CF2FD5"/>
    <w:rsid w:val="00CF3878"/>
    <w:rsid w:val="00CF387F"/>
    <w:rsid w:val="00CF3974"/>
    <w:rsid w:val="00CF3AE2"/>
    <w:rsid w:val="00CF3BBB"/>
    <w:rsid w:val="00CF3D44"/>
    <w:rsid w:val="00CF3EE8"/>
    <w:rsid w:val="00CF403F"/>
    <w:rsid w:val="00CF4092"/>
    <w:rsid w:val="00CF4206"/>
    <w:rsid w:val="00CF44D8"/>
    <w:rsid w:val="00CF4683"/>
    <w:rsid w:val="00CF4887"/>
    <w:rsid w:val="00CF4924"/>
    <w:rsid w:val="00CF4B44"/>
    <w:rsid w:val="00CF4C18"/>
    <w:rsid w:val="00CF5048"/>
    <w:rsid w:val="00CF5480"/>
    <w:rsid w:val="00CF5E29"/>
    <w:rsid w:val="00CF602A"/>
    <w:rsid w:val="00CF64F3"/>
    <w:rsid w:val="00CF66E2"/>
    <w:rsid w:val="00CF6981"/>
    <w:rsid w:val="00CF6F47"/>
    <w:rsid w:val="00CF6FA0"/>
    <w:rsid w:val="00CF7199"/>
    <w:rsid w:val="00CF7616"/>
    <w:rsid w:val="00CF7E37"/>
    <w:rsid w:val="00CF7EC8"/>
    <w:rsid w:val="00CF7F1D"/>
    <w:rsid w:val="00D00430"/>
    <w:rsid w:val="00D00471"/>
    <w:rsid w:val="00D00AE7"/>
    <w:rsid w:val="00D01446"/>
    <w:rsid w:val="00D0166E"/>
    <w:rsid w:val="00D01982"/>
    <w:rsid w:val="00D01AD6"/>
    <w:rsid w:val="00D02100"/>
    <w:rsid w:val="00D02246"/>
    <w:rsid w:val="00D026B7"/>
    <w:rsid w:val="00D026D5"/>
    <w:rsid w:val="00D02B59"/>
    <w:rsid w:val="00D02D06"/>
    <w:rsid w:val="00D02DDA"/>
    <w:rsid w:val="00D039D4"/>
    <w:rsid w:val="00D0464B"/>
    <w:rsid w:val="00D04802"/>
    <w:rsid w:val="00D048BA"/>
    <w:rsid w:val="00D04A34"/>
    <w:rsid w:val="00D04A7B"/>
    <w:rsid w:val="00D04F2A"/>
    <w:rsid w:val="00D052C9"/>
    <w:rsid w:val="00D05546"/>
    <w:rsid w:val="00D05B3C"/>
    <w:rsid w:val="00D05CD5"/>
    <w:rsid w:val="00D060B3"/>
    <w:rsid w:val="00D06353"/>
    <w:rsid w:val="00D06779"/>
    <w:rsid w:val="00D0678D"/>
    <w:rsid w:val="00D068C2"/>
    <w:rsid w:val="00D06EF6"/>
    <w:rsid w:val="00D071CE"/>
    <w:rsid w:val="00D0793F"/>
    <w:rsid w:val="00D10305"/>
    <w:rsid w:val="00D1093A"/>
    <w:rsid w:val="00D10992"/>
    <w:rsid w:val="00D1135F"/>
    <w:rsid w:val="00D114BC"/>
    <w:rsid w:val="00D116DF"/>
    <w:rsid w:val="00D117E7"/>
    <w:rsid w:val="00D1189F"/>
    <w:rsid w:val="00D11A3B"/>
    <w:rsid w:val="00D122CC"/>
    <w:rsid w:val="00D12424"/>
    <w:rsid w:val="00D124BC"/>
    <w:rsid w:val="00D12937"/>
    <w:rsid w:val="00D12AFE"/>
    <w:rsid w:val="00D12BED"/>
    <w:rsid w:val="00D13220"/>
    <w:rsid w:val="00D132C9"/>
    <w:rsid w:val="00D133FD"/>
    <w:rsid w:val="00D13452"/>
    <w:rsid w:val="00D13BC5"/>
    <w:rsid w:val="00D13F68"/>
    <w:rsid w:val="00D14DC6"/>
    <w:rsid w:val="00D15290"/>
    <w:rsid w:val="00D15439"/>
    <w:rsid w:val="00D15479"/>
    <w:rsid w:val="00D1557C"/>
    <w:rsid w:val="00D16A5B"/>
    <w:rsid w:val="00D16B77"/>
    <w:rsid w:val="00D16CCB"/>
    <w:rsid w:val="00D16F69"/>
    <w:rsid w:val="00D1740A"/>
    <w:rsid w:val="00D17476"/>
    <w:rsid w:val="00D17486"/>
    <w:rsid w:val="00D1772A"/>
    <w:rsid w:val="00D17F2B"/>
    <w:rsid w:val="00D20196"/>
    <w:rsid w:val="00D2079D"/>
    <w:rsid w:val="00D2096A"/>
    <w:rsid w:val="00D20B6D"/>
    <w:rsid w:val="00D20D26"/>
    <w:rsid w:val="00D2137E"/>
    <w:rsid w:val="00D21868"/>
    <w:rsid w:val="00D21A73"/>
    <w:rsid w:val="00D21C01"/>
    <w:rsid w:val="00D21F97"/>
    <w:rsid w:val="00D21FE6"/>
    <w:rsid w:val="00D22216"/>
    <w:rsid w:val="00D22620"/>
    <w:rsid w:val="00D22B10"/>
    <w:rsid w:val="00D22BD8"/>
    <w:rsid w:val="00D22D5F"/>
    <w:rsid w:val="00D23041"/>
    <w:rsid w:val="00D231F9"/>
    <w:rsid w:val="00D232A0"/>
    <w:rsid w:val="00D2379B"/>
    <w:rsid w:val="00D23B94"/>
    <w:rsid w:val="00D23C73"/>
    <w:rsid w:val="00D23DE7"/>
    <w:rsid w:val="00D24741"/>
    <w:rsid w:val="00D24FA5"/>
    <w:rsid w:val="00D256E9"/>
    <w:rsid w:val="00D25704"/>
    <w:rsid w:val="00D25D1A"/>
    <w:rsid w:val="00D26172"/>
    <w:rsid w:val="00D2650B"/>
    <w:rsid w:val="00D2677F"/>
    <w:rsid w:val="00D26997"/>
    <w:rsid w:val="00D26E6B"/>
    <w:rsid w:val="00D273E1"/>
    <w:rsid w:val="00D27433"/>
    <w:rsid w:val="00D2756D"/>
    <w:rsid w:val="00D277EF"/>
    <w:rsid w:val="00D27CBA"/>
    <w:rsid w:val="00D3009F"/>
    <w:rsid w:val="00D30290"/>
    <w:rsid w:val="00D30585"/>
    <w:rsid w:val="00D3067E"/>
    <w:rsid w:val="00D30A06"/>
    <w:rsid w:val="00D310A0"/>
    <w:rsid w:val="00D31307"/>
    <w:rsid w:val="00D31314"/>
    <w:rsid w:val="00D315CD"/>
    <w:rsid w:val="00D31641"/>
    <w:rsid w:val="00D31E3C"/>
    <w:rsid w:val="00D31EB4"/>
    <w:rsid w:val="00D321C9"/>
    <w:rsid w:val="00D32D7C"/>
    <w:rsid w:val="00D332A1"/>
    <w:rsid w:val="00D334CE"/>
    <w:rsid w:val="00D33837"/>
    <w:rsid w:val="00D33883"/>
    <w:rsid w:val="00D33DC8"/>
    <w:rsid w:val="00D347E3"/>
    <w:rsid w:val="00D34928"/>
    <w:rsid w:val="00D34B34"/>
    <w:rsid w:val="00D34D7C"/>
    <w:rsid w:val="00D35376"/>
    <w:rsid w:val="00D3539F"/>
    <w:rsid w:val="00D353FE"/>
    <w:rsid w:val="00D354C6"/>
    <w:rsid w:val="00D359A1"/>
    <w:rsid w:val="00D35DE1"/>
    <w:rsid w:val="00D35F89"/>
    <w:rsid w:val="00D35FE6"/>
    <w:rsid w:val="00D36236"/>
    <w:rsid w:val="00D36337"/>
    <w:rsid w:val="00D36796"/>
    <w:rsid w:val="00D36D5E"/>
    <w:rsid w:val="00D37058"/>
    <w:rsid w:val="00D376C1"/>
    <w:rsid w:val="00D37852"/>
    <w:rsid w:val="00D3797D"/>
    <w:rsid w:val="00D37F51"/>
    <w:rsid w:val="00D40694"/>
    <w:rsid w:val="00D407F8"/>
    <w:rsid w:val="00D40D82"/>
    <w:rsid w:val="00D40E39"/>
    <w:rsid w:val="00D418BB"/>
    <w:rsid w:val="00D41BA7"/>
    <w:rsid w:val="00D41BE0"/>
    <w:rsid w:val="00D41D28"/>
    <w:rsid w:val="00D41EA1"/>
    <w:rsid w:val="00D42321"/>
    <w:rsid w:val="00D4251C"/>
    <w:rsid w:val="00D42646"/>
    <w:rsid w:val="00D42BF8"/>
    <w:rsid w:val="00D42DD1"/>
    <w:rsid w:val="00D42F00"/>
    <w:rsid w:val="00D433BD"/>
    <w:rsid w:val="00D43A0C"/>
    <w:rsid w:val="00D43AC0"/>
    <w:rsid w:val="00D43B94"/>
    <w:rsid w:val="00D43CC0"/>
    <w:rsid w:val="00D43D7D"/>
    <w:rsid w:val="00D440CB"/>
    <w:rsid w:val="00D44258"/>
    <w:rsid w:val="00D442A8"/>
    <w:rsid w:val="00D44A33"/>
    <w:rsid w:val="00D44AD4"/>
    <w:rsid w:val="00D44D95"/>
    <w:rsid w:val="00D44E02"/>
    <w:rsid w:val="00D44E63"/>
    <w:rsid w:val="00D454A7"/>
    <w:rsid w:val="00D455D8"/>
    <w:rsid w:val="00D45D7B"/>
    <w:rsid w:val="00D46247"/>
    <w:rsid w:val="00D46660"/>
    <w:rsid w:val="00D4683E"/>
    <w:rsid w:val="00D4714F"/>
    <w:rsid w:val="00D47C8D"/>
    <w:rsid w:val="00D47E6F"/>
    <w:rsid w:val="00D47ECC"/>
    <w:rsid w:val="00D47F08"/>
    <w:rsid w:val="00D500AB"/>
    <w:rsid w:val="00D50C90"/>
    <w:rsid w:val="00D511CF"/>
    <w:rsid w:val="00D5120C"/>
    <w:rsid w:val="00D512C2"/>
    <w:rsid w:val="00D5132C"/>
    <w:rsid w:val="00D51576"/>
    <w:rsid w:val="00D515ED"/>
    <w:rsid w:val="00D517C3"/>
    <w:rsid w:val="00D51BC0"/>
    <w:rsid w:val="00D51C67"/>
    <w:rsid w:val="00D52597"/>
    <w:rsid w:val="00D52681"/>
    <w:rsid w:val="00D530CC"/>
    <w:rsid w:val="00D53181"/>
    <w:rsid w:val="00D5437F"/>
    <w:rsid w:val="00D54487"/>
    <w:rsid w:val="00D54904"/>
    <w:rsid w:val="00D54980"/>
    <w:rsid w:val="00D54A16"/>
    <w:rsid w:val="00D54CBC"/>
    <w:rsid w:val="00D556D3"/>
    <w:rsid w:val="00D55BE2"/>
    <w:rsid w:val="00D55DCA"/>
    <w:rsid w:val="00D55E23"/>
    <w:rsid w:val="00D55E98"/>
    <w:rsid w:val="00D55F0C"/>
    <w:rsid w:val="00D56646"/>
    <w:rsid w:val="00D56850"/>
    <w:rsid w:val="00D56DCA"/>
    <w:rsid w:val="00D56EF0"/>
    <w:rsid w:val="00D573DD"/>
    <w:rsid w:val="00D576E1"/>
    <w:rsid w:val="00D57945"/>
    <w:rsid w:val="00D579C9"/>
    <w:rsid w:val="00D57C53"/>
    <w:rsid w:val="00D60BE7"/>
    <w:rsid w:val="00D60C81"/>
    <w:rsid w:val="00D60F67"/>
    <w:rsid w:val="00D61104"/>
    <w:rsid w:val="00D61356"/>
    <w:rsid w:val="00D619EB"/>
    <w:rsid w:val="00D61EA7"/>
    <w:rsid w:val="00D620FD"/>
    <w:rsid w:val="00D626E6"/>
    <w:rsid w:val="00D62919"/>
    <w:rsid w:val="00D62A7D"/>
    <w:rsid w:val="00D62B9C"/>
    <w:rsid w:val="00D62F46"/>
    <w:rsid w:val="00D6304C"/>
    <w:rsid w:val="00D630E0"/>
    <w:rsid w:val="00D6339F"/>
    <w:rsid w:val="00D63515"/>
    <w:rsid w:val="00D63B43"/>
    <w:rsid w:val="00D63D75"/>
    <w:rsid w:val="00D63D88"/>
    <w:rsid w:val="00D64116"/>
    <w:rsid w:val="00D6499D"/>
    <w:rsid w:val="00D64E11"/>
    <w:rsid w:val="00D64FBF"/>
    <w:rsid w:val="00D65552"/>
    <w:rsid w:val="00D6599D"/>
    <w:rsid w:val="00D65C7E"/>
    <w:rsid w:val="00D65CDD"/>
    <w:rsid w:val="00D65CE9"/>
    <w:rsid w:val="00D65EFB"/>
    <w:rsid w:val="00D66005"/>
    <w:rsid w:val="00D66322"/>
    <w:rsid w:val="00D66577"/>
    <w:rsid w:val="00D667C9"/>
    <w:rsid w:val="00D667F3"/>
    <w:rsid w:val="00D66822"/>
    <w:rsid w:val="00D66D0F"/>
    <w:rsid w:val="00D66FFC"/>
    <w:rsid w:val="00D674EB"/>
    <w:rsid w:val="00D675AD"/>
    <w:rsid w:val="00D67C37"/>
    <w:rsid w:val="00D67C87"/>
    <w:rsid w:val="00D67EBC"/>
    <w:rsid w:val="00D70238"/>
    <w:rsid w:val="00D704AA"/>
    <w:rsid w:val="00D7092E"/>
    <w:rsid w:val="00D71320"/>
    <w:rsid w:val="00D71373"/>
    <w:rsid w:val="00D71B15"/>
    <w:rsid w:val="00D720CE"/>
    <w:rsid w:val="00D72611"/>
    <w:rsid w:val="00D72758"/>
    <w:rsid w:val="00D727C0"/>
    <w:rsid w:val="00D728DE"/>
    <w:rsid w:val="00D72B60"/>
    <w:rsid w:val="00D72CE2"/>
    <w:rsid w:val="00D72E77"/>
    <w:rsid w:val="00D72FE3"/>
    <w:rsid w:val="00D730A2"/>
    <w:rsid w:val="00D734A4"/>
    <w:rsid w:val="00D734D9"/>
    <w:rsid w:val="00D73C47"/>
    <w:rsid w:val="00D73E6D"/>
    <w:rsid w:val="00D74072"/>
    <w:rsid w:val="00D7424C"/>
    <w:rsid w:val="00D7431E"/>
    <w:rsid w:val="00D7439E"/>
    <w:rsid w:val="00D743DE"/>
    <w:rsid w:val="00D74440"/>
    <w:rsid w:val="00D74734"/>
    <w:rsid w:val="00D74C75"/>
    <w:rsid w:val="00D74FF7"/>
    <w:rsid w:val="00D75313"/>
    <w:rsid w:val="00D75337"/>
    <w:rsid w:val="00D754D6"/>
    <w:rsid w:val="00D75535"/>
    <w:rsid w:val="00D75B41"/>
    <w:rsid w:val="00D75B62"/>
    <w:rsid w:val="00D75CF9"/>
    <w:rsid w:val="00D75E7E"/>
    <w:rsid w:val="00D76265"/>
    <w:rsid w:val="00D7698F"/>
    <w:rsid w:val="00D76C17"/>
    <w:rsid w:val="00D76DA2"/>
    <w:rsid w:val="00D7740D"/>
    <w:rsid w:val="00D775AD"/>
    <w:rsid w:val="00D77A51"/>
    <w:rsid w:val="00D77D84"/>
    <w:rsid w:val="00D80222"/>
    <w:rsid w:val="00D80946"/>
    <w:rsid w:val="00D809D3"/>
    <w:rsid w:val="00D80CBC"/>
    <w:rsid w:val="00D80DBD"/>
    <w:rsid w:val="00D80DE3"/>
    <w:rsid w:val="00D80EAE"/>
    <w:rsid w:val="00D81702"/>
    <w:rsid w:val="00D817D5"/>
    <w:rsid w:val="00D819B0"/>
    <w:rsid w:val="00D81BC3"/>
    <w:rsid w:val="00D81D39"/>
    <w:rsid w:val="00D81DF8"/>
    <w:rsid w:val="00D81E26"/>
    <w:rsid w:val="00D81FA7"/>
    <w:rsid w:val="00D82680"/>
    <w:rsid w:val="00D827BB"/>
    <w:rsid w:val="00D830D8"/>
    <w:rsid w:val="00D83B9E"/>
    <w:rsid w:val="00D83FCB"/>
    <w:rsid w:val="00D83FDA"/>
    <w:rsid w:val="00D842A9"/>
    <w:rsid w:val="00D8436C"/>
    <w:rsid w:val="00D84749"/>
    <w:rsid w:val="00D84ACF"/>
    <w:rsid w:val="00D84DF6"/>
    <w:rsid w:val="00D84FF8"/>
    <w:rsid w:val="00D85505"/>
    <w:rsid w:val="00D85D6D"/>
    <w:rsid w:val="00D86403"/>
    <w:rsid w:val="00D86F33"/>
    <w:rsid w:val="00D870DC"/>
    <w:rsid w:val="00D873A1"/>
    <w:rsid w:val="00D87927"/>
    <w:rsid w:val="00D87A4A"/>
    <w:rsid w:val="00D87AC5"/>
    <w:rsid w:val="00D9001A"/>
    <w:rsid w:val="00D9083C"/>
    <w:rsid w:val="00D90B77"/>
    <w:rsid w:val="00D90C02"/>
    <w:rsid w:val="00D90D34"/>
    <w:rsid w:val="00D90F20"/>
    <w:rsid w:val="00D9111F"/>
    <w:rsid w:val="00D912F0"/>
    <w:rsid w:val="00D91332"/>
    <w:rsid w:val="00D91475"/>
    <w:rsid w:val="00D92DAB"/>
    <w:rsid w:val="00D92FE9"/>
    <w:rsid w:val="00D93616"/>
    <w:rsid w:val="00D93850"/>
    <w:rsid w:val="00D93B87"/>
    <w:rsid w:val="00D93EA2"/>
    <w:rsid w:val="00D94528"/>
    <w:rsid w:val="00D94561"/>
    <w:rsid w:val="00D94698"/>
    <w:rsid w:val="00D952AD"/>
    <w:rsid w:val="00D9530C"/>
    <w:rsid w:val="00D95548"/>
    <w:rsid w:val="00D95A4F"/>
    <w:rsid w:val="00D95B16"/>
    <w:rsid w:val="00D95E02"/>
    <w:rsid w:val="00D95E86"/>
    <w:rsid w:val="00D96132"/>
    <w:rsid w:val="00D96465"/>
    <w:rsid w:val="00D96571"/>
    <w:rsid w:val="00D96684"/>
    <w:rsid w:val="00D966DA"/>
    <w:rsid w:val="00D96B53"/>
    <w:rsid w:val="00D96BD5"/>
    <w:rsid w:val="00D973A9"/>
    <w:rsid w:val="00D97EBB"/>
    <w:rsid w:val="00D97F06"/>
    <w:rsid w:val="00DA0099"/>
    <w:rsid w:val="00DA09DF"/>
    <w:rsid w:val="00DA0AB4"/>
    <w:rsid w:val="00DA1097"/>
    <w:rsid w:val="00DA114C"/>
    <w:rsid w:val="00DA1532"/>
    <w:rsid w:val="00DA1AA9"/>
    <w:rsid w:val="00DA1B38"/>
    <w:rsid w:val="00DA1DE1"/>
    <w:rsid w:val="00DA1F9D"/>
    <w:rsid w:val="00DA23E6"/>
    <w:rsid w:val="00DA2D3A"/>
    <w:rsid w:val="00DA314B"/>
    <w:rsid w:val="00DA364E"/>
    <w:rsid w:val="00DA3DD1"/>
    <w:rsid w:val="00DA41B6"/>
    <w:rsid w:val="00DA42CA"/>
    <w:rsid w:val="00DA4787"/>
    <w:rsid w:val="00DA4BD4"/>
    <w:rsid w:val="00DA4BF4"/>
    <w:rsid w:val="00DA4DB8"/>
    <w:rsid w:val="00DA551D"/>
    <w:rsid w:val="00DA5D3F"/>
    <w:rsid w:val="00DA64D2"/>
    <w:rsid w:val="00DA64D9"/>
    <w:rsid w:val="00DA6A87"/>
    <w:rsid w:val="00DA721E"/>
    <w:rsid w:val="00DA7233"/>
    <w:rsid w:val="00DA741A"/>
    <w:rsid w:val="00DA7439"/>
    <w:rsid w:val="00DA7AA1"/>
    <w:rsid w:val="00DA7E42"/>
    <w:rsid w:val="00DB0231"/>
    <w:rsid w:val="00DB04C0"/>
    <w:rsid w:val="00DB0558"/>
    <w:rsid w:val="00DB08A5"/>
    <w:rsid w:val="00DB08B7"/>
    <w:rsid w:val="00DB092F"/>
    <w:rsid w:val="00DB13E8"/>
    <w:rsid w:val="00DB1587"/>
    <w:rsid w:val="00DB15D2"/>
    <w:rsid w:val="00DB1FE9"/>
    <w:rsid w:val="00DB2165"/>
    <w:rsid w:val="00DB24FD"/>
    <w:rsid w:val="00DB29A5"/>
    <w:rsid w:val="00DB2B6E"/>
    <w:rsid w:val="00DB3354"/>
    <w:rsid w:val="00DB339A"/>
    <w:rsid w:val="00DB34F2"/>
    <w:rsid w:val="00DB3A03"/>
    <w:rsid w:val="00DB4429"/>
    <w:rsid w:val="00DB4C3C"/>
    <w:rsid w:val="00DB4FA4"/>
    <w:rsid w:val="00DB501B"/>
    <w:rsid w:val="00DB5694"/>
    <w:rsid w:val="00DB576B"/>
    <w:rsid w:val="00DB5D71"/>
    <w:rsid w:val="00DB6063"/>
    <w:rsid w:val="00DB66EC"/>
    <w:rsid w:val="00DB6B06"/>
    <w:rsid w:val="00DB704D"/>
    <w:rsid w:val="00DB70E6"/>
    <w:rsid w:val="00DB72C9"/>
    <w:rsid w:val="00DB7CD2"/>
    <w:rsid w:val="00DB7E31"/>
    <w:rsid w:val="00DC018C"/>
    <w:rsid w:val="00DC035A"/>
    <w:rsid w:val="00DC0718"/>
    <w:rsid w:val="00DC0848"/>
    <w:rsid w:val="00DC138B"/>
    <w:rsid w:val="00DC176F"/>
    <w:rsid w:val="00DC2155"/>
    <w:rsid w:val="00DC23D2"/>
    <w:rsid w:val="00DC23EC"/>
    <w:rsid w:val="00DC2698"/>
    <w:rsid w:val="00DC27E4"/>
    <w:rsid w:val="00DC2871"/>
    <w:rsid w:val="00DC2874"/>
    <w:rsid w:val="00DC2C54"/>
    <w:rsid w:val="00DC3098"/>
    <w:rsid w:val="00DC309A"/>
    <w:rsid w:val="00DC32CD"/>
    <w:rsid w:val="00DC3635"/>
    <w:rsid w:val="00DC38F0"/>
    <w:rsid w:val="00DC3A45"/>
    <w:rsid w:val="00DC3AFD"/>
    <w:rsid w:val="00DC4355"/>
    <w:rsid w:val="00DC4C3D"/>
    <w:rsid w:val="00DC4FE9"/>
    <w:rsid w:val="00DC5603"/>
    <w:rsid w:val="00DC567D"/>
    <w:rsid w:val="00DC59F2"/>
    <w:rsid w:val="00DC5BAE"/>
    <w:rsid w:val="00DC5D4D"/>
    <w:rsid w:val="00DC6660"/>
    <w:rsid w:val="00DC669D"/>
    <w:rsid w:val="00DC66FD"/>
    <w:rsid w:val="00DC6AAE"/>
    <w:rsid w:val="00DC70D0"/>
    <w:rsid w:val="00DC72E4"/>
    <w:rsid w:val="00DC75B9"/>
    <w:rsid w:val="00DC7BC3"/>
    <w:rsid w:val="00DC7DD1"/>
    <w:rsid w:val="00DC7FBC"/>
    <w:rsid w:val="00DD00BB"/>
    <w:rsid w:val="00DD0704"/>
    <w:rsid w:val="00DD092C"/>
    <w:rsid w:val="00DD0A9D"/>
    <w:rsid w:val="00DD0DA6"/>
    <w:rsid w:val="00DD0E27"/>
    <w:rsid w:val="00DD1115"/>
    <w:rsid w:val="00DD1178"/>
    <w:rsid w:val="00DD11B6"/>
    <w:rsid w:val="00DD14EF"/>
    <w:rsid w:val="00DD19F1"/>
    <w:rsid w:val="00DD1A19"/>
    <w:rsid w:val="00DD1D04"/>
    <w:rsid w:val="00DD1D14"/>
    <w:rsid w:val="00DD21A5"/>
    <w:rsid w:val="00DD2AA5"/>
    <w:rsid w:val="00DD2D74"/>
    <w:rsid w:val="00DD327D"/>
    <w:rsid w:val="00DD3887"/>
    <w:rsid w:val="00DD3CC6"/>
    <w:rsid w:val="00DD417A"/>
    <w:rsid w:val="00DD4ABE"/>
    <w:rsid w:val="00DD4E62"/>
    <w:rsid w:val="00DD4F48"/>
    <w:rsid w:val="00DD54CF"/>
    <w:rsid w:val="00DD5580"/>
    <w:rsid w:val="00DD5AA7"/>
    <w:rsid w:val="00DD63E7"/>
    <w:rsid w:val="00DD66A4"/>
    <w:rsid w:val="00DD6B85"/>
    <w:rsid w:val="00DD6D15"/>
    <w:rsid w:val="00DD6D8D"/>
    <w:rsid w:val="00DD6F85"/>
    <w:rsid w:val="00DD711E"/>
    <w:rsid w:val="00DD71D6"/>
    <w:rsid w:val="00DD7338"/>
    <w:rsid w:val="00DD7382"/>
    <w:rsid w:val="00DD75E9"/>
    <w:rsid w:val="00DD76F0"/>
    <w:rsid w:val="00DE0E83"/>
    <w:rsid w:val="00DE0F3A"/>
    <w:rsid w:val="00DE130F"/>
    <w:rsid w:val="00DE1773"/>
    <w:rsid w:val="00DE1D0E"/>
    <w:rsid w:val="00DE22B0"/>
    <w:rsid w:val="00DE2A53"/>
    <w:rsid w:val="00DE2A93"/>
    <w:rsid w:val="00DE2AF0"/>
    <w:rsid w:val="00DE2BF3"/>
    <w:rsid w:val="00DE3122"/>
    <w:rsid w:val="00DE3895"/>
    <w:rsid w:val="00DE39C2"/>
    <w:rsid w:val="00DE3C18"/>
    <w:rsid w:val="00DE41DD"/>
    <w:rsid w:val="00DE420A"/>
    <w:rsid w:val="00DE4245"/>
    <w:rsid w:val="00DE4446"/>
    <w:rsid w:val="00DE470A"/>
    <w:rsid w:val="00DE550A"/>
    <w:rsid w:val="00DE57C1"/>
    <w:rsid w:val="00DE628F"/>
    <w:rsid w:val="00DE6461"/>
    <w:rsid w:val="00DE6566"/>
    <w:rsid w:val="00DE6AA0"/>
    <w:rsid w:val="00DE6EDD"/>
    <w:rsid w:val="00DE7132"/>
    <w:rsid w:val="00DE7391"/>
    <w:rsid w:val="00DE7BE7"/>
    <w:rsid w:val="00DF024D"/>
    <w:rsid w:val="00DF03B9"/>
    <w:rsid w:val="00DF03E6"/>
    <w:rsid w:val="00DF06BF"/>
    <w:rsid w:val="00DF0B25"/>
    <w:rsid w:val="00DF0B61"/>
    <w:rsid w:val="00DF0C6C"/>
    <w:rsid w:val="00DF0DD3"/>
    <w:rsid w:val="00DF0E7E"/>
    <w:rsid w:val="00DF0ECB"/>
    <w:rsid w:val="00DF1274"/>
    <w:rsid w:val="00DF1300"/>
    <w:rsid w:val="00DF1569"/>
    <w:rsid w:val="00DF1E0C"/>
    <w:rsid w:val="00DF233B"/>
    <w:rsid w:val="00DF246C"/>
    <w:rsid w:val="00DF2892"/>
    <w:rsid w:val="00DF2EAC"/>
    <w:rsid w:val="00DF2FDC"/>
    <w:rsid w:val="00DF3299"/>
    <w:rsid w:val="00DF3552"/>
    <w:rsid w:val="00DF3CAD"/>
    <w:rsid w:val="00DF3F53"/>
    <w:rsid w:val="00DF41EC"/>
    <w:rsid w:val="00DF4B08"/>
    <w:rsid w:val="00DF4B18"/>
    <w:rsid w:val="00DF4C31"/>
    <w:rsid w:val="00DF50EC"/>
    <w:rsid w:val="00DF560D"/>
    <w:rsid w:val="00DF5693"/>
    <w:rsid w:val="00DF587F"/>
    <w:rsid w:val="00DF5B5D"/>
    <w:rsid w:val="00DF5D10"/>
    <w:rsid w:val="00DF6A3A"/>
    <w:rsid w:val="00DF6B22"/>
    <w:rsid w:val="00DF6B2B"/>
    <w:rsid w:val="00DF6D22"/>
    <w:rsid w:val="00DF6D62"/>
    <w:rsid w:val="00DF6D84"/>
    <w:rsid w:val="00DF6DF9"/>
    <w:rsid w:val="00DF6ED3"/>
    <w:rsid w:val="00DF6FE7"/>
    <w:rsid w:val="00DF7498"/>
    <w:rsid w:val="00DF757C"/>
    <w:rsid w:val="00DF763A"/>
    <w:rsid w:val="00DF7EE3"/>
    <w:rsid w:val="00DF7F07"/>
    <w:rsid w:val="00E000CB"/>
    <w:rsid w:val="00E001D8"/>
    <w:rsid w:val="00E004A7"/>
    <w:rsid w:val="00E007E9"/>
    <w:rsid w:val="00E0105E"/>
    <w:rsid w:val="00E0140D"/>
    <w:rsid w:val="00E01D6A"/>
    <w:rsid w:val="00E02431"/>
    <w:rsid w:val="00E02E2D"/>
    <w:rsid w:val="00E03019"/>
    <w:rsid w:val="00E0313B"/>
    <w:rsid w:val="00E03C6D"/>
    <w:rsid w:val="00E043C8"/>
    <w:rsid w:val="00E04748"/>
    <w:rsid w:val="00E04B44"/>
    <w:rsid w:val="00E05391"/>
    <w:rsid w:val="00E056F9"/>
    <w:rsid w:val="00E062AD"/>
    <w:rsid w:val="00E0643E"/>
    <w:rsid w:val="00E0680A"/>
    <w:rsid w:val="00E06BF7"/>
    <w:rsid w:val="00E06F8F"/>
    <w:rsid w:val="00E0712B"/>
    <w:rsid w:val="00E077B1"/>
    <w:rsid w:val="00E078C0"/>
    <w:rsid w:val="00E1007D"/>
    <w:rsid w:val="00E10EC4"/>
    <w:rsid w:val="00E10EE7"/>
    <w:rsid w:val="00E1169F"/>
    <w:rsid w:val="00E11978"/>
    <w:rsid w:val="00E12277"/>
    <w:rsid w:val="00E12543"/>
    <w:rsid w:val="00E12559"/>
    <w:rsid w:val="00E1273C"/>
    <w:rsid w:val="00E13425"/>
    <w:rsid w:val="00E14526"/>
    <w:rsid w:val="00E14756"/>
    <w:rsid w:val="00E14BDB"/>
    <w:rsid w:val="00E14C48"/>
    <w:rsid w:val="00E14CE1"/>
    <w:rsid w:val="00E14EA8"/>
    <w:rsid w:val="00E154AB"/>
    <w:rsid w:val="00E15751"/>
    <w:rsid w:val="00E15F6E"/>
    <w:rsid w:val="00E15F91"/>
    <w:rsid w:val="00E16022"/>
    <w:rsid w:val="00E16067"/>
    <w:rsid w:val="00E160A5"/>
    <w:rsid w:val="00E16333"/>
    <w:rsid w:val="00E1660D"/>
    <w:rsid w:val="00E167A7"/>
    <w:rsid w:val="00E16863"/>
    <w:rsid w:val="00E168F3"/>
    <w:rsid w:val="00E16C6B"/>
    <w:rsid w:val="00E16DC4"/>
    <w:rsid w:val="00E16EBF"/>
    <w:rsid w:val="00E1725E"/>
    <w:rsid w:val="00E174B6"/>
    <w:rsid w:val="00E17FC5"/>
    <w:rsid w:val="00E17FED"/>
    <w:rsid w:val="00E20320"/>
    <w:rsid w:val="00E205B5"/>
    <w:rsid w:val="00E206A4"/>
    <w:rsid w:val="00E2079D"/>
    <w:rsid w:val="00E20F90"/>
    <w:rsid w:val="00E2107E"/>
    <w:rsid w:val="00E2110E"/>
    <w:rsid w:val="00E211F8"/>
    <w:rsid w:val="00E21476"/>
    <w:rsid w:val="00E21554"/>
    <w:rsid w:val="00E21850"/>
    <w:rsid w:val="00E21857"/>
    <w:rsid w:val="00E219C4"/>
    <w:rsid w:val="00E21D9E"/>
    <w:rsid w:val="00E220EF"/>
    <w:rsid w:val="00E22496"/>
    <w:rsid w:val="00E2278D"/>
    <w:rsid w:val="00E22905"/>
    <w:rsid w:val="00E22BDB"/>
    <w:rsid w:val="00E22D01"/>
    <w:rsid w:val="00E22D26"/>
    <w:rsid w:val="00E22ED2"/>
    <w:rsid w:val="00E22F96"/>
    <w:rsid w:val="00E23613"/>
    <w:rsid w:val="00E23A24"/>
    <w:rsid w:val="00E2438E"/>
    <w:rsid w:val="00E24501"/>
    <w:rsid w:val="00E24901"/>
    <w:rsid w:val="00E24A7E"/>
    <w:rsid w:val="00E24B28"/>
    <w:rsid w:val="00E24DEC"/>
    <w:rsid w:val="00E24F96"/>
    <w:rsid w:val="00E25DA5"/>
    <w:rsid w:val="00E25ECA"/>
    <w:rsid w:val="00E2606D"/>
    <w:rsid w:val="00E26457"/>
    <w:rsid w:val="00E2697B"/>
    <w:rsid w:val="00E26FB7"/>
    <w:rsid w:val="00E26FF0"/>
    <w:rsid w:val="00E270D7"/>
    <w:rsid w:val="00E27444"/>
    <w:rsid w:val="00E27713"/>
    <w:rsid w:val="00E277A8"/>
    <w:rsid w:val="00E30109"/>
    <w:rsid w:val="00E302F9"/>
    <w:rsid w:val="00E3072D"/>
    <w:rsid w:val="00E3095B"/>
    <w:rsid w:val="00E30B74"/>
    <w:rsid w:val="00E30C13"/>
    <w:rsid w:val="00E30CEF"/>
    <w:rsid w:val="00E30EBB"/>
    <w:rsid w:val="00E31489"/>
    <w:rsid w:val="00E3244E"/>
    <w:rsid w:val="00E327FF"/>
    <w:rsid w:val="00E32B82"/>
    <w:rsid w:val="00E33729"/>
    <w:rsid w:val="00E33BB5"/>
    <w:rsid w:val="00E33CBF"/>
    <w:rsid w:val="00E33FAF"/>
    <w:rsid w:val="00E3437E"/>
    <w:rsid w:val="00E34A58"/>
    <w:rsid w:val="00E34FC4"/>
    <w:rsid w:val="00E351D5"/>
    <w:rsid w:val="00E35495"/>
    <w:rsid w:val="00E354FF"/>
    <w:rsid w:val="00E355A0"/>
    <w:rsid w:val="00E35B28"/>
    <w:rsid w:val="00E35E53"/>
    <w:rsid w:val="00E35E8F"/>
    <w:rsid w:val="00E36160"/>
    <w:rsid w:val="00E361D9"/>
    <w:rsid w:val="00E370D2"/>
    <w:rsid w:val="00E37875"/>
    <w:rsid w:val="00E37D24"/>
    <w:rsid w:val="00E4039E"/>
    <w:rsid w:val="00E403EB"/>
    <w:rsid w:val="00E404F8"/>
    <w:rsid w:val="00E407AD"/>
    <w:rsid w:val="00E407D6"/>
    <w:rsid w:val="00E40C17"/>
    <w:rsid w:val="00E4141E"/>
    <w:rsid w:val="00E4150D"/>
    <w:rsid w:val="00E41E14"/>
    <w:rsid w:val="00E42387"/>
    <w:rsid w:val="00E423BA"/>
    <w:rsid w:val="00E428FB"/>
    <w:rsid w:val="00E429EC"/>
    <w:rsid w:val="00E431D4"/>
    <w:rsid w:val="00E4368A"/>
    <w:rsid w:val="00E437D2"/>
    <w:rsid w:val="00E43A08"/>
    <w:rsid w:val="00E44190"/>
    <w:rsid w:val="00E44248"/>
    <w:rsid w:val="00E44256"/>
    <w:rsid w:val="00E44301"/>
    <w:rsid w:val="00E44321"/>
    <w:rsid w:val="00E443AD"/>
    <w:rsid w:val="00E444E4"/>
    <w:rsid w:val="00E44549"/>
    <w:rsid w:val="00E45167"/>
    <w:rsid w:val="00E454FF"/>
    <w:rsid w:val="00E45C32"/>
    <w:rsid w:val="00E45EF2"/>
    <w:rsid w:val="00E46013"/>
    <w:rsid w:val="00E461C8"/>
    <w:rsid w:val="00E47810"/>
    <w:rsid w:val="00E4793F"/>
    <w:rsid w:val="00E47A30"/>
    <w:rsid w:val="00E47D77"/>
    <w:rsid w:val="00E50162"/>
    <w:rsid w:val="00E50758"/>
    <w:rsid w:val="00E50ED9"/>
    <w:rsid w:val="00E51C43"/>
    <w:rsid w:val="00E51C59"/>
    <w:rsid w:val="00E51D86"/>
    <w:rsid w:val="00E52091"/>
    <w:rsid w:val="00E527BA"/>
    <w:rsid w:val="00E5292A"/>
    <w:rsid w:val="00E5426D"/>
    <w:rsid w:val="00E5476D"/>
    <w:rsid w:val="00E54A1A"/>
    <w:rsid w:val="00E54BD0"/>
    <w:rsid w:val="00E54D36"/>
    <w:rsid w:val="00E54E21"/>
    <w:rsid w:val="00E562F8"/>
    <w:rsid w:val="00E566CF"/>
    <w:rsid w:val="00E5686B"/>
    <w:rsid w:val="00E568CB"/>
    <w:rsid w:val="00E56DED"/>
    <w:rsid w:val="00E60011"/>
    <w:rsid w:val="00E600FE"/>
    <w:rsid w:val="00E60578"/>
    <w:rsid w:val="00E60CEB"/>
    <w:rsid w:val="00E60F71"/>
    <w:rsid w:val="00E614BA"/>
    <w:rsid w:val="00E6172F"/>
    <w:rsid w:val="00E618B9"/>
    <w:rsid w:val="00E6198D"/>
    <w:rsid w:val="00E61B5D"/>
    <w:rsid w:val="00E61B9C"/>
    <w:rsid w:val="00E61C08"/>
    <w:rsid w:val="00E62736"/>
    <w:rsid w:val="00E62829"/>
    <w:rsid w:val="00E62A61"/>
    <w:rsid w:val="00E62A6B"/>
    <w:rsid w:val="00E62AB7"/>
    <w:rsid w:val="00E62E08"/>
    <w:rsid w:val="00E63665"/>
    <w:rsid w:val="00E6369E"/>
    <w:rsid w:val="00E63943"/>
    <w:rsid w:val="00E63D41"/>
    <w:rsid w:val="00E63DAF"/>
    <w:rsid w:val="00E63DB8"/>
    <w:rsid w:val="00E63DC1"/>
    <w:rsid w:val="00E63EBE"/>
    <w:rsid w:val="00E64D50"/>
    <w:rsid w:val="00E651C3"/>
    <w:rsid w:val="00E65240"/>
    <w:rsid w:val="00E65E57"/>
    <w:rsid w:val="00E6608B"/>
    <w:rsid w:val="00E661B4"/>
    <w:rsid w:val="00E66292"/>
    <w:rsid w:val="00E66350"/>
    <w:rsid w:val="00E663B7"/>
    <w:rsid w:val="00E666A2"/>
    <w:rsid w:val="00E66B94"/>
    <w:rsid w:val="00E66BB9"/>
    <w:rsid w:val="00E67121"/>
    <w:rsid w:val="00E677DB"/>
    <w:rsid w:val="00E67A52"/>
    <w:rsid w:val="00E67F73"/>
    <w:rsid w:val="00E703E1"/>
    <w:rsid w:val="00E705CD"/>
    <w:rsid w:val="00E70989"/>
    <w:rsid w:val="00E70ED5"/>
    <w:rsid w:val="00E7117B"/>
    <w:rsid w:val="00E7196A"/>
    <w:rsid w:val="00E72304"/>
    <w:rsid w:val="00E72792"/>
    <w:rsid w:val="00E72844"/>
    <w:rsid w:val="00E72890"/>
    <w:rsid w:val="00E731EB"/>
    <w:rsid w:val="00E7385D"/>
    <w:rsid w:val="00E739A0"/>
    <w:rsid w:val="00E74026"/>
    <w:rsid w:val="00E7469B"/>
    <w:rsid w:val="00E74889"/>
    <w:rsid w:val="00E74A75"/>
    <w:rsid w:val="00E74B80"/>
    <w:rsid w:val="00E756B4"/>
    <w:rsid w:val="00E75F10"/>
    <w:rsid w:val="00E75FA2"/>
    <w:rsid w:val="00E76013"/>
    <w:rsid w:val="00E77232"/>
    <w:rsid w:val="00E7763A"/>
    <w:rsid w:val="00E7777B"/>
    <w:rsid w:val="00E77D64"/>
    <w:rsid w:val="00E77E4D"/>
    <w:rsid w:val="00E77E59"/>
    <w:rsid w:val="00E8016A"/>
    <w:rsid w:val="00E80458"/>
    <w:rsid w:val="00E8071E"/>
    <w:rsid w:val="00E80797"/>
    <w:rsid w:val="00E807AD"/>
    <w:rsid w:val="00E80DA3"/>
    <w:rsid w:val="00E81865"/>
    <w:rsid w:val="00E81DE6"/>
    <w:rsid w:val="00E820C1"/>
    <w:rsid w:val="00E82894"/>
    <w:rsid w:val="00E82C6A"/>
    <w:rsid w:val="00E82C9B"/>
    <w:rsid w:val="00E82DA3"/>
    <w:rsid w:val="00E82E11"/>
    <w:rsid w:val="00E8426D"/>
    <w:rsid w:val="00E84364"/>
    <w:rsid w:val="00E845CF"/>
    <w:rsid w:val="00E84B08"/>
    <w:rsid w:val="00E84F07"/>
    <w:rsid w:val="00E851CA"/>
    <w:rsid w:val="00E8524B"/>
    <w:rsid w:val="00E8538A"/>
    <w:rsid w:val="00E8593C"/>
    <w:rsid w:val="00E85BB5"/>
    <w:rsid w:val="00E85C71"/>
    <w:rsid w:val="00E85E84"/>
    <w:rsid w:val="00E861E0"/>
    <w:rsid w:val="00E8645E"/>
    <w:rsid w:val="00E867CC"/>
    <w:rsid w:val="00E86863"/>
    <w:rsid w:val="00E86937"/>
    <w:rsid w:val="00E86CC7"/>
    <w:rsid w:val="00E86E2C"/>
    <w:rsid w:val="00E86EFB"/>
    <w:rsid w:val="00E87345"/>
    <w:rsid w:val="00E87B4F"/>
    <w:rsid w:val="00E87C37"/>
    <w:rsid w:val="00E90033"/>
    <w:rsid w:val="00E9017E"/>
    <w:rsid w:val="00E90431"/>
    <w:rsid w:val="00E90454"/>
    <w:rsid w:val="00E904DF"/>
    <w:rsid w:val="00E90875"/>
    <w:rsid w:val="00E909F7"/>
    <w:rsid w:val="00E90BB8"/>
    <w:rsid w:val="00E90DA8"/>
    <w:rsid w:val="00E91381"/>
    <w:rsid w:val="00E913C4"/>
    <w:rsid w:val="00E91759"/>
    <w:rsid w:val="00E91B03"/>
    <w:rsid w:val="00E92260"/>
    <w:rsid w:val="00E9246D"/>
    <w:rsid w:val="00E929C4"/>
    <w:rsid w:val="00E92C6B"/>
    <w:rsid w:val="00E93917"/>
    <w:rsid w:val="00E93A73"/>
    <w:rsid w:val="00E94110"/>
    <w:rsid w:val="00E944D9"/>
    <w:rsid w:val="00E945BC"/>
    <w:rsid w:val="00E95209"/>
    <w:rsid w:val="00E954F2"/>
    <w:rsid w:val="00E959C1"/>
    <w:rsid w:val="00E95BC6"/>
    <w:rsid w:val="00E95CBE"/>
    <w:rsid w:val="00E95F37"/>
    <w:rsid w:val="00E9615C"/>
    <w:rsid w:val="00E96256"/>
    <w:rsid w:val="00E96549"/>
    <w:rsid w:val="00E96794"/>
    <w:rsid w:val="00E9692E"/>
    <w:rsid w:val="00E96977"/>
    <w:rsid w:val="00E969DB"/>
    <w:rsid w:val="00E97107"/>
    <w:rsid w:val="00E9736E"/>
    <w:rsid w:val="00E97747"/>
    <w:rsid w:val="00E97986"/>
    <w:rsid w:val="00E97AA0"/>
    <w:rsid w:val="00EA003F"/>
    <w:rsid w:val="00EA02B3"/>
    <w:rsid w:val="00EA036F"/>
    <w:rsid w:val="00EA05BD"/>
    <w:rsid w:val="00EA08D2"/>
    <w:rsid w:val="00EA09E8"/>
    <w:rsid w:val="00EA0B13"/>
    <w:rsid w:val="00EA0B40"/>
    <w:rsid w:val="00EA0DFD"/>
    <w:rsid w:val="00EA0E19"/>
    <w:rsid w:val="00EA0F28"/>
    <w:rsid w:val="00EA1A14"/>
    <w:rsid w:val="00EA1ED9"/>
    <w:rsid w:val="00EA205E"/>
    <w:rsid w:val="00EA20CE"/>
    <w:rsid w:val="00EA2798"/>
    <w:rsid w:val="00EA29DB"/>
    <w:rsid w:val="00EA2D50"/>
    <w:rsid w:val="00EA2D6E"/>
    <w:rsid w:val="00EA374D"/>
    <w:rsid w:val="00EA3D1C"/>
    <w:rsid w:val="00EA4454"/>
    <w:rsid w:val="00EA4981"/>
    <w:rsid w:val="00EA4BAC"/>
    <w:rsid w:val="00EA548C"/>
    <w:rsid w:val="00EA581E"/>
    <w:rsid w:val="00EA5902"/>
    <w:rsid w:val="00EA6280"/>
    <w:rsid w:val="00EA636A"/>
    <w:rsid w:val="00EA64AE"/>
    <w:rsid w:val="00EA654F"/>
    <w:rsid w:val="00EA6DB5"/>
    <w:rsid w:val="00EA6F91"/>
    <w:rsid w:val="00EA7108"/>
    <w:rsid w:val="00EA7D37"/>
    <w:rsid w:val="00EB0037"/>
    <w:rsid w:val="00EB07E1"/>
    <w:rsid w:val="00EB085C"/>
    <w:rsid w:val="00EB0B51"/>
    <w:rsid w:val="00EB1494"/>
    <w:rsid w:val="00EB1729"/>
    <w:rsid w:val="00EB1900"/>
    <w:rsid w:val="00EB1BAD"/>
    <w:rsid w:val="00EB2485"/>
    <w:rsid w:val="00EB2C06"/>
    <w:rsid w:val="00EB3310"/>
    <w:rsid w:val="00EB3871"/>
    <w:rsid w:val="00EB38B1"/>
    <w:rsid w:val="00EB3CC4"/>
    <w:rsid w:val="00EB3F97"/>
    <w:rsid w:val="00EB44D2"/>
    <w:rsid w:val="00EB4C36"/>
    <w:rsid w:val="00EB5251"/>
    <w:rsid w:val="00EB532E"/>
    <w:rsid w:val="00EB576C"/>
    <w:rsid w:val="00EB5969"/>
    <w:rsid w:val="00EB5A61"/>
    <w:rsid w:val="00EB5F3D"/>
    <w:rsid w:val="00EB6021"/>
    <w:rsid w:val="00EB60F2"/>
    <w:rsid w:val="00EB668F"/>
    <w:rsid w:val="00EB66DE"/>
    <w:rsid w:val="00EB6911"/>
    <w:rsid w:val="00EB6ABA"/>
    <w:rsid w:val="00EB76CB"/>
    <w:rsid w:val="00EB7B39"/>
    <w:rsid w:val="00EC02C3"/>
    <w:rsid w:val="00EC030F"/>
    <w:rsid w:val="00EC0622"/>
    <w:rsid w:val="00EC095F"/>
    <w:rsid w:val="00EC0C1E"/>
    <w:rsid w:val="00EC10E8"/>
    <w:rsid w:val="00EC171E"/>
    <w:rsid w:val="00EC1F84"/>
    <w:rsid w:val="00EC240B"/>
    <w:rsid w:val="00EC28FC"/>
    <w:rsid w:val="00EC2BE0"/>
    <w:rsid w:val="00EC3329"/>
    <w:rsid w:val="00EC33AC"/>
    <w:rsid w:val="00EC38B3"/>
    <w:rsid w:val="00EC394D"/>
    <w:rsid w:val="00EC3CFF"/>
    <w:rsid w:val="00EC3D72"/>
    <w:rsid w:val="00EC3FF5"/>
    <w:rsid w:val="00EC4060"/>
    <w:rsid w:val="00EC451E"/>
    <w:rsid w:val="00EC479F"/>
    <w:rsid w:val="00EC49A3"/>
    <w:rsid w:val="00EC5E95"/>
    <w:rsid w:val="00EC661E"/>
    <w:rsid w:val="00EC70E1"/>
    <w:rsid w:val="00EC762B"/>
    <w:rsid w:val="00EC7A20"/>
    <w:rsid w:val="00EC7B00"/>
    <w:rsid w:val="00EC7C3C"/>
    <w:rsid w:val="00EC7D58"/>
    <w:rsid w:val="00ED0222"/>
    <w:rsid w:val="00ED03FF"/>
    <w:rsid w:val="00ED0865"/>
    <w:rsid w:val="00ED0C08"/>
    <w:rsid w:val="00ED1AA7"/>
    <w:rsid w:val="00ED236A"/>
    <w:rsid w:val="00ED24D2"/>
    <w:rsid w:val="00ED2601"/>
    <w:rsid w:val="00ED2814"/>
    <w:rsid w:val="00ED2B89"/>
    <w:rsid w:val="00ED2DD3"/>
    <w:rsid w:val="00ED33AD"/>
    <w:rsid w:val="00ED37C6"/>
    <w:rsid w:val="00ED397D"/>
    <w:rsid w:val="00ED3B48"/>
    <w:rsid w:val="00ED3F64"/>
    <w:rsid w:val="00ED43DA"/>
    <w:rsid w:val="00ED44A5"/>
    <w:rsid w:val="00ED4C70"/>
    <w:rsid w:val="00ED511E"/>
    <w:rsid w:val="00ED5224"/>
    <w:rsid w:val="00ED5832"/>
    <w:rsid w:val="00ED5C6B"/>
    <w:rsid w:val="00ED5CCB"/>
    <w:rsid w:val="00ED642A"/>
    <w:rsid w:val="00ED6484"/>
    <w:rsid w:val="00ED665F"/>
    <w:rsid w:val="00ED6944"/>
    <w:rsid w:val="00ED6EE2"/>
    <w:rsid w:val="00ED6F46"/>
    <w:rsid w:val="00ED74D5"/>
    <w:rsid w:val="00EE076A"/>
    <w:rsid w:val="00EE088B"/>
    <w:rsid w:val="00EE0D95"/>
    <w:rsid w:val="00EE1212"/>
    <w:rsid w:val="00EE1429"/>
    <w:rsid w:val="00EE18E1"/>
    <w:rsid w:val="00EE1933"/>
    <w:rsid w:val="00EE1A56"/>
    <w:rsid w:val="00EE1B79"/>
    <w:rsid w:val="00EE1E9C"/>
    <w:rsid w:val="00EE1EB7"/>
    <w:rsid w:val="00EE1F32"/>
    <w:rsid w:val="00EE2150"/>
    <w:rsid w:val="00EE242D"/>
    <w:rsid w:val="00EE2489"/>
    <w:rsid w:val="00EE29F3"/>
    <w:rsid w:val="00EE2A99"/>
    <w:rsid w:val="00EE3864"/>
    <w:rsid w:val="00EE3BB8"/>
    <w:rsid w:val="00EE3F6A"/>
    <w:rsid w:val="00EE403A"/>
    <w:rsid w:val="00EE40F1"/>
    <w:rsid w:val="00EE4459"/>
    <w:rsid w:val="00EE4B22"/>
    <w:rsid w:val="00EE4B9F"/>
    <w:rsid w:val="00EE5124"/>
    <w:rsid w:val="00EE52FD"/>
    <w:rsid w:val="00EE57A3"/>
    <w:rsid w:val="00EE5CCA"/>
    <w:rsid w:val="00EE5D61"/>
    <w:rsid w:val="00EE5DA5"/>
    <w:rsid w:val="00EE611F"/>
    <w:rsid w:val="00EE6359"/>
    <w:rsid w:val="00EE67B5"/>
    <w:rsid w:val="00EE6A81"/>
    <w:rsid w:val="00EE74E5"/>
    <w:rsid w:val="00EE75B0"/>
    <w:rsid w:val="00EF0513"/>
    <w:rsid w:val="00EF069D"/>
    <w:rsid w:val="00EF0DE4"/>
    <w:rsid w:val="00EF1147"/>
    <w:rsid w:val="00EF1A55"/>
    <w:rsid w:val="00EF1C4B"/>
    <w:rsid w:val="00EF246B"/>
    <w:rsid w:val="00EF248E"/>
    <w:rsid w:val="00EF25CD"/>
    <w:rsid w:val="00EF28EC"/>
    <w:rsid w:val="00EF2BF9"/>
    <w:rsid w:val="00EF2C89"/>
    <w:rsid w:val="00EF2D2F"/>
    <w:rsid w:val="00EF3199"/>
    <w:rsid w:val="00EF39E7"/>
    <w:rsid w:val="00EF3E78"/>
    <w:rsid w:val="00EF3EBD"/>
    <w:rsid w:val="00EF4124"/>
    <w:rsid w:val="00EF4481"/>
    <w:rsid w:val="00EF484C"/>
    <w:rsid w:val="00EF48CB"/>
    <w:rsid w:val="00EF48EB"/>
    <w:rsid w:val="00EF546B"/>
    <w:rsid w:val="00EF59E0"/>
    <w:rsid w:val="00EF59EB"/>
    <w:rsid w:val="00EF5E34"/>
    <w:rsid w:val="00EF5F9B"/>
    <w:rsid w:val="00EF6411"/>
    <w:rsid w:val="00EF669E"/>
    <w:rsid w:val="00EF6902"/>
    <w:rsid w:val="00EF6ED6"/>
    <w:rsid w:val="00EF7A6E"/>
    <w:rsid w:val="00F000B6"/>
    <w:rsid w:val="00F00359"/>
    <w:rsid w:val="00F0043A"/>
    <w:rsid w:val="00F0054E"/>
    <w:rsid w:val="00F00A37"/>
    <w:rsid w:val="00F00E93"/>
    <w:rsid w:val="00F01053"/>
    <w:rsid w:val="00F011CD"/>
    <w:rsid w:val="00F0128B"/>
    <w:rsid w:val="00F01328"/>
    <w:rsid w:val="00F01729"/>
    <w:rsid w:val="00F01AA7"/>
    <w:rsid w:val="00F021A9"/>
    <w:rsid w:val="00F022B1"/>
    <w:rsid w:val="00F02647"/>
    <w:rsid w:val="00F02820"/>
    <w:rsid w:val="00F029C9"/>
    <w:rsid w:val="00F03815"/>
    <w:rsid w:val="00F0390F"/>
    <w:rsid w:val="00F04073"/>
    <w:rsid w:val="00F04186"/>
    <w:rsid w:val="00F0426E"/>
    <w:rsid w:val="00F047F4"/>
    <w:rsid w:val="00F04EB6"/>
    <w:rsid w:val="00F05304"/>
    <w:rsid w:val="00F05507"/>
    <w:rsid w:val="00F060DF"/>
    <w:rsid w:val="00F0658A"/>
    <w:rsid w:val="00F06AE3"/>
    <w:rsid w:val="00F06BFE"/>
    <w:rsid w:val="00F06FBF"/>
    <w:rsid w:val="00F07097"/>
    <w:rsid w:val="00F071CB"/>
    <w:rsid w:val="00F07501"/>
    <w:rsid w:val="00F0786C"/>
    <w:rsid w:val="00F07B49"/>
    <w:rsid w:val="00F10097"/>
    <w:rsid w:val="00F108EC"/>
    <w:rsid w:val="00F10998"/>
    <w:rsid w:val="00F10D08"/>
    <w:rsid w:val="00F113E9"/>
    <w:rsid w:val="00F1187B"/>
    <w:rsid w:val="00F11A12"/>
    <w:rsid w:val="00F11C33"/>
    <w:rsid w:val="00F11F9E"/>
    <w:rsid w:val="00F12328"/>
    <w:rsid w:val="00F124F6"/>
    <w:rsid w:val="00F12549"/>
    <w:rsid w:val="00F12A6A"/>
    <w:rsid w:val="00F12A9F"/>
    <w:rsid w:val="00F12F38"/>
    <w:rsid w:val="00F13298"/>
    <w:rsid w:val="00F1399E"/>
    <w:rsid w:val="00F13C06"/>
    <w:rsid w:val="00F1434F"/>
    <w:rsid w:val="00F145C9"/>
    <w:rsid w:val="00F1487D"/>
    <w:rsid w:val="00F15033"/>
    <w:rsid w:val="00F1555C"/>
    <w:rsid w:val="00F15D48"/>
    <w:rsid w:val="00F15D77"/>
    <w:rsid w:val="00F165EE"/>
    <w:rsid w:val="00F165F8"/>
    <w:rsid w:val="00F167DC"/>
    <w:rsid w:val="00F16C78"/>
    <w:rsid w:val="00F16CD2"/>
    <w:rsid w:val="00F16DB3"/>
    <w:rsid w:val="00F17040"/>
    <w:rsid w:val="00F173DE"/>
    <w:rsid w:val="00F1757B"/>
    <w:rsid w:val="00F177DE"/>
    <w:rsid w:val="00F178C3"/>
    <w:rsid w:val="00F17A47"/>
    <w:rsid w:val="00F17B6C"/>
    <w:rsid w:val="00F17E81"/>
    <w:rsid w:val="00F20560"/>
    <w:rsid w:val="00F2067F"/>
    <w:rsid w:val="00F2073B"/>
    <w:rsid w:val="00F2088B"/>
    <w:rsid w:val="00F209D6"/>
    <w:rsid w:val="00F20ED8"/>
    <w:rsid w:val="00F20FBC"/>
    <w:rsid w:val="00F21058"/>
    <w:rsid w:val="00F21114"/>
    <w:rsid w:val="00F21769"/>
    <w:rsid w:val="00F2176D"/>
    <w:rsid w:val="00F21AF9"/>
    <w:rsid w:val="00F21B04"/>
    <w:rsid w:val="00F21CD6"/>
    <w:rsid w:val="00F2215C"/>
    <w:rsid w:val="00F228C9"/>
    <w:rsid w:val="00F22C13"/>
    <w:rsid w:val="00F22E9F"/>
    <w:rsid w:val="00F2331E"/>
    <w:rsid w:val="00F23334"/>
    <w:rsid w:val="00F2340B"/>
    <w:rsid w:val="00F2393E"/>
    <w:rsid w:val="00F23A5F"/>
    <w:rsid w:val="00F23B70"/>
    <w:rsid w:val="00F23CE9"/>
    <w:rsid w:val="00F23E3E"/>
    <w:rsid w:val="00F24018"/>
    <w:rsid w:val="00F2402B"/>
    <w:rsid w:val="00F24580"/>
    <w:rsid w:val="00F24718"/>
    <w:rsid w:val="00F25041"/>
    <w:rsid w:val="00F25052"/>
    <w:rsid w:val="00F25162"/>
    <w:rsid w:val="00F25509"/>
    <w:rsid w:val="00F256B8"/>
    <w:rsid w:val="00F25856"/>
    <w:rsid w:val="00F258AD"/>
    <w:rsid w:val="00F2599C"/>
    <w:rsid w:val="00F25AE0"/>
    <w:rsid w:val="00F263E2"/>
    <w:rsid w:val="00F26F99"/>
    <w:rsid w:val="00F27131"/>
    <w:rsid w:val="00F27370"/>
    <w:rsid w:val="00F2749A"/>
    <w:rsid w:val="00F2795B"/>
    <w:rsid w:val="00F27A45"/>
    <w:rsid w:val="00F27AFA"/>
    <w:rsid w:val="00F27C1C"/>
    <w:rsid w:val="00F27F12"/>
    <w:rsid w:val="00F27F9D"/>
    <w:rsid w:val="00F301BF"/>
    <w:rsid w:val="00F30344"/>
    <w:rsid w:val="00F3038B"/>
    <w:rsid w:val="00F30AAB"/>
    <w:rsid w:val="00F30B8D"/>
    <w:rsid w:val="00F30DF7"/>
    <w:rsid w:val="00F3149D"/>
    <w:rsid w:val="00F31760"/>
    <w:rsid w:val="00F31D83"/>
    <w:rsid w:val="00F32297"/>
    <w:rsid w:val="00F3241F"/>
    <w:rsid w:val="00F3298A"/>
    <w:rsid w:val="00F32A76"/>
    <w:rsid w:val="00F33925"/>
    <w:rsid w:val="00F343FE"/>
    <w:rsid w:val="00F34647"/>
    <w:rsid w:val="00F34E8F"/>
    <w:rsid w:val="00F34FD5"/>
    <w:rsid w:val="00F3507A"/>
    <w:rsid w:val="00F35806"/>
    <w:rsid w:val="00F358E0"/>
    <w:rsid w:val="00F359E1"/>
    <w:rsid w:val="00F35BB1"/>
    <w:rsid w:val="00F35F8A"/>
    <w:rsid w:val="00F35FDD"/>
    <w:rsid w:val="00F35FE3"/>
    <w:rsid w:val="00F36124"/>
    <w:rsid w:val="00F36321"/>
    <w:rsid w:val="00F3651C"/>
    <w:rsid w:val="00F36550"/>
    <w:rsid w:val="00F36551"/>
    <w:rsid w:val="00F3662F"/>
    <w:rsid w:val="00F36657"/>
    <w:rsid w:val="00F368F0"/>
    <w:rsid w:val="00F36B76"/>
    <w:rsid w:val="00F3721B"/>
    <w:rsid w:val="00F373B8"/>
    <w:rsid w:val="00F377FA"/>
    <w:rsid w:val="00F37A18"/>
    <w:rsid w:val="00F41C61"/>
    <w:rsid w:val="00F41C7E"/>
    <w:rsid w:val="00F41CA1"/>
    <w:rsid w:val="00F424F1"/>
    <w:rsid w:val="00F42AB9"/>
    <w:rsid w:val="00F42AFB"/>
    <w:rsid w:val="00F42FF2"/>
    <w:rsid w:val="00F432D8"/>
    <w:rsid w:val="00F432DD"/>
    <w:rsid w:val="00F435F7"/>
    <w:rsid w:val="00F43664"/>
    <w:rsid w:val="00F44308"/>
    <w:rsid w:val="00F44593"/>
    <w:rsid w:val="00F44A6E"/>
    <w:rsid w:val="00F45282"/>
    <w:rsid w:val="00F453E6"/>
    <w:rsid w:val="00F45425"/>
    <w:rsid w:val="00F45A76"/>
    <w:rsid w:val="00F45CFE"/>
    <w:rsid w:val="00F45D86"/>
    <w:rsid w:val="00F45F60"/>
    <w:rsid w:val="00F466C2"/>
    <w:rsid w:val="00F466DD"/>
    <w:rsid w:val="00F46997"/>
    <w:rsid w:val="00F46BB6"/>
    <w:rsid w:val="00F46DFB"/>
    <w:rsid w:val="00F4740A"/>
    <w:rsid w:val="00F4747C"/>
    <w:rsid w:val="00F474E7"/>
    <w:rsid w:val="00F478EA"/>
    <w:rsid w:val="00F47C94"/>
    <w:rsid w:val="00F5006A"/>
    <w:rsid w:val="00F5008A"/>
    <w:rsid w:val="00F50E85"/>
    <w:rsid w:val="00F5129C"/>
    <w:rsid w:val="00F51E2F"/>
    <w:rsid w:val="00F51E79"/>
    <w:rsid w:val="00F52011"/>
    <w:rsid w:val="00F52025"/>
    <w:rsid w:val="00F5239E"/>
    <w:rsid w:val="00F5270C"/>
    <w:rsid w:val="00F52DD1"/>
    <w:rsid w:val="00F5302D"/>
    <w:rsid w:val="00F5335F"/>
    <w:rsid w:val="00F536AC"/>
    <w:rsid w:val="00F53AC8"/>
    <w:rsid w:val="00F53C0E"/>
    <w:rsid w:val="00F54240"/>
    <w:rsid w:val="00F544C8"/>
    <w:rsid w:val="00F54B38"/>
    <w:rsid w:val="00F54E91"/>
    <w:rsid w:val="00F54EA9"/>
    <w:rsid w:val="00F55150"/>
    <w:rsid w:val="00F553A8"/>
    <w:rsid w:val="00F55649"/>
    <w:rsid w:val="00F558D7"/>
    <w:rsid w:val="00F55E50"/>
    <w:rsid w:val="00F5620C"/>
    <w:rsid w:val="00F568BE"/>
    <w:rsid w:val="00F569F7"/>
    <w:rsid w:val="00F56E20"/>
    <w:rsid w:val="00F56E8E"/>
    <w:rsid w:val="00F56FAC"/>
    <w:rsid w:val="00F57341"/>
    <w:rsid w:val="00F57858"/>
    <w:rsid w:val="00F57C74"/>
    <w:rsid w:val="00F600BD"/>
    <w:rsid w:val="00F602CD"/>
    <w:rsid w:val="00F60694"/>
    <w:rsid w:val="00F60C42"/>
    <w:rsid w:val="00F60FDC"/>
    <w:rsid w:val="00F611C4"/>
    <w:rsid w:val="00F6120A"/>
    <w:rsid w:val="00F61210"/>
    <w:rsid w:val="00F616D5"/>
    <w:rsid w:val="00F6188C"/>
    <w:rsid w:val="00F61994"/>
    <w:rsid w:val="00F61E2F"/>
    <w:rsid w:val="00F6220A"/>
    <w:rsid w:val="00F6233B"/>
    <w:rsid w:val="00F62A3C"/>
    <w:rsid w:val="00F62B13"/>
    <w:rsid w:val="00F62FB0"/>
    <w:rsid w:val="00F63274"/>
    <w:rsid w:val="00F6343D"/>
    <w:rsid w:val="00F6388A"/>
    <w:rsid w:val="00F63C5F"/>
    <w:rsid w:val="00F63FD2"/>
    <w:rsid w:val="00F6428B"/>
    <w:rsid w:val="00F64348"/>
    <w:rsid w:val="00F6468A"/>
    <w:rsid w:val="00F646AE"/>
    <w:rsid w:val="00F64793"/>
    <w:rsid w:val="00F64A61"/>
    <w:rsid w:val="00F64BBE"/>
    <w:rsid w:val="00F64D72"/>
    <w:rsid w:val="00F655FF"/>
    <w:rsid w:val="00F65636"/>
    <w:rsid w:val="00F65E31"/>
    <w:rsid w:val="00F66360"/>
    <w:rsid w:val="00F66A5A"/>
    <w:rsid w:val="00F677DE"/>
    <w:rsid w:val="00F67C6B"/>
    <w:rsid w:val="00F701A3"/>
    <w:rsid w:val="00F702CC"/>
    <w:rsid w:val="00F704B3"/>
    <w:rsid w:val="00F70BB9"/>
    <w:rsid w:val="00F70DC1"/>
    <w:rsid w:val="00F7148C"/>
    <w:rsid w:val="00F717F2"/>
    <w:rsid w:val="00F723FD"/>
    <w:rsid w:val="00F72EF2"/>
    <w:rsid w:val="00F733F6"/>
    <w:rsid w:val="00F73A6E"/>
    <w:rsid w:val="00F73BE3"/>
    <w:rsid w:val="00F73BF9"/>
    <w:rsid w:val="00F73C3A"/>
    <w:rsid w:val="00F73C70"/>
    <w:rsid w:val="00F74545"/>
    <w:rsid w:val="00F746C1"/>
    <w:rsid w:val="00F7493A"/>
    <w:rsid w:val="00F74A05"/>
    <w:rsid w:val="00F74A34"/>
    <w:rsid w:val="00F74B15"/>
    <w:rsid w:val="00F74D23"/>
    <w:rsid w:val="00F75160"/>
    <w:rsid w:val="00F75640"/>
    <w:rsid w:val="00F75A77"/>
    <w:rsid w:val="00F75D8D"/>
    <w:rsid w:val="00F76C71"/>
    <w:rsid w:val="00F7756D"/>
    <w:rsid w:val="00F778B6"/>
    <w:rsid w:val="00F77B28"/>
    <w:rsid w:val="00F77F00"/>
    <w:rsid w:val="00F77F95"/>
    <w:rsid w:val="00F80195"/>
    <w:rsid w:val="00F80430"/>
    <w:rsid w:val="00F80AED"/>
    <w:rsid w:val="00F80F3C"/>
    <w:rsid w:val="00F812BF"/>
    <w:rsid w:val="00F8158B"/>
    <w:rsid w:val="00F818DB"/>
    <w:rsid w:val="00F81D5A"/>
    <w:rsid w:val="00F826CE"/>
    <w:rsid w:val="00F8293C"/>
    <w:rsid w:val="00F829E6"/>
    <w:rsid w:val="00F82E19"/>
    <w:rsid w:val="00F82E3B"/>
    <w:rsid w:val="00F82F05"/>
    <w:rsid w:val="00F83512"/>
    <w:rsid w:val="00F83591"/>
    <w:rsid w:val="00F835A8"/>
    <w:rsid w:val="00F835AD"/>
    <w:rsid w:val="00F836A7"/>
    <w:rsid w:val="00F83D2B"/>
    <w:rsid w:val="00F83DD2"/>
    <w:rsid w:val="00F842D5"/>
    <w:rsid w:val="00F84C4B"/>
    <w:rsid w:val="00F85A93"/>
    <w:rsid w:val="00F85F54"/>
    <w:rsid w:val="00F85F7D"/>
    <w:rsid w:val="00F8641F"/>
    <w:rsid w:val="00F8670A"/>
    <w:rsid w:val="00F867F6"/>
    <w:rsid w:val="00F86FDF"/>
    <w:rsid w:val="00F879CD"/>
    <w:rsid w:val="00F87BDE"/>
    <w:rsid w:val="00F87F15"/>
    <w:rsid w:val="00F902C8"/>
    <w:rsid w:val="00F90B97"/>
    <w:rsid w:val="00F90E3E"/>
    <w:rsid w:val="00F9163D"/>
    <w:rsid w:val="00F91D02"/>
    <w:rsid w:val="00F92164"/>
    <w:rsid w:val="00F92A78"/>
    <w:rsid w:val="00F92E77"/>
    <w:rsid w:val="00F93196"/>
    <w:rsid w:val="00F934F6"/>
    <w:rsid w:val="00F93A72"/>
    <w:rsid w:val="00F93AAB"/>
    <w:rsid w:val="00F93B36"/>
    <w:rsid w:val="00F93E20"/>
    <w:rsid w:val="00F94254"/>
    <w:rsid w:val="00F94477"/>
    <w:rsid w:val="00F94F66"/>
    <w:rsid w:val="00F9526A"/>
    <w:rsid w:val="00F953B0"/>
    <w:rsid w:val="00F9578F"/>
    <w:rsid w:val="00F9643C"/>
    <w:rsid w:val="00F968DB"/>
    <w:rsid w:val="00F96DBB"/>
    <w:rsid w:val="00F970D5"/>
    <w:rsid w:val="00F97263"/>
    <w:rsid w:val="00F97791"/>
    <w:rsid w:val="00F979FB"/>
    <w:rsid w:val="00F97A18"/>
    <w:rsid w:val="00FA013A"/>
    <w:rsid w:val="00FA05D0"/>
    <w:rsid w:val="00FA0998"/>
    <w:rsid w:val="00FA0CDF"/>
    <w:rsid w:val="00FA1358"/>
    <w:rsid w:val="00FA1883"/>
    <w:rsid w:val="00FA1887"/>
    <w:rsid w:val="00FA1F07"/>
    <w:rsid w:val="00FA1FAF"/>
    <w:rsid w:val="00FA3275"/>
    <w:rsid w:val="00FA366F"/>
    <w:rsid w:val="00FA3A34"/>
    <w:rsid w:val="00FA3B40"/>
    <w:rsid w:val="00FA4522"/>
    <w:rsid w:val="00FA4F11"/>
    <w:rsid w:val="00FA5094"/>
    <w:rsid w:val="00FA580E"/>
    <w:rsid w:val="00FA5A6C"/>
    <w:rsid w:val="00FA5DED"/>
    <w:rsid w:val="00FA63DC"/>
    <w:rsid w:val="00FA647B"/>
    <w:rsid w:val="00FA6592"/>
    <w:rsid w:val="00FA68B7"/>
    <w:rsid w:val="00FA6E0B"/>
    <w:rsid w:val="00FA708D"/>
    <w:rsid w:val="00FA7734"/>
    <w:rsid w:val="00FA7BAA"/>
    <w:rsid w:val="00FA7C0A"/>
    <w:rsid w:val="00FB01AF"/>
    <w:rsid w:val="00FB0438"/>
    <w:rsid w:val="00FB0717"/>
    <w:rsid w:val="00FB0C09"/>
    <w:rsid w:val="00FB10E9"/>
    <w:rsid w:val="00FB15EC"/>
    <w:rsid w:val="00FB1ECC"/>
    <w:rsid w:val="00FB2409"/>
    <w:rsid w:val="00FB24BA"/>
    <w:rsid w:val="00FB26F7"/>
    <w:rsid w:val="00FB27CA"/>
    <w:rsid w:val="00FB295B"/>
    <w:rsid w:val="00FB3496"/>
    <w:rsid w:val="00FB349D"/>
    <w:rsid w:val="00FB34D0"/>
    <w:rsid w:val="00FB3809"/>
    <w:rsid w:val="00FB3959"/>
    <w:rsid w:val="00FB3C17"/>
    <w:rsid w:val="00FB46E7"/>
    <w:rsid w:val="00FB4719"/>
    <w:rsid w:val="00FB4AB5"/>
    <w:rsid w:val="00FB4CAD"/>
    <w:rsid w:val="00FB4D5D"/>
    <w:rsid w:val="00FB4D86"/>
    <w:rsid w:val="00FB5102"/>
    <w:rsid w:val="00FB5B97"/>
    <w:rsid w:val="00FB5C2C"/>
    <w:rsid w:val="00FB6768"/>
    <w:rsid w:val="00FB6CCF"/>
    <w:rsid w:val="00FB6D14"/>
    <w:rsid w:val="00FB6F8E"/>
    <w:rsid w:val="00FB7479"/>
    <w:rsid w:val="00FB7DC3"/>
    <w:rsid w:val="00FB7E42"/>
    <w:rsid w:val="00FB7E59"/>
    <w:rsid w:val="00FC000E"/>
    <w:rsid w:val="00FC010F"/>
    <w:rsid w:val="00FC01CD"/>
    <w:rsid w:val="00FC0E80"/>
    <w:rsid w:val="00FC1043"/>
    <w:rsid w:val="00FC11A3"/>
    <w:rsid w:val="00FC132F"/>
    <w:rsid w:val="00FC13ED"/>
    <w:rsid w:val="00FC143C"/>
    <w:rsid w:val="00FC1494"/>
    <w:rsid w:val="00FC1EE5"/>
    <w:rsid w:val="00FC22E2"/>
    <w:rsid w:val="00FC250B"/>
    <w:rsid w:val="00FC256E"/>
    <w:rsid w:val="00FC31F6"/>
    <w:rsid w:val="00FC36F6"/>
    <w:rsid w:val="00FC3843"/>
    <w:rsid w:val="00FC3A86"/>
    <w:rsid w:val="00FC3CED"/>
    <w:rsid w:val="00FC4416"/>
    <w:rsid w:val="00FC4C82"/>
    <w:rsid w:val="00FC5050"/>
    <w:rsid w:val="00FC53B6"/>
    <w:rsid w:val="00FC5912"/>
    <w:rsid w:val="00FC5C45"/>
    <w:rsid w:val="00FC615E"/>
    <w:rsid w:val="00FC620E"/>
    <w:rsid w:val="00FC6A54"/>
    <w:rsid w:val="00FC6C33"/>
    <w:rsid w:val="00FC6DEA"/>
    <w:rsid w:val="00FC73C4"/>
    <w:rsid w:val="00FC783F"/>
    <w:rsid w:val="00FC7DFB"/>
    <w:rsid w:val="00FC7E7F"/>
    <w:rsid w:val="00FD09BA"/>
    <w:rsid w:val="00FD0B8E"/>
    <w:rsid w:val="00FD1797"/>
    <w:rsid w:val="00FD1800"/>
    <w:rsid w:val="00FD27BA"/>
    <w:rsid w:val="00FD3114"/>
    <w:rsid w:val="00FD342A"/>
    <w:rsid w:val="00FD34AB"/>
    <w:rsid w:val="00FD3623"/>
    <w:rsid w:val="00FD3682"/>
    <w:rsid w:val="00FD37B3"/>
    <w:rsid w:val="00FD3819"/>
    <w:rsid w:val="00FD3B8A"/>
    <w:rsid w:val="00FD3F83"/>
    <w:rsid w:val="00FD4108"/>
    <w:rsid w:val="00FD4693"/>
    <w:rsid w:val="00FD4AF6"/>
    <w:rsid w:val="00FD54F7"/>
    <w:rsid w:val="00FD58CB"/>
    <w:rsid w:val="00FD5BA0"/>
    <w:rsid w:val="00FD6198"/>
    <w:rsid w:val="00FD666E"/>
    <w:rsid w:val="00FD7114"/>
    <w:rsid w:val="00FD7A94"/>
    <w:rsid w:val="00FD7D55"/>
    <w:rsid w:val="00FD7D83"/>
    <w:rsid w:val="00FD7E14"/>
    <w:rsid w:val="00FD7E6F"/>
    <w:rsid w:val="00FD7F81"/>
    <w:rsid w:val="00FD7FDA"/>
    <w:rsid w:val="00FE0193"/>
    <w:rsid w:val="00FE0668"/>
    <w:rsid w:val="00FE08BB"/>
    <w:rsid w:val="00FE0C6B"/>
    <w:rsid w:val="00FE0DE1"/>
    <w:rsid w:val="00FE0F11"/>
    <w:rsid w:val="00FE108A"/>
    <w:rsid w:val="00FE1268"/>
    <w:rsid w:val="00FE1A3E"/>
    <w:rsid w:val="00FE21A0"/>
    <w:rsid w:val="00FE225E"/>
    <w:rsid w:val="00FE27A9"/>
    <w:rsid w:val="00FE2821"/>
    <w:rsid w:val="00FE31CB"/>
    <w:rsid w:val="00FE347D"/>
    <w:rsid w:val="00FE3558"/>
    <w:rsid w:val="00FE35B4"/>
    <w:rsid w:val="00FE3633"/>
    <w:rsid w:val="00FE3672"/>
    <w:rsid w:val="00FE379B"/>
    <w:rsid w:val="00FE3A3B"/>
    <w:rsid w:val="00FE3B15"/>
    <w:rsid w:val="00FE51EF"/>
    <w:rsid w:val="00FE530E"/>
    <w:rsid w:val="00FE59BC"/>
    <w:rsid w:val="00FE5DCE"/>
    <w:rsid w:val="00FE5F22"/>
    <w:rsid w:val="00FE6112"/>
    <w:rsid w:val="00FE622A"/>
    <w:rsid w:val="00FE6268"/>
    <w:rsid w:val="00FE689E"/>
    <w:rsid w:val="00FE6B8F"/>
    <w:rsid w:val="00FE6CB1"/>
    <w:rsid w:val="00FE6D26"/>
    <w:rsid w:val="00FE720B"/>
    <w:rsid w:val="00FE7418"/>
    <w:rsid w:val="00FE7A8C"/>
    <w:rsid w:val="00FF0078"/>
    <w:rsid w:val="00FF076F"/>
    <w:rsid w:val="00FF0EDB"/>
    <w:rsid w:val="00FF17C0"/>
    <w:rsid w:val="00FF1955"/>
    <w:rsid w:val="00FF1C33"/>
    <w:rsid w:val="00FF1CE5"/>
    <w:rsid w:val="00FF2490"/>
    <w:rsid w:val="00FF2A14"/>
    <w:rsid w:val="00FF2CDE"/>
    <w:rsid w:val="00FF367B"/>
    <w:rsid w:val="00FF3DC0"/>
    <w:rsid w:val="00FF3EC9"/>
    <w:rsid w:val="00FF41BB"/>
    <w:rsid w:val="00FF4E09"/>
    <w:rsid w:val="00FF509C"/>
    <w:rsid w:val="00FF52C6"/>
    <w:rsid w:val="00FF5699"/>
    <w:rsid w:val="00FF59E7"/>
    <w:rsid w:val="00FF5A89"/>
    <w:rsid w:val="00FF6057"/>
    <w:rsid w:val="00FF6298"/>
    <w:rsid w:val="00FF63BD"/>
    <w:rsid w:val="00FF66B0"/>
    <w:rsid w:val="00FF6711"/>
    <w:rsid w:val="00FF673A"/>
    <w:rsid w:val="00FF67AB"/>
    <w:rsid w:val="00FF6DE7"/>
    <w:rsid w:val="00FF6F37"/>
    <w:rsid w:val="00FF70F8"/>
    <w:rsid w:val="00FF73A7"/>
    <w:rsid w:val="00FF746B"/>
    <w:rsid w:val="00FF74BB"/>
    <w:rsid w:val="00FF781E"/>
    <w:rsid w:val="00FF78D4"/>
    <w:rsid w:val="00FF794B"/>
    <w:rsid w:val="00FF7BE0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DA30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nhideWhenUsed="1" w:qFormat="1"/>
    <w:lsdException w:name="header" w:locked="1" w:semiHidden="1" w:unhideWhenUsed="1" w:qFormat="1"/>
    <w:lsdException w:name="footer" w:locked="1" w:semiHidden="1" w:unhideWhenUsed="1" w:qFormat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iPriority="0" w:unhideWhenUsed="1"/>
    <w:lsdException w:name="footnote reference" w:locked="1" w:semiHidden="1" w:unhideWhenUsed="1" w:qFormat="1"/>
    <w:lsdException w:name="annotation reference" w:locked="1" w:semiHidden="1" w:unhideWhenUsed="1" w:qFormat="1"/>
    <w:lsdException w:name="line number" w:locked="1" w:semiHidden="1" w:unhideWhenUsed="1" w:qFormat="1"/>
    <w:lsdException w:name="page number" w:locked="1" w:semiHidden="1" w:unhideWhenUsed="1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 w:qFormat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 w:qFormat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 w:qFormat="1"/>
    <w:lsdException w:name="Body Text First Indent" w:locked="1" w:semiHidden="1" w:uiPriority="0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nhideWhenUsed="1" w:qFormat="1"/>
    <w:lsdException w:name="FollowedHyperlink" w:locked="1" w:semiHidden="1" w:uiPriority="0" w:unhideWhenUsed="1" w:qFormat="1"/>
    <w:lsdException w:name="Strong" w:uiPriority="22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iPriority="0" w:unhideWhenUsed="1"/>
    <w:lsdException w:name="HTML Bottom of Form" w:locked="1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iPriority="0" w:unhideWhenUsed="1"/>
    <w:lsdException w:name="HTML Cite" w:locked="1" w:semiHidden="1" w:uiPriority="0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iPriority="0" w:unhideWhenUsed="1"/>
    <w:lsdException w:name="HTML Preformatted" w:locked="1" w:semiHidden="1" w:unhideWhenUsed="1" w:qFormat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 w:qFormat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 w:qFormat="1"/>
    <w:lsdException w:name="Table Grid" w:uiPriority="59" w:qFormat="1"/>
    <w:lsdException w:name="Table Theme" w:locked="1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B63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6A5A"/>
    <w:pPr>
      <w:keepNext/>
      <w:spacing w:line="480" w:lineRule="auto"/>
      <w:jc w:val="both"/>
      <w:outlineLvl w:val="0"/>
    </w:pPr>
    <w:rPr>
      <w:rFonts w:ascii="Times" w:hAnsi="Times" w:cs="Times"/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F66A5A"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uiPriority w:val="9"/>
    <w:qFormat/>
    <w:rsid w:val="00F66A5A"/>
    <w:pPr>
      <w:keepNext/>
      <w:spacing w:before="240" w:after="60"/>
      <w:outlineLvl w:val="2"/>
    </w:pPr>
    <w:rPr>
      <w:rFonts w:ascii="Cambria" w:eastAsia="MS Mincho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F66A5A"/>
    <w:pPr>
      <w:keepNext/>
      <w:spacing w:before="240" w:after="60"/>
      <w:outlineLvl w:val="3"/>
    </w:pPr>
    <w:rPr>
      <w:rFonts w:eastAsia="MS Mincho"/>
      <w:b/>
      <w:bCs/>
      <w:sz w:val="28"/>
      <w:szCs w:val="28"/>
      <w:lang w:val="en-CA"/>
    </w:rPr>
  </w:style>
  <w:style w:type="paragraph" w:styleId="Heading5">
    <w:name w:val="heading 5"/>
    <w:basedOn w:val="Normal"/>
    <w:next w:val="Normal"/>
    <w:link w:val="Heading5Char"/>
    <w:uiPriority w:val="9"/>
    <w:qFormat/>
    <w:rsid w:val="00F66A5A"/>
    <w:pPr>
      <w:keepNext/>
      <w:outlineLvl w:val="4"/>
    </w:pPr>
    <w:rPr>
      <w:rFonts w:eastAsia="MS Mincho"/>
      <w:sz w:val="22"/>
      <w:szCs w:val="22"/>
      <w:u w:val="single"/>
      <w:lang w:val="en-CA"/>
    </w:rPr>
  </w:style>
  <w:style w:type="paragraph" w:styleId="Heading6">
    <w:name w:val="heading 6"/>
    <w:basedOn w:val="Normal"/>
    <w:link w:val="Heading6Char"/>
    <w:uiPriority w:val="9"/>
    <w:qFormat/>
    <w:rsid w:val="00F66A5A"/>
    <w:pPr>
      <w:outlineLvl w:val="5"/>
    </w:pPr>
    <w:rPr>
      <w:rFonts w:ascii="Geneva" w:eastAsia="MS Mincho" w:hAnsi="Geneva" w:cs="Geneva"/>
      <w:b/>
      <w:bCs/>
      <w:color w:val="333333"/>
      <w:sz w:val="17"/>
      <w:szCs w:val="17"/>
      <w:lang w:val="en-CA"/>
    </w:rPr>
  </w:style>
  <w:style w:type="paragraph" w:styleId="Heading7">
    <w:name w:val="heading 7"/>
    <w:basedOn w:val="Normal"/>
    <w:next w:val="Normal"/>
    <w:link w:val="Heading7Char"/>
    <w:uiPriority w:val="9"/>
    <w:qFormat/>
    <w:rsid w:val="00F66A5A"/>
    <w:pPr>
      <w:keepNext/>
      <w:outlineLvl w:val="6"/>
    </w:pPr>
    <w:rPr>
      <w:rFonts w:eastAsia="MS Mincho"/>
      <w:b/>
      <w:bCs/>
      <w:sz w:val="22"/>
      <w:szCs w:val="22"/>
      <w:lang w:val="en-CA"/>
    </w:rPr>
  </w:style>
  <w:style w:type="paragraph" w:styleId="Heading8">
    <w:name w:val="heading 8"/>
    <w:basedOn w:val="Normal"/>
    <w:next w:val="Normal"/>
    <w:link w:val="Heading8Char"/>
    <w:uiPriority w:val="9"/>
    <w:qFormat/>
    <w:rsid w:val="00F66A5A"/>
    <w:pPr>
      <w:keepNext/>
      <w:outlineLvl w:val="7"/>
    </w:pPr>
    <w:rPr>
      <w:rFonts w:eastAsia="MS Mincho"/>
      <w:b/>
      <w:bCs/>
      <w:i/>
      <w:iCs/>
      <w:sz w:val="20"/>
      <w:szCs w:val="20"/>
      <w:lang w:val="en-CA"/>
    </w:rPr>
  </w:style>
  <w:style w:type="paragraph" w:styleId="Heading9">
    <w:name w:val="heading 9"/>
    <w:basedOn w:val="Normal"/>
    <w:next w:val="Normal"/>
    <w:link w:val="Heading9Char"/>
    <w:uiPriority w:val="9"/>
    <w:qFormat/>
    <w:rsid w:val="00347E24"/>
    <w:pPr>
      <w:keepNext/>
      <w:keepLines/>
      <w:widowControl w:val="0"/>
      <w:spacing w:before="240" w:after="64" w:line="320" w:lineRule="atLeast"/>
      <w:jc w:val="both"/>
      <w:outlineLvl w:val="8"/>
    </w:pPr>
    <w:rPr>
      <w:rFonts w:ascii="Cambria" w:hAnsi="Cambria"/>
      <w:kern w:val="2"/>
      <w:sz w:val="21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locked/>
    <w:rsid w:val="001943A3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qFormat/>
    <w:locked/>
    <w:rsid w:val="00F66A5A"/>
    <w:rPr>
      <w:rFonts w:ascii="Times New Roman" w:hAnsi="Times New Roman" w:cs="Times New Roman"/>
      <w:i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locked/>
    <w:rsid w:val="00F66A5A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66A5A"/>
    <w:rPr>
      <w:rFonts w:ascii="Times New Roman" w:hAnsi="Times New Roman" w:cs="Times New Roman"/>
      <w:b/>
      <w:bCs/>
      <w:sz w:val="28"/>
      <w:szCs w:val="28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qFormat/>
    <w:locked/>
    <w:rsid w:val="00F66A5A"/>
    <w:rPr>
      <w:rFonts w:ascii="Times New Roman" w:hAnsi="Times New Roman" w:cs="Times New Roman"/>
      <w:sz w:val="22"/>
      <w:szCs w:val="22"/>
      <w:u w:val="single"/>
      <w:lang w:val="en-CA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F66A5A"/>
    <w:rPr>
      <w:rFonts w:ascii="Geneva" w:hAnsi="Geneva" w:cs="Geneva"/>
      <w:b/>
      <w:bCs/>
      <w:color w:val="333333"/>
      <w:sz w:val="17"/>
      <w:szCs w:val="17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F66A5A"/>
    <w:rPr>
      <w:rFonts w:ascii="Times New Roman" w:hAnsi="Times New Roman" w:cs="Times New Roman"/>
      <w:b/>
      <w:bCs/>
      <w:sz w:val="22"/>
      <w:szCs w:val="22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F66A5A"/>
    <w:rPr>
      <w:rFonts w:ascii="Times New Roman" w:hAnsi="Times New Roman" w:cs="Times New Roman"/>
      <w:b/>
      <w:bCs/>
      <w:i/>
      <w:iCs/>
      <w:sz w:val="22"/>
      <w:szCs w:val="22"/>
      <w:lang w:val="en-CA"/>
    </w:rPr>
  </w:style>
  <w:style w:type="paragraph" w:styleId="BodyText">
    <w:name w:val="Body Text"/>
    <w:basedOn w:val="Normal"/>
    <w:link w:val="BodyTextChar"/>
    <w:uiPriority w:val="99"/>
    <w:qFormat/>
    <w:rsid w:val="00F66A5A"/>
    <w:pPr>
      <w:jc w:val="both"/>
    </w:pPr>
    <w:rPr>
      <w:rFonts w:ascii="Times" w:hAnsi="Times" w:cs="Time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943A3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meth1hd">
    <w:name w:val="meth1hd"/>
    <w:basedOn w:val="Normal"/>
    <w:next w:val="Normal"/>
    <w:rsid w:val="00F66A5A"/>
    <w:pPr>
      <w:spacing w:after="240" w:line="480" w:lineRule="atLeast"/>
    </w:pPr>
    <w:rPr>
      <w:lang w:val="en-GB"/>
    </w:rPr>
  </w:style>
  <w:style w:type="paragraph" w:styleId="Header">
    <w:name w:val="header"/>
    <w:basedOn w:val="Normal"/>
    <w:link w:val="HeaderChar"/>
    <w:uiPriority w:val="99"/>
    <w:qFormat/>
    <w:rsid w:val="00F66A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locked/>
    <w:rsid w:val="001943A3"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qFormat/>
    <w:rsid w:val="00F66A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locked/>
    <w:rsid w:val="001943A3"/>
    <w:rPr>
      <w:rFonts w:ascii="Times New Roman" w:hAnsi="Times New Roman"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qFormat/>
    <w:rsid w:val="00F66A5A"/>
    <w:rPr>
      <w:rFonts w:ascii="Times New Roman" w:hAnsi="Times New Roman" w:cs="Times New Roman"/>
    </w:rPr>
  </w:style>
  <w:style w:type="paragraph" w:customStyle="1" w:styleId="LEGEND">
    <w:name w:val="LEGEND"/>
    <w:basedOn w:val="Normal"/>
    <w:uiPriority w:val="99"/>
    <w:rsid w:val="00F66A5A"/>
    <w:pPr>
      <w:spacing w:after="240" w:line="480" w:lineRule="atLeast"/>
    </w:pPr>
    <w:rPr>
      <w:rFonts w:ascii="Arial" w:hAnsi="Arial" w:cs="Arial"/>
      <w:lang w:val="en-GB"/>
    </w:rPr>
  </w:style>
  <w:style w:type="paragraph" w:customStyle="1" w:styleId="CM12">
    <w:name w:val="CM12"/>
    <w:basedOn w:val="Normal"/>
    <w:next w:val="Normal"/>
    <w:uiPriority w:val="99"/>
    <w:rsid w:val="00F66A5A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customStyle="1" w:styleId="Default">
    <w:name w:val="Default"/>
    <w:qFormat/>
    <w:rsid w:val="00F66A5A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CM13">
    <w:name w:val="CM13"/>
    <w:basedOn w:val="Default"/>
    <w:next w:val="Default"/>
    <w:uiPriority w:val="99"/>
    <w:rsid w:val="00F66A5A"/>
    <w:rPr>
      <w:color w:val="auto"/>
    </w:rPr>
  </w:style>
  <w:style w:type="character" w:styleId="Hyperlink">
    <w:name w:val="Hyperlink"/>
    <w:basedOn w:val="DefaultParagraphFont"/>
    <w:uiPriority w:val="99"/>
    <w:qFormat/>
    <w:rsid w:val="00F66A5A"/>
    <w:rPr>
      <w:rFonts w:ascii="Times New Roman" w:hAnsi="Times New Roman" w:cs="Times New Roman"/>
      <w:color w:val="0000FF"/>
      <w:u w:val="single"/>
    </w:rPr>
  </w:style>
  <w:style w:type="paragraph" w:customStyle="1" w:styleId="CM10">
    <w:name w:val="CM10"/>
    <w:basedOn w:val="Default"/>
    <w:next w:val="Default"/>
    <w:uiPriority w:val="99"/>
    <w:rsid w:val="00F66A5A"/>
    <w:rPr>
      <w:rFonts w:ascii="Arial" w:hAnsi="Arial" w:cs="Arial"/>
      <w:color w:val="auto"/>
    </w:rPr>
  </w:style>
  <w:style w:type="paragraph" w:customStyle="1" w:styleId="CM1">
    <w:name w:val="CM1"/>
    <w:basedOn w:val="Default"/>
    <w:next w:val="Default"/>
    <w:uiPriority w:val="99"/>
    <w:rsid w:val="00F66A5A"/>
    <w:pPr>
      <w:spacing w:line="508" w:lineRule="atLeast"/>
    </w:pPr>
    <w:rPr>
      <w:rFonts w:ascii="Arial" w:hAnsi="Arial" w:cs="Arial"/>
      <w:color w:val="auto"/>
    </w:rPr>
  </w:style>
  <w:style w:type="paragraph" w:customStyle="1" w:styleId="CM11">
    <w:name w:val="CM11"/>
    <w:basedOn w:val="Default"/>
    <w:next w:val="Default"/>
    <w:uiPriority w:val="99"/>
    <w:rsid w:val="00F66A5A"/>
    <w:rPr>
      <w:rFonts w:ascii="Arial" w:hAnsi="Arial" w:cs="Arial"/>
      <w:color w:val="auto"/>
    </w:rPr>
  </w:style>
  <w:style w:type="paragraph" w:customStyle="1" w:styleId="CM2">
    <w:name w:val="CM2"/>
    <w:basedOn w:val="Normal"/>
    <w:next w:val="Normal"/>
    <w:uiPriority w:val="99"/>
    <w:rsid w:val="00F66A5A"/>
    <w:pPr>
      <w:widowControl w:val="0"/>
      <w:autoSpaceDE w:val="0"/>
      <w:autoSpaceDN w:val="0"/>
      <w:adjustRightInd w:val="0"/>
      <w:spacing w:line="511" w:lineRule="atLeast"/>
    </w:pPr>
    <w:rPr>
      <w:rFonts w:ascii="Arial" w:hAnsi="Arial" w:cs="Arial"/>
    </w:rPr>
  </w:style>
  <w:style w:type="paragraph" w:customStyle="1" w:styleId="DataField11pt-Single">
    <w:name w:val="Data Field 11pt-Single"/>
    <w:basedOn w:val="Normal"/>
    <w:rsid w:val="00F66A5A"/>
    <w:pPr>
      <w:autoSpaceDE w:val="0"/>
      <w:autoSpaceDN w:val="0"/>
    </w:pPr>
    <w:rPr>
      <w:rFonts w:ascii="Arial" w:hAnsi="Arial" w:cs="Arial"/>
      <w:sz w:val="22"/>
      <w:szCs w:val="22"/>
    </w:rPr>
  </w:style>
  <w:style w:type="paragraph" w:styleId="BodyTextIndent">
    <w:name w:val="Body Text Indent"/>
    <w:basedOn w:val="Normal"/>
    <w:link w:val="BodyTextIndentChar1"/>
    <w:rsid w:val="00F66A5A"/>
    <w:pPr>
      <w:spacing w:after="120" w:line="480" w:lineRule="auto"/>
    </w:pPr>
  </w:style>
  <w:style w:type="character" w:customStyle="1" w:styleId="BodyTextIndentChar1">
    <w:name w:val="Body Text Indent Char1"/>
    <w:basedOn w:val="DefaultParagraphFont"/>
    <w:link w:val="BodyTextIndent"/>
    <w:uiPriority w:val="99"/>
    <w:locked/>
    <w:rsid w:val="00F66A5A"/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ocked/>
    <w:rsid w:val="001943A3"/>
    <w:rPr>
      <w:rFonts w:ascii="Times New Roman" w:hAnsi="Times New Roman"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qFormat/>
    <w:rsid w:val="00F66A5A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F66A5A"/>
    <w:rPr>
      <w:sz w:val="20"/>
      <w:szCs w:val="20"/>
      <w:lang w:val="de-DE"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locked/>
    <w:rsid w:val="001943A3"/>
    <w:rPr>
      <w:rFonts w:ascii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qFormat/>
    <w:rsid w:val="00F66A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locked/>
    <w:rsid w:val="001943A3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qFormat/>
    <w:rsid w:val="00F66A5A"/>
    <w:rPr>
      <w:rFonts w:ascii="Tahoma" w:hAnsi="Tahoma" w:cs="Tahoma"/>
      <w:sz w:val="16"/>
      <w:szCs w:val="16"/>
      <w:lang w:val="de-DE" w:eastAsia="de-D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locked/>
    <w:rsid w:val="001943A3"/>
    <w:rPr>
      <w:rFonts w:ascii="Times New Roman" w:hAnsi="Times New Roman" w:cs="Times New Roman"/>
      <w:sz w:val="2"/>
      <w:szCs w:val="2"/>
      <w:lang w:eastAsia="en-US"/>
    </w:rPr>
  </w:style>
  <w:style w:type="paragraph" w:customStyle="1" w:styleId="Thesis">
    <w:name w:val="Thesis"/>
    <w:basedOn w:val="Normal"/>
    <w:uiPriority w:val="99"/>
    <w:rsid w:val="00F66A5A"/>
    <w:pPr>
      <w:widowControl w:val="0"/>
      <w:suppressAutoHyphens/>
      <w:spacing w:line="480" w:lineRule="atLeast"/>
      <w:ind w:firstLine="360"/>
      <w:jc w:val="both"/>
    </w:pPr>
    <w:rPr>
      <w:rFonts w:ascii="Times" w:hAnsi="Times" w:cs="Times"/>
      <w:lang w:val="de-DE"/>
    </w:rPr>
  </w:style>
  <w:style w:type="paragraph" w:styleId="BlockText">
    <w:name w:val="Block Text"/>
    <w:basedOn w:val="Normal"/>
    <w:rsid w:val="00F66A5A"/>
    <w:pPr>
      <w:autoSpaceDE w:val="0"/>
      <w:autoSpaceDN w:val="0"/>
      <w:adjustRightInd w:val="0"/>
      <w:spacing w:line="360" w:lineRule="auto"/>
      <w:ind w:left="540" w:right="540"/>
      <w:jc w:val="both"/>
    </w:pPr>
    <w:rPr>
      <w:rFonts w:ascii="Times" w:hAnsi="Times" w:cs="Times"/>
    </w:rPr>
  </w:style>
  <w:style w:type="character" w:customStyle="1" w:styleId="bold">
    <w:name w:val="bold"/>
    <w:basedOn w:val="DefaultParagraphFont"/>
    <w:uiPriority w:val="99"/>
    <w:rsid w:val="00F66A5A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F66A5A"/>
    <w:rPr>
      <w:rFonts w:ascii="Times New Roman" w:hAnsi="Times New Roman" w:cs="Times New Roman"/>
      <w:i/>
      <w:iCs/>
    </w:rPr>
  </w:style>
  <w:style w:type="character" w:customStyle="1" w:styleId="italic">
    <w:name w:val="italic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yshortcuts">
    <w:name w:val="yshortcuts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reference-journal-title2">
    <w:name w:val="reference-journal-title2"/>
    <w:basedOn w:val="DefaultParagraphFont"/>
    <w:uiPriority w:val="99"/>
    <w:rsid w:val="00F66A5A"/>
    <w:rPr>
      <w:rFonts w:ascii="Times New Roman" w:hAnsi="Times New Roman" w:cs="Times New Roman"/>
      <w:i/>
      <w:iCs/>
    </w:rPr>
  </w:style>
  <w:style w:type="paragraph" w:customStyle="1" w:styleId="p-ni">
    <w:name w:val="p-ni"/>
    <w:basedOn w:val="Normal"/>
    <w:uiPriority w:val="99"/>
    <w:rsid w:val="00F66A5A"/>
    <w:pPr>
      <w:spacing w:after="240" w:line="480" w:lineRule="atLeast"/>
    </w:pPr>
    <w:rPr>
      <w:lang w:val="en-GB"/>
    </w:rPr>
  </w:style>
  <w:style w:type="paragraph" w:customStyle="1" w:styleId="abs">
    <w:name w:val="abs"/>
    <w:basedOn w:val="p-ni"/>
    <w:next w:val="Normal"/>
    <w:uiPriority w:val="99"/>
    <w:rsid w:val="00F66A5A"/>
    <w:rPr>
      <w:b/>
      <w:bCs/>
    </w:rPr>
  </w:style>
  <w:style w:type="paragraph" w:customStyle="1" w:styleId="meth1">
    <w:name w:val="meth1"/>
    <w:basedOn w:val="meth1hd"/>
    <w:uiPriority w:val="99"/>
    <w:rsid w:val="00F66A5A"/>
    <w:pPr>
      <w:ind w:firstLine="567"/>
    </w:pPr>
  </w:style>
  <w:style w:type="paragraph" w:customStyle="1" w:styleId="BX">
    <w:name w:val="BX"/>
    <w:basedOn w:val="LEGEND"/>
    <w:uiPriority w:val="99"/>
    <w:rsid w:val="00F66A5A"/>
  </w:style>
  <w:style w:type="paragraph" w:styleId="BodyTextIndent2">
    <w:name w:val="Body Text Indent 2"/>
    <w:basedOn w:val="Normal"/>
    <w:link w:val="BodyTextIndent2Char"/>
    <w:rsid w:val="00F66A5A"/>
    <w:pPr>
      <w:spacing w:line="480" w:lineRule="auto"/>
      <w:ind w:firstLine="720"/>
    </w:pPr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locked/>
    <w:rsid w:val="00F66A5A"/>
    <w:rPr>
      <w:rFonts w:ascii="Times New Roman" w:hAnsi="Times New Roman" w:cs="Times New Roman"/>
      <w:i/>
      <w:iCs/>
      <w:sz w:val="24"/>
      <w:szCs w:val="24"/>
    </w:rPr>
  </w:style>
  <w:style w:type="character" w:customStyle="1" w:styleId="ti">
    <w:name w:val="ti"/>
    <w:basedOn w:val="DefaultParagraphFont"/>
    <w:uiPriority w:val="99"/>
    <w:rsid w:val="00F66A5A"/>
    <w:rPr>
      <w:rFonts w:ascii="Times New Roman" w:hAnsi="Times New Roman" w:cs="Times New Roman"/>
    </w:rPr>
  </w:style>
  <w:style w:type="paragraph" w:styleId="NormalWeb">
    <w:name w:val="Normal (Web)"/>
    <w:basedOn w:val="Normal"/>
    <w:link w:val="NormalWebChar"/>
    <w:uiPriority w:val="99"/>
    <w:qFormat/>
    <w:rsid w:val="00F66A5A"/>
    <w:pPr>
      <w:spacing w:before="100" w:beforeAutospacing="1" w:after="100" w:afterAutospacing="1"/>
    </w:pPr>
  </w:style>
  <w:style w:type="character" w:customStyle="1" w:styleId="NormalWebChar">
    <w:name w:val="Normal (Web) Char"/>
    <w:basedOn w:val="DefaultParagraphFont"/>
    <w:link w:val="NormalWeb"/>
    <w:uiPriority w:val="99"/>
    <w:locked/>
    <w:rsid w:val="00C37403"/>
    <w:rPr>
      <w:rFonts w:ascii="Times New Roman" w:hAnsi="Times New Roman" w:cs="Times New Roman"/>
      <w:sz w:val="24"/>
      <w:szCs w:val="24"/>
      <w:lang w:eastAsia="en-US"/>
    </w:rPr>
  </w:style>
  <w:style w:type="character" w:styleId="HTMLTypewriter">
    <w:name w:val="HTML Typewriter"/>
    <w:basedOn w:val="DefaultParagraphFont"/>
    <w:uiPriority w:val="99"/>
    <w:rsid w:val="00F66A5A"/>
    <w:rPr>
      <w:rFonts w:ascii="Courier New" w:hAnsi="Courier New" w:cs="Courier New"/>
      <w:sz w:val="20"/>
      <w:szCs w:val="20"/>
    </w:rPr>
  </w:style>
  <w:style w:type="character" w:customStyle="1" w:styleId="ti2">
    <w:name w:val="ti2"/>
    <w:basedOn w:val="DefaultParagraphFont"/>
    <w:uiPriority w:val="99"/>
    <w:rsid w:val="00F66A5A"/>
    <w:rPr>
      <w:rFonts w:ascii="Times New Roman" w:hAnsi="Times New Roman" w:cs="Times New Roman"/>
      <w:sz w:val="22"/>
      <w:szCs w:val="22"/>
    </w:rPr>
  </w:style>
  <w:style w:type="character" w:customStyle="1" w:styleId="journalname">
    <w:name w:val="journalname"/>
    <w:basedOn w:val="DefaultParagraphFont"/>
    <w:uiPriority w:val="99"/>
    <w:rsid w:val="00F66A5A"/>
    <w:rPr>
      <w:rFonts w:ascii="Times New Roman" w:hAnsi="Times New Roman" w:cs="Times New Roman"/>
      <w:i/>
      <w:iCs/>
    </w:rPr>
  </w:style>
  <w:style w:type="paragraph" w:styleId="FootnoteText">
    <w:name w:val="footnote text"/>
    <w:basedOn w:val="Normal"/>
    <w:link w:val="FootnoteTextChar"/>
    <w:uiPriority w:val="99"/>
    <w:qFormat/>
    <w:rsid w:val="00F66A5A"/>
    <w:rPr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locked/>
    <w:rsid w:val="00F66A5A"/>
    <w:rPr>
      <w:rFonts w:ascii="MS Mincho" w:eastAsia="MS Mincho" w:cs="MS Mincho"/>
      <w:lang w:eastAsia="ru-RU"/>
    </w:rPr>
  </w:style>
  <w:style w:type="character" w:styleId="FootnoteReference">
    <w:name w:val="footnote reference"/>
    <w:basedOn w:val="DefaultParagraphFont"/>
    <w:uiPriority w:val="99"/>
    <w:qFormat/>
    <w:rsid w:val="00F66A5A"/>
    <w:rPr>
      <w:rFonts w:ascii="Times New Roman" w:hAnsi="Times New Roman" w:cs="Times New Roman"/>
      <w:vertAlign w:val="superscript"/>
    </w:rPr>
  </w:style>
  <w:style w:type="paragraph" w:customStyle="1" w:styleId="1">
    <w:name w:val="Стиль1"/>
    <w:uiPriority w:val="99"/>
    <w:rsid w:val="00F66A5A"/>
    <w:pPr>
      <w:autoSpaceDE w:val="0"/>
      <w:autoSpaceDN w:val="0"/>
    </w:pPr>
    <w:rPr>
      <w:rFonts w:ascii="Times New Roman" w:hAnsi="Times New Roman"/>
      <w:lang w:eastAsia="ru-RU"/>
    </w:rPr>
  </w:style>
  <w:style w:type="character" w:customStyle="1" w:styleId="textbold">
    <w:name w:val="textbold"/>
    <w:basedOn w:val="DefaultParagraphFont"/>
    <w:uiPriority w:val="99"/>
    <w:rsid w:val="00F66A5A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rsid w:val="00F66A5A"/>
    <w:pPr>
      <w:spacing w:after="120"/>
    </w:pPr>
    <w:rPr>
      <w:sz w:val="16"/>
      <w:szCs w:val="16"/>
      <w:lang w:eastAsia="it-IT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F66A5A"/>
    <w:rPr>
      <w:rFonts w:ascii="Times New Roman" w:hAnsi="Times New Roman" w:cs="Times New Roman"/>
      <w:sz w:val="16"/>
      <w:szCs w:val="16"/>
      <w:lang w:eastAsia="it-IT"/>
    </w:rPr>
  </w:style>
  <w:style w:type="paragraph" w:customStyle="1" w:styleId="ColorfulList-Accent11">
    <w:name w:val="Colorful List - Accent 11"/>
    <w:basedOn w:val="Normal"/>
    <w:uiPriority w:val="34"/>
    <w:qFormat/>
    <w:rsid w:val="00F66A5A"/>
    <w:pPr>
      <w:spacing w:after="200" w:line="276" w:lineRule="auto"/>
      <w:ind w:left="720"/>
    </w:pPr>
    <w:rPr>
      <w:rFonts w:ascii="Calibri" w:hAnsi="Calibri" w:cs="Calibri"/>
      <w:sz w:val="22"/>
      <w:szCs w:val="22"/>
      <w:lang w:val="en-GB"/>
    </w:rPr>
  </w:style>
  <w:style w:type="character" w:customStyle="1" w:styleId="fulltextgraphictextchar">
    <w:name w:val="fulltext__graphictext__char"/>
    <w:rsid w:val="00B639FA"/>
  </w:style>
  <w:style w:type="paragraph" w:customStyle="1" w:styleId="DataField11pt">
    <w:name w:val="Data Field 11pt"/>
    <w:basedOn w:val="Normal"/>
    <w:rsid w:val="00F66A5A"/>
    <w:pPr>
      <w:autoSpaceDE w:val="0"/>
      <w:autoSpaceDN w:val="0"/>
      <w:spacing w:line="300" w:lineRule="exact"/>
    </w:pPr>
    <w:rPr>
      <w:rFonts w:ascii="Arial" w:eastAsia="MS Mincho" w:hAnsi="Arial" w:cs="Arial"/>
      <w:sz w:val="22"/>
      <w:szCs w:val="22"/>
    </w:rPr>
  </w:style>
  <w:style w:type="character" w:customStyle="1" w:styleId="DataField11ptChar">
    <w:name w:val="Data Field 11pt Char"/>
    <w:basedOn w:val="DefaultParagraphFont"/>
    <w:uiPriority w:val="99"/>
    <w:rsid w:val="00F66A5A"/>
    <w:rPr>
      <w:rFonts w:ascii="Arial" w:hAnsi="Arial" w:cs="Arial"/>
      <w:sz w:val="22"/>
      <w:szCs w:val="22"/>
    </w:rPr>
  </w:style>
  <w:style w:type="paragraph" w:customStyle="1" w:styleId="contentpara">
    <w:name w:val="contentpara"/>
    <w:basedOn w:val="Normal"/>
    <w:uiPriority w:val="99"/>
    <w:rsid w:val="00F66A5A"/>
    <w:pPr>
      <w:spacing w:before="100" w:beforeAutospacing="1" w:after="100" w:afterAutospacing="1"/>
    </w:pPr>
    <w:rPr>
      <w:rFonts w:ascii="Arial" w:eastAsia="MS Mincho" w:hAnsi="Arial" w:cs="Arial"/>
      <w:color w:val="000000"/>
      <w:sz w:val="18"/>
      <w:szCs w:val="18"/>
      <w:lang w:val="en-CA"/>
    </w:rPr>
  </w:style>
  <w:style w:type="paragraph" w:customStyle="1" w:styleId="TxBrp4">
    <w:name w:val="TxBr_p4"/>
    <w:basedOn w:val="Normal"/>
    <w:uiPriority w:val="99"/>
    <w:rsid w:val="00F66A5A"/>
    <w:pPr>
      <w:widowControl w:val="0"/>
      <w:spacing w:line="181" w:lineRule="atLeast"/>
    </w:pPr>
    <w:rPr>
      <w:rFonts w:eastAsia="MS Mincho"/>
      <w:lang w:val="en-GB"/>
    </w:rPr>
  </w:style>
  <w:style w:type="paragraph" w:customStyle="1" w:styleId="TxBrp2">
    <w:name w:val="TxBr_p2"/>
    <w:basedOn w:val="Normal"/>
    <w:uiPriority w:val="99"/>
    <w:rsid w:val="00F66A5A"/>
    <w:pPr>
      <w:widowControl w:val="0"/>
      <w:tabs>
        <w:tab w:val="left" w:pos="204"/>
      </w:tabs>
      <w:spacing w:line="283" w:lineRule="atLeast"/>
    </w:pPr>
    <w:rPr>
      <w:rFonts w:eastAsia="MS Mincho"/>
      <w:lang w:val="en-GB"/>
    </w:rPr>
  </w:style>
  <w:style w:type="paragraph" w:customStyle="1" w:styleId="TxBrp3">
    <w:name w:val="TxBr_p3"/>
    <w:basedOn w:val="Normal"/>
    <w:uiPriority w:val="99"/>
    <w:rsid w:val="00F66A5A"/>
    <w:pPr>
      <w:widowControl w:val="0"/>
      <w:tabs>
        <w:tab w:val="left" w:pos="255"/>
      </w:tabs>
      <w:spacing w:line="240" w:lineRule="atLeast"/>
      <w:ind w:left="561" w:hanging="255"/>
    </w:pPr>
    <w:rPr>
      <w:rFonts w:eastAsia="MS Mincho"/>
      <w:lang w:val="en-GB"/>
    </w:rPr>
  </w:style>
  <w:style w:type="character" w:customStyle="1" w:styleId="xpapertitle1">
    <w:name w:val="xpapertitle1"/>
    <w:basedOn w:val="DefaultParagraphFont"/>
    <w:uiPriority w:val="99"/>
    <w:rsid w:val="00F66A5A"/>
    <w:rPr>
      <w:rFonts w:ascii="Verdana" w:hAnsi="Verdana" w:cs="Verdana"/>
      <w:color w:val="000000"/>
      <w:spacing w:val="390"/>
      <w:sz w:val="30"/>
      <w:szCs w:val="30"/>
    </w:rPr>
  </w:style>
  <w:style w:type="character" w:customStyle="1" w:styleId="xauthor1">
    <w:name w:val="xauthor1"/>
    <w:basedOn w:val="DefaultParagraphFont"/>
    <w:uiPriority w:val="99"/>
    <w:rsid w:val="00F66A5A"/>
    <w:rPr>
      <w:rFonts w:ascii="Verdana" w:hAnsi="Verdana" w:cs="Verdana"/>
      <w:b/>
      <w:bCs/>
      <w:spacing w:val="240"/>
      <w:sz w:val="18"/>
      <w:szCs w:val="18"/>
    </w:rPr>
  </w:style>
  <w:style w:type="character" w:customStyle="1" w:styleId="BodyTextIndent3Char">
    <w:name w:val="Body Text Indent 3 Char"/>
    <w:basedOn w:val="DefaultParagraphFont"/>
    <w:uiPriority w:val="99"/>
    <w:rsid w:val="00F66A5A"/>
    <w:rPr>
      <w:rFonts w:ascii="Verdana" w:hAnsi="Verdana" w:cs="Verdana"/>
      <w:lang w:val="en-GB"/>
    </w:rPr>
  </w:style>
  <w:style w:type="paragraph" w:styleId="BodyTextIndent3">
    <w:name w:val="Body Text Indent 3"/>
    <w:basedOn w:val="Normal"/>
    <w:link w:val="BodyTextIndent3Char1"/>
    <w:rsid w:val="00F66A5A"/>
    <w:pPr>
      <w:widowControl w:val="0"/>
      <w:ind w:left="567" w:hanging="567"/>
    </w:pPr>
    <w:rPr>
      <w:rFonts w:ascii="Verdana" w:eastAsia="MS Mincho" w:hAnsi="Verdana" w:cs="Verdana"/>
      <w:sz w:val="20"/>
      <w:szCs w:val="20"/>
      <w:lang w:val="en-GB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locked/>
    <w:rsid w:val="001943A3"/>
    <w:rPr>
      <w:rFonts w:ascii="Times New Roman" w:hAnsi="Times New Roman" w:cs="Times New Roman"/>
      <w:sz w:val="16"/>
      <w:szCs w:val="16"/>
      <w:lang w:eastAsia="en-US"/>
    </w:rPr>
  </w:style>
  <w:style w:type="character" w:customStyle="1" w:styleId="w">
    <w:name w:val="w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a">
    <w:name w:val="a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doi">
    <w:name w:val="doi"/>
    <w:basedOn w:val="DefaultParagraphFont"/>
    <w:rsid w:val="00F66A5A"/>
    <w:rPr>
      <w:rFonts w:ascii="Times New Roman" w:hAnsi="Times New Roman" w:cs="Times New Roman"/>
    </w:rPr>
  </w:style>
  <w:style w:type="character" w:customStyle="1" w:styleId="fm-vol-iss-date">
    <w:name w:val="fm-vol-iss-date"/>
    <w:basedOn w:val="DefaultParagraphFont"/>
    <w:rsid w:val="00F66A5A"/>
    <w:rPr>
      <w:rFonts w:ascii="Times New Roman" w:hAnsi="Times New Roman" w:cs="Times New Roman"/>
    </w:rPr>
  </w:style>
  <w:style w:type="paragraph" w:customStyle="1" w:styleId="fm-author">
    <w:name w:val="fm-author"/>
    <w:basedOn w:val="Normal"/>
    <w:uiPriority w:val="99"/>
    <w:rsid w:val="00F66A5A"/>
    <w:pPr>
      <w:spacing w:before="100" w:beforeAutospacing="1" w:after="100" w:afterAutospacing="1"/>
    </w:pPr>
    <w:rPr>
      <w:rFonts w:eastAsia="MS Mincho"/>
      <w:lang w:val="en-CA" w:eastAsia="en-CA"/>
    </w:rPr>
  </w:style>
  <w:style w:type="character" w:customStyle="1" w:styleId="atl">
    <w:name w:val="atl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journalnumber">
    <w:name w:val="journalnumber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cite-month-year">
    <w:name w:val="cite-month-year"/>
    <w:basedOn w:val="DefaultParagraphFont"/>
    <w:uiPriority w:val="99"/>
    <w:rsid w:val="00F66A5A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qFormat/>
    <w:rsid w:val="00F66A5A"/>
    <w:pPr>
      <w:spacing w:before="120" w:after="120"/>
    </w:pPr>
    <w:rPr>
      <w:rFonts w:eastAsia="MS Mincho"/>
      <w:b/>
      <w:bCs/>
    </w:rPr>
  </w:style>
  <w:style w:type="paragraph" w:customStyle="1" w:styleId="abstract">
    <w:name w:val="abstract"/>
    <w:basedOn w:val="Normal"/>
    <w:uiPriority w:val="99"/>
    <w:rsid w:val="00F66A5A"/>
    <w:pPr>
      <w:spacing w:before="100" w:beforeAutospacing="1" w:after="100" w:afterAutospacing="1"/>
    </w:pPr>
    <w:rPr>
      <w:rFonts w:eastAsia="MS Mincho"/>
      <w:lang w:val="en-CA" w:eastAsia="en-CA"/>
    </w:rPr>
  </w:style>
  <w:style w:type="paragraph" w:styleId="Title">
    <w:name w:val="Title"/>
    <w:basedOn w:val="Normal"/>
    <w:link w:val="TitleChar"/>
    <w:uiPriority w:val="10"/>
    <w:qFormat/>
    <w:rsid w:val="00F66A5A"/>
    <w:pPr>
      <w:tabs>
        <w:tab w:val="left" w:pos="720"/>
      </w:tabs>
      <w:jc w:val="center"/>
    </w:pPr>
    <w:rPr>
      <w:rFonts w:eastAsia="MS Mincho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locked/>
    <w:rsid w:val="00F66A5A"/>
    <w:rPr>
      <w:rFonts w:ascii="Times New Roman" w:hAnsi="Times New Roman" w:cs="Times New Roman"/>
      <w:b/>
      <w:bCs/>
      <w:sz w:val="28"/>
      <w:szCs w:val="28"/>
      <w:u w:val="single"/>
    </w:rPr>
  </w:style>
  <w:style w:type="character" w:styleId="HTMLCite">
    <w:name w:val="HTML Cite"/>
    <w:basedOn w:val="DefaultParagraphFont"/>
    <w:rsid w:val="00F66A5A"/>
    <w:rPr>
      <w:rFonts w:ascii="Times New Roman" w:hAnsi="Times New Roman" w:cs="Times New Roman"/>
      <w:i/>
      <w:iCs/>
    </w:rPr>
  </w:style>
  <w:style w:type="character" w:customStyle="1" w:styleId="z3988">
    <w:name w:val="z3988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volume">
    <w:name w:val="volume"/>
    <w:basedOn w:val="DefaultParagraphFont"/>
    <w:rsid w:val="00F66A5A"/>
    <w:rPr>
      <w:rFonts w:ascii="Times New Roman" w:hAnsi="Times New Roman" w:cs="Times New Roman"/>
    </w:rPr>
  </w:style>
  <w:style w:type="character" w:customStyle="1" w:styleId="issue">
    <w:name w:val="issue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pages">
    <w:name w:val="pages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featuredlinkouts">
    <w:name w:val="featured_linkouts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linkbar">
    <w:name w:val="linkbar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bodytext0">
    <w:name w:val="bodytext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citation-abbreviation">
    <w:name w:val="citation-abbreviation"/>
    <w:basedOn w:val="DefaultParagraphFont"/>
    <w:rsid w:val="00F66A5A"/>
    <w:rPr>
      <w:rFonts w:ascii="Times New Roman" w:hAnsi="Times New Roman" w:cs="Times New Roman"/>
    </w:rPr>
  </w:style>
  <w:style w:type="character" w:customStyle="1" w:styleId="citation-publication-date">
    <w:name w:val="citation-publication-date"/>
    <w:basedOn w:val="DefaultParagraphFont"/>
    <w:rsid w:val="00F66A5A"/>
    <w:rPr>
      <w:rFonts w:ascii="Times New Roman" w:hAnsi="Times New Roman" w:cs="Times New Roman"/>
    </w:rPr>
  </w:style>
  <w:style w:type="character" w:customStyle="1" w:styleId="citation-volume">
    <w:name w:val="citation-volume"/>
    <w:basedOn w:val="DefaultParagraphFont"/>
    <w:rsid w:val="00F66A5A"/>
    <w:rPr>
      <w:rFonts w:ascii="Times New Roman" w:hAnsi="Times New Roman" w:cs="Times New Roman"/>
    </w:rPr>
  </w:style>
  <w:style w:type="character" w:customStyle="1" w:styleId="citation-issue">
    <w:name w:val="citation-issue"/>
    <w:basedOn w:val="DefaultParagraphFont"/>
    <w:rsid w:val="00F66A5A"/>
    <w:rPr>
      <w:rFonts w:ascii="Times New Roman" w:hAnsi="Times New Roman" w:cs="Times New Roman"/>
    </w:rPr>
  </w:style>
  <w:style w:type="character" w:customStyle="1" w:styleId="citation-flpages">
    <w:name w:val="citation-flpages"/>
    <w:basedOn w:val="DefaultParagraphFont"/>
    <w:rsid w:val="00F66A5A"/>
    <w:rPr>
      <w:rFonts w:ascii="Times New Roman" w:hAnsi="Times New Roman" w:cs="Times New Roman"/>
    </w:rPr>
  </w:style>
  <w:style w:type="character" w:customStyle="1" w:styleId="cssauthor">
    <w:name w:val="css_author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ref-journal">
    <w:name w:val="ref-journal"/>
    <w:basedOn w:val="DefaultParagraphFont"/>
    <w:rsid w:val="00F66A5A"/>
    <w:rPr>
      <w:rFonts w:ascii="Times New Roman" w:hAnsi="Times New Roman" w:cs="Times New Roman"/>
    </w:rPr>
  </w:style>
  <w:style w:type="character" w:customStyle="1" w:styleId="ref-vol">
    <w:name w:val="ref-vol"/>
    <w:basedOn w:val="DefaultParagraphFont"/>
    <w:rsid w:val="00F66A5A"/>
    <w:rPr>
      <w:rFonts w:ascii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qFormat/>
    <w:rsid w:val="00F66A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locked/>
    <w:rsid w:val="00F66A5A"/>
    <w:rPr>
      <w:rFonts w:ascii="Courier New" w:hAnsi="Courier New" w:cs="Courier New"/>
    </w:rPr>
  </w:style>
  <w:style w:type="character" w:customStyle="1" w:styleId="authors">
    <w:name w:val="authors"/>
    <w:basedOn w:val="DefaultParagraphFont"/>
    <w:rsid w:val="00F66A5A"/>
    <w:rPr>
      <w:rFonts w:ascii="Times New Roman" w:hAnsi="Times New Roman" w:cs="Times New Roman"/>
    </w:rPr>
  </w:style>
  <w:style w:type="character" w:customStyle="1" w:styleId="icon">
    <w:name w:val="icon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dblinks">
    <w:name w:val="dblinks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moz-txt-tag">
    <w:name w:val="moz-txt-tag"/>
    <w:basedOn w:val="DefaultParagraphFont"/>
    <w:uiPriority w:val="99"/>
    <w:rsid w:val="00F66A5A"/>
    <w:rPr>
      <w:rFonts w:ascii="Times New Roman" w:hAnsi="Times New Roman" w:cs="Times New Roman"/>
    </w:rPr>
  </w:style>
  <w:style w:type="paragraph" w:customStyle="1" w:styleId="articleref">
    <w:name w:val="articleref"/>
    <w:basedOn w:val="Normal"/>
    <w:uiPriority w:val="99"/>
    <w:rsid w:val="00F66A5A"/>
    <w:pPr>
      <w:spacing w:before="100" w:beforeAutospacing="1" w:after="100" w:afterAutospacing="1"/>
    </w:pPr>
    <w:rPr>
      <w:rFonts w:eastAsia="MS Mincho"/>
    </w:rPr>
  </w:style>
  <w:style w:type="paragraph" w:customStyle="1" w:styleId="articlecitation">
    <w:name w:val="articlecitation"/>
    <w:basedOn w:val="Normal"/>
    <w:uiPriority w:val="99"/>
    <w:rsid w:val="00F66A5A"/>
    <w:pPr>
      <w:spacing w:before="100" w:beforeAutospacing="1" w:after="100" w:afterAutospacing="1"/>
    </w:pPr>
    <w:rPr>
      <w:rFonts w:eastAsia="MS Mincho"/>
    </w:rPr>
  </w:style>
  <w:style w:type="character" w:customStyle="1" w:styleId="name">
    <w:name w:val="name"/>
    <w:basedOn w:val="DefaultParagraphFont"/>
    <w:rsid w:val="00F66A5A"/>
    <w:rPr>
      <w:rFonts w:ascii="Times New Roman" w:hAnsi="Times New Roman" w:cs="Times New Roman"/>
    </w:rPr>
  </w:style>
  <w:style w:type="character" w:customStyle="1" w:styleId="forenames">
    <w:name w:val="forenames"/>
    <w:basedOn w:val="DefaultParagraphFont"/>
    <w:uiPriority w:val="99"/>
    <w:rsid w:val="00F66A5A"/>
    <w:rPr>
      <w:rFonts w:ascii="Times New Roman" w:hAnsi="Times New Roman" w:cs="Times New Roman"/>
    </w:rPr>
  </w:style>
  <w:style w:type="character" w:customStyle="1" w:styleId="surname">
    <w:name w:val="surname"/>
    <w:basedOn w:val="DefaultParagraphFont"/>
    <w:uiPriority w:val="99"/>
    <w:rsid w:val="00F66A5A"/>
    <w:rPr>
      <w:rFonts w:ascii="Times New Roman" w:hAnsi="Times New Roman" w:cs="Times New Roman"/>
    </w:rPr>
  </w:style>
  <w:style w:type="paragraph" w:customStyle="1" w:styleId="Title1">
    <w:name w:val="Title1"/>
    <w:basedOn w:val="Normal"/>
    <w:rsid w:val="00F66A5A"/>
    <w:pPr>
      <w:spacing w:before="100" w:beforeAutospacing="1" w:after="100" w:afterAutospacing="1"/>
    </w:pPr>
    <w:rPr>
      <w:rFonts w:eastAsia="MS Mincho"/>
    </w:rPr>
  </w:style>
  <w:style w:type="paragraph" w:customStyle="1" w:styleId="source">
    <w:name w:val="source"/>
    <w:basedOn w:val="Normal"/>
    <w:uiPriority w:val="99"/>
    <w:rsid w:val="00F66A5A"/>
    <w:pPr>
      <w:spacing w:before="100" w:beforeAutospacing="1" w:after="100" w:afterAutospacing="1"/>
    </w:pPr>
    <w:rPr>
      <w:rFonts w:eastAsia="MS Mincho"/>
    </w:rPr>
  </w:style>
  <w:style w:type="character" w:customStyle="1" w:styleId="nlmxref-aff">
    <w:name w:val="nlm_xref-aff"/>
    <w:basedOn w:val="DefaultParagraphFont"/>
    <w:uiPriority w:val="99"/>
    <w:rsid w:val="00F66A5A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qFormat/>
    <w:rsid w:val="00F66A5A"/>
    <w:rPr>
      <w:rFonts w:ascii="Times New Roman" w:hAnsi="Times New Roman" w:cs="Times New Roman"/>
      <w:color w:val="800080"/>
      <w:u w:val="single"/>
    </w:rPr>
  </w:style>
  <w:style w:type="paragraph" w:customStyle="1" w:styleId="Char1CharCharCharCharCharChar">
    <w:name w:val="Char1 Char Char תו תו Char תו תו Char Char Char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customStyle="1" w:styleId="fm-vol-iss-date1">
    <w:name w:val="fm-vol-iss-date1"/>
    <w:basedOn w:val="DefaultParagraphFont"/>
    <w:uiPriority w:val="99"/>
    <w:rsid w:val="00C37403"/>
    <w:rPr>
      <w:rFonts w:ascii="Arial" w:hAnsi="Arial" w:cs="Arial"/>
      <w:sz w:val="18"/>
      <w:szCs w:val="18"/>
      <w:lang w:val="en-US" w:eastAsia="en-US"/>
    </w:rPr>
  </w:style>
  <w:style w:type="character" w:customStyle="1" w:styleId="maintextbldleft1">
    <w:name w:val="maintextbldleft1"/>
    <w:basedOn w:val="DefaultParagraphFont"/>
    <w:uiPriority w:val="99"/>
    <w:rsid w:val="00C37403"/>
    <w:rPr>
      <w:rFonts w:ascii="Arial" w:hAnsi="Arial" w:cs="Arial"/>
      <w:b/>
      <w:bCs/>
      <w:color w:val="000000"/>
      <w:sz w:val="18"/>
      <w:szCs w:val="18"/>
      <w:u w:val="none"/>
      <w:effect w:val="none"/>
      <w:lang w:val="en-US" w:eastAsia="en-US"/>
    </w:rPr>
  </w:style>
  <w:style w:type="character" w:customStyle="1" w:styleId="maintextleft1">
    <w:name w:val="maintextleft1"/>
    <w:basedOn w:val="DefaultParagraphFont"/>
    <w:uiPriority w:val="99"/>
    <w:rsid w:val="00C37403"/>
    <w:rPr>
      <w:rFonts w:ascii="Arial" w:hAnsi="Arial" w:cs="Arial"/>
      <w:color w:val="000000"/>
      <w:sz w:val="18"/>
      <w:szCs w:val="18"/>
      <w:u w:val="none"/>
      <w:effect w:val="none"/>
      <w:lang w:val="en-US" w:eastAsia="en-US"/>
    </w:rPr>
  </w:style>
  <w:style w:type="paragraph" w:customStyle="1" w:styleId="heading20">
    <w:name w:val="heading2"/>
    <w:basedOn w:val="Normal"/>
    <w:uiPriority w:val="99"/>
    <w:rsid w:val="00C37403"/>
    <w:pPr>
      <w:spacing w:before="100" w:beforeAutospacing="1" w:after="100" w:afterAutospacing="1"/>
    </w:pPr>
  </w:style>
  <w:style w:type="character" w:customStyle="1" w:styleId="smallcaps1">
    <w:name w:val="smallcaps1"/>
    <w:basedOn w:val="DefaultParagraphFont"/>
    <w:uiPriority w:val="99"/>
    <w:rsid w:val="00C37403"/>
    <w:rPr>
      <w:rFonts w:ascii="Arial" w:hAnsi="Arial" w:cs="Arial"/>
      <w:smallCaps/>
      <w:lang w:val="en-US" w:eastAsia="en-US"/>
    </w:rPr>
  </w:style>
  <w:style w:type="character" w:customStyle="1" w:styleId="normal1">
    <w:name w:val="normal1"/>
    <w:basedOn w:val="DefaultParagraphFont"/>
    <w:uiPriority w:val="99"/>
    <w:rsid w:val="00C37403"/>
    <w:rPr>
      <w:rFonts w:ascii="Arial" w:hAnsi="Arial" w:cs="Arial"/>
      <w:sz w:val="19"/>
      <w:szCs w:val="19"/>
      <w:lang w:val="en-US" w:eastAsia="en-US"/>
    </w:rPr>
  </w:style>
  <w:style w:type="paragraph" w:customStyle="1" w:styleId="timesnewroman">
    <w:name w:val="times new roman"/>
    <w:basedOn w:val="Normal"/>
    <w:uiPriority w:val="99"/>
    <w:rsid w:val="00C37403"/>
  </w:style>
  <w:style w:type="character" w:customStyle="1" w:styleId="seriestitle1">
    <w:name w:val="seriestitle1"/>
    <w:basedOn w:val="DefaultParagraphFont"/>
    <w:uiPriority w:val="99"/>
    <w:rsid w:val="00C37403"/>
    <w:rPr>
      <w:rFonts w:ascii="Tahoma" w:hAnsi="Tahoma" w:cs="Tahoma"/>
      <w:b/>
      <w:bCs/>
      <w:color w:val="auto"/>
      <w:sz w:val="24"/>
      <w:szCs w:val="24"/>
      <w:lang w:val="en-US" w:eastAsia="en-US"/>
    </w:rPr>
  </w:style>
  <w:style w:type="character" w:customStyle="1" w:styleId="black9pt1">
    <w:name w:val="black9pt1"/>
    <w:basedOn w:val="DefaultParagraphFont"/>
    <w:uiPriority w:val="99"/>
    <w:rsid w:val="00C37403"/>
    <w:rPr>
      <w:rFonts w:ascii="Tahoma" w:hAnsi="Tahoma" w:cs="Tahoma"/>
      <w:color w:val="000000"/>
      <w:sz w:val="18"/>
      <w:szCs w:val="18"/>
      <w:lang w:val="en-US" w:eastAsia="en-US"/>
    </w:rPr>
  </w:style>
  <w:style w:type="character" w:customStyle="1" w:styleId="title21">
    <w:name w:val="title21"/>
    <w:basedOn w:val="DefaultParagraphFont"/>
    <w:uiPriority w:val="99"/>
    <w:rsid w:val="00C37403"/>
    <w:rPr>
      <w:rFonts w:ascii="Tahoma" w:hAnsi="Tahoma" w:cs="Tahoma"/>
      <w:b/>
      <w:bCs/>
      <w:sz w:val="24"/>
      <w:szCs w:val="24"/>
      <w:lang w:val="en-US" w:eastAsia="en-US"/>
    </w:rPr>
  </w:style>
  <w:style w:type="paragraph" w:customStyle="1" w:styleId="HTMLPreformatted1">
    <w:name w:val="HTML Preformatted1"/>
    <w:basedOn w:val="Normal"/>
    <w:uiPriority w:val="99"/>
    <w:rsid w:val="00C374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/>
    </w:rPr>
  </w:style>
  <w:style w:type="paragraph" w:customStyle="1" w:styleId="Style2">
    <w:name w:val="Style 2"/>
    <w:basedOn w:val="Normal"/>
    <w:uiPriority w:val="99"/>
    <w:rsid w:val="00C37403"/>
    <w:pPr>
      <w:widowControl w:val="0"/>
      <w:autoSpaceDE w:val="0"/>
      <w:autoSpaceDN w:val="0"/>
      <w:ind w:firstLine="360"/>
      <w:jc w:val="both"/>
    </w:pPr>
  </w:style>
  <w:style w:type="character" w:customStyle="1" w:styleId="body1">
    <w:name w:val="body1"/>
    <w:basedOn w:val="DefaultParagraphFont"/>
    <w:uiPriority w:val="99"/>
    <w:rsid w:val="00C37403"/>
    <w:rPr>
      <w:rFonts w:ascii="Arial" w:hAnsi="Arial" w:cs="Arial"/>
      <w:color w:val="000000"/>
      <w:sz w:val="20"/>
      <w:szCs w:val="20"/>
      <w:lang w:val="en-US" w:eastAsia="en-US"/>
    </w:rPr>
  </w:style>
  <w:style w:type="paragraph" w:customStyle="1" w:styleId="HTMLPreformatted2">
    <w:name w:val="HTML Preformatted2"/>
    <w:basedOn w:val="Normal"/>
    <w:uiPriority w:val="99"/>
    <w:rsid w:val="00C374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harChar1Char1CharChar">
    <w:name w:val="Char Char1 Char1 Char Char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customStyle="1" w:styleId="refpreview1">
    <w:name w:val="refpreview1"/>
    <w:basedOn w:val="DefaultParagraphFont"/>
    <w:uiPriority w:val="99"/>
    <w:rsid w:val="00C37403"/>
    <w:rPr>
      <w:rFonts w:ascii="Tahoma" w:hAnsi="Tahoma" w:cs="Tahoma"/>
      <w:vanish/>
      <w:shd w:val="clear" w:color="auto" w:fill="auto"/>
      <w:lang w:val="en-US" w:eastAsia="en-US"/>
    </w:rPr>
  </w:style>
  <w:style w:type="character" w:customStyle="1" w:styleId="xref-sep">
    <w:name w:val="xref-sep"/>
    <w:basedOn w:val="DefaultParagraphFont"/>
    <w:uiPriority w:val="99"/>
    <w:rsid w:val="00C37403"/>
    <w:rPr>
      <w:rFonts w:ascii="Tahoma" w:hAnsi="Tahoma" w:cs="Tahoma"/>
      <w:lang w:val="en-US" w:eastAsia="en-US"/>
    </w:rPr>
  </w:style>
  <w:style w:type="character" w:customStyle="1" w:styleId="slug-vol">
    <w:name w:val="slug-vol"/>
    <w:basedOn w:val="DefaultParagraphFont"/>
    <w:uiPriority w:val="99"/>
    <w:rsid w:val="00C37403"/>
    <w:rPr>
      <w:rFonts w:ascii="Tahoma" w:hAnsi="Tahoma" w:cs="Tahoma"/>
      <w:lang w:val="en-US" w:eastAsia="en-US"/>
    </w:rPr>
  </w:style>
  <w:style w:type="character" w:customStyle="1" w:styleId="slug-issue">
    <w:name w:val="slug-issue"/>
    <w:basedOn w:val="DefaultParagraphFont"/>
    <w:uiPriority w:val="99"/>
    <w:rsid w:val="00C37403"/>
    <w:rPr>
      <w:rFonts w:ascii="Tahoma" w:hAnsi="Tahoma" w:cs="Tahoma"/>
      <w:lang w:val="en-US" w:eastAsia="en-US"/>
    </w:rPr>
  </w:style>
  <w:style w:type="paragraph" w:customStyle="1" w:styleId="Char1">
    <w:name w:val="Char1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citation">
    <w:name w:val="citation"/>
    <w:basedOn w:val="Normal"/>
    <w:uiPriority w:val="99"/>
    <w:rsid w:val="00C37403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C37403"/>
    <w:pPr>
      <w:shd w:val="clear" w:color="auto" w:fill="FFFFFF"/>
      <w:spacing w:before="100" w:beforeAutospacing="1" w:after="100" w:afterAutospacing="1"/>
      <w:ind w:right="5604"/>
    </w:pPr>
    <w:rPr>
      <w:rFonts w:ascii="Helvetica" w:hAnsi="Helvetica" w:cs="Helvetica"/>
      <w:sz w:val="29"/>
      <w:szCs w:val="29"/>
    </w:rPr>
  </w:style>
  <w:style w:type="paragraph" w:customStyle="1" w:styleId="CharChar1Char1CharCharCharChar">
    <w:name w:val="Char Char1 Char1 Char Char Char Char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Char1CharCharCharCharCharCharCharChar">
    <w:name w:val="Char1 Char Char תו תו Char תו תו Char Char Char תו תו Char Char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Char1CharCharCharCharCharCharCharCharChar">
    <w:name w:val="Char1 Char Char תו תו Char תו תו Char Char Char תו תו Char Char תו תו Char"/>
    <w:basedOn w:val="Normal"/>
    <w:uiPriority w:val="99"/>
    <w:rsid w:val="00C37403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title2">
    <w:name w:val="title2"/>
    <w:basedOn w:val="Normal"/>
    <w:uiPriority w:val="99"/>
    <w:rsid w:val="00F26F99"/>
    <w:pPr>
      <w:shd w:val="clear" w:color="auto" w:fill="FFFFFF"/>
    </w:pPr>
    <w:rPr>
      <w:rFonts w:ascii="Helvetica" w:hAnsi="Helvetica" w:cs="Helvetica"/>
      <w:sz w:val="29"/>
      <w:szCs w:val="29"/>
      <w:lang w:val="sl-SI" w:eastAsia="sl-SI"/>
    </w:rPr>
  </w:style>
  <w:style w:type="paragraph" w:customStyle="1" w:styleId="aff">
    <w:name w:val="aff"/>
    <w:basedOn w:val="Normal"/>
    <w:uiPriority w:val="99"/>
    <w:rsid w:val="00F26F99"/>
    <w:pPr>
      <w:spacing w:before="100" w:beforeAutospacing="1" w:after="100" w:afterAutospacing="1"/>
    </w:pPr>
    <w:rPr>
      <w:lang w:val="sl-SI" w:eastAsia="sl-SI"/>
    </w:rPr>
  </w:style>
  <w:style w:type="character" w:customStyle="1" w:styleId="src">
    <w:name w:val="src"/>
    <w:basedOn w:val="DefaultParagraphFont"/>
    <w:rsid w:val="00181B48"/>
  </w:style>
  <w:style w:type="character" w:customStyle="1" w:styleId="jrnl">
    <w:name w:val="jrnl"/>
    <w:basedOn w:val="DefaultParagraphFont"/>
    <w:qFormat/>
    <w:rsid w:val="00181B48"/>
  </w:style>
  <w:style w:type="paragraph" w:customStyle="1" w:styleId="rprtbody2">
    <w:name w:val="rprtbody2"/>
    <w:basedOn w:val="Normal"/>
    <w:uiPriority w:val="99"/>
    <w:rsid w:val="00181B48"/>
    <w:pPr>
      <w:shd w:val="clear" w:color="auto" w:fill="FFFFFF"/>
      <w:spacing w:before="34" w:after="34"/>
    </w:pPr>
    <w:rPr>
      <w:rFonts w:ascii="Helvetica" w:hAnsi="Helvetica" w:cs="Helvetica"/>
      <w:sz w:val="28"/>
      <w:szCs w:val="28"/>
      <w:lang w:val="sl-SI" w:eastAsia="sl-SI"/>
    </w:rPr>
  </w:style>
  <w:style w:type="character" w:customStyle="1" w:styleId="src2">
    <w:name w:val="src2"/>
    <w:rsid w:val="00181B48"/>
    <w:rPr>
      <w:rFonts w:ascii="Helvetica" w:hAnsi="Helvetica" w:cs="Helvetica"/>
      <w:sz w:val="29"/>
      <w:szCs w:val="29"/>
      <w:shd w:val="clear" w:color="auto" w:fill="FFFFFF"/>
    </w:rPr>
  </w:style>
  <w:style w:type="character" w:customStyle="1" w:styleId="articletext1">
    <w:name w:val="articletext1"/>
    <w:basedOn w:val="DefaultParagraphFont"/>
    <w:uiPriority w:val="99"/>
    <w:rsid w:val="00C02032"/>
    <w:rPr>
      <w:rFonts w:ascii="Verdana" w:hAnsi="Verdana" w:cs="Verdana"/>
      <w:color w:val="000000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B81149"/>
    <w:rPr>
      <w:rFonts w:ascii="Consolas" w:hAnsi="Consolas" w:cs="Consolas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81149"/>
    <w:rPr>
      <w:rFonts w:ascii="Consolas" w:hAnsi="Consolas" w:cs="Consolas"/>
      <w:sz w:val="21"/>
      <w:szCs w:val="21"/>
      <w:lang w:val="en-GB"/>
    </w:rPr>
  </w:style>
  <w:style w:type="table" w:styleId="TableGrid">
    <w:name w:val="Table Grid"/>
    <w:basedOn w:val="TableNormal"/>
    <w:uiPriority w:val="59"/>
    <w:qFormat/>
    <w:rsid w:val="0040722A"/>
    <w:rPr>
      <w:rFonts w:ascii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A01E4"/>
    <w:pPr>
      <w:ind w:left="720"/>
    </w:pPr>
  </w:style>
  <w:style w:type="character" w:customStyle="1" w:styleId="src1">
    <w:name w:val="src1"/>
    <w:basedOn w:val="DefaultParagraphFont"/>
    <w:uiPriority w:val="99"/>
    <w:rsid w:val="00BA01E4"/>
  </w:style>
  <w:style w:type="paragraph" w:customStyle="1" w:styleId="rprtbody1">
    <w:name w:val="rprtbody1"/>
    <w:basedOn w:val="Normal"/>
    <w:uiPriority w:val="99"/>
    <w:rsid w:val="00BA01E4"/>
    <w:pPr>
      <w:spacing w:before="34" w:after="34"/>
    </w:pPr>
    <w:rPr>
      <w:sz w:val="28"/>
      <w:szCs w:val="28"/>
    </w:rPr>
  </w:style>
  <w:style w:type="paragraph" w:customStyle="1" w:styleId="title10">
    <w:name w:val="title1"/>
    <w:basedOn w:val="Normal"/>
    <w:uiPriority w:val="99"/>
    <w:rsid w:val="00BA01E4"/>
    <w:rPr>
      <w:sz w:val="29"/>
      <w:szCs w:val="29"/>
    </w:rPr>
  </w:style>
  <w:style w:type="paragraph" w:styleId="EndnoteText">
    <w:name w:val="endnote text"/>
    <w:basedOn w:val="Normal"/>
    <w:link w:val="EndnoteTextChar"/>
    <w:uiPriority w:val="99"/>
    <w:rsid w:val="00112338"/>
    <w:rPr>
      <w:sz w:val="20"/>
      <w:szCs w:val="20"/>
      <w:lang w:eastAsia="it-IT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112338"/>
    <w:rPr>
      <w:rFonts w:ascii="Times New Roman" w:hAnsi="Times New Roman" w:cs="Times New Roman"/>
      <w:lang w:eastAsia="it-IT"/>
    </w:rPr>
  </w:style>
  <w:style w:type="character" w:styleId="EndnoteReference">
    <w:name w:val="endnote reference"/>
    <w:basedOn w:val="DefaultParagraphFont"/>
    <w:uiPriority w:val="99"/>
    <w:rsid w:val="00112338"/>
    <w:rPr>
      <w:vertAlign w:val="superscript"/>
    </w:rPr>
  </w:style>
  <w:style w:type="paragraph" w:customStyle="1" w:styleId="CharChar">
    <w:name w:val="Char Char"/>
    <w:basedOn w:val="Normal"/>
    <w:uiPriority w:val="99"/>
    <w:rsid w:val="00112338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customStyle="1" w:styleId="cit-source">
    <w:name w:val="cit-source"/>
    <w:basedOn w:val="DefaultParagraphFont"/>
    <w:rsid w:val="00471B38"/>
  </w:style>
  <w:style w:type="character" w:customStyle="1" w:styleId="cit-vol3">
    <w:name w:val="cit-vol3"/>
    <w:basedOn w:val="DefaultParagraphFont"/>
    <w:uiPriority w:val="99"/>
    <w:rsid w:val="00471B38"/>
  </w:style>
  <w:style w:type="character" w:customStyle="1" w:styleId="cit-fpage">
    <w:name w:val="cit-fpage"/>
    <w:basedOn w:val="DefaultParagraphFont"/>
    <w:rsid w:val="00471B38"/>
  </w:style>
  <w:style w:type="paragraph" w:customStyle="1" w:styleId="p">
    <w:name w:val="p"/>
    <w:qFormat/>
    <w:rsid w:val="00317369"/>
    <w:pPr>
      <w:spacing w:after="360" w:line="480" w:lineRule="atLeast"/>
      <w:ind w:firstLine="567"/>
    </w:pPr>
    <w:rPr>
      <w:rFonts w:ascii="Times New Roman" w:hAnsi="Times New Roman"/>
      <w:sz w:val="24"/>
      <w:szCs w:val="24"/>
      <w:lang w:val="en-GB"/>
    </w:rPr>
  </w:style>
  <w:style w:type="paragraph" w:customStyle="1" w:styleId="ack">
    <w:name w:val="ack"/>
    <w:basedOn w:val="Normal"/>
    <w:uiPriority w:val="99"/>
    <w:rsid w:val="00317369"/>
    <w:pPr>
      <w:spacing w:after="240" w:line="480" w:lineRule="atLeast"/>
    </w:pPr>
    <w:rPr>
      <w:sz w:val="20"/>
      <w:szCs w:val="20"/>
      <w:lang w:val="en-GB"/>
    </w:rPr>
  </w:style>
  <w:style w:type="character" w:customStyle="1" w:styleId="clsstaticdata1">
    <w:name w:val="clsstaticdata1"/>
    <w:basedOn w:val="DefaultParagraphFont"/>
    <w:uiPriority w:val="99"/>
    <w:rsid w:val="00A77E79"/>
    <w:rPr>
      <w:rFonts w:ascii="Arial" w:hAnsi="Arial" w:cs="Arial"/>
      <w:color w:val="000000"/>
      <w:sz w:val="14"/>
      <w:szCs w:val="14"/>
    </w:rPr>
  </w:style>
  <w:style w:type="paragraph" w:customStyle="1" w:styleId="Geenafstand1">
    <w:name w:val="Geen afstand1"/>
    <w:uiPriority w:val="99"/>
    <w:rsid w:val="006D0E8D"/>
    <w:rPr>
      <w:rFonts w:ascii="Times New Roman" w:hAnsi="Times New Roman"/>
      <w:sz w:val="24"/>
      <w:szCs w:val="24"/>
    </w:rPr>
  </w:style>
  <w:style w:type="paragraph" w:customStyle="1" w:styleId="Sinespaciado">
    <w:name w:val="Sin espaciado"/>
    <w:basedOn w:val="Normal"/>
    <w:uiPriority w:val="99"/>
    <w:rsid w:val="00524486"/>
    <w:pPr>
      <w:autoSpaceDE w:val="0"/>
      <w:autoSpaceDN w:val="0"/>
      <w:adjustRightInd w:val="0"/>
      <w:spacing w:after="200" w:line="288" w:lineRule="auto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aug">
    <w:name w:val="aug"/>
    <w:basedOn w:val="Normal"/>
    <w:uiPriority w:val="99"/>
    <w:rsid w:val="0077644E"/>
    <w:pPr>
      <w:spacing w:after="240" w:line="480" w:lineRule="atLeast"/>
    </w:pPr>
    <w:rPr>
      <w:lang w:val="en-GB"/>
    </w:rPr>
  </w:style>
  <w:style w:type="paragraph" w:customStyle="1" w:styleId="conflict">
    <w:name w:val="conflict"/>
    <w:basedOn w:val="Normal"/>
    <w:uiPriority w:val="99"/>
    <w:rsid w:val="0077644E"/>
    <w:pPr>
      <w:spacing w:before="100" w:beforeAutospacing="1" w:after="100" w:afterAutospacing="1"/>
    </w:pPr>
  </w:style>
  <w:style w:type="paragraph" w:customStyle="1" w:styleId="correspondence">
    <w:name w:val="correspondence"/>
    <w:basedOn w:val="Normal"/>
    <w:uiPriority w:val="99"/>
    <w:rsid w:val="0077644E"/>
    <w:pPr>
      <w:spacing w:before="100" w:beforeAutospacing="1" w:after="100" w:afterAutospacing="1"/>
    </w:pPr>
  </w:style>
  <w:style w:type="character" w:customStyle="1" w:styleId="nbapihighlight1">
    <w:name w:val="nbapihighlight1"/>
    <w:basedOn w:val="DefaultParagraphFont"/>
    <w:uiPriority w:val="99"/>
    <w:rsid w:val="0077644E"/>
  </w:style>
  <w:style w:type="character" w:customStyle="1" w:styleId="allowem">
    <w:name w:val="allowem"/>
    <w:basedOn w:val="DefaultParagraphFont"/>
    <w:uiPriority w:val="99"/>
    <w:rsid w:val="005233F9"/>
  </w:style>
  <w:style w:type="character" w:customStyle="1" w:styleId="ft">
    <w:name w:val="ft"/>
    <w:basedOn w:val="DefaultParagraphFont"/>
    <w:rsid w:val="005233F9"/>
    <w:rPr>
      <w:sz w:val="27"/>
      <w:szCs w:val="27"/>
    </w:rPr>
  </w:style>
  <w:style w:type="paragraph" w:customStyle="1" w:styleId="follows-h41">
    <w:name w:val="follows-h41"/>
    <w:basedOn w:val="Normal"/>
    <w:uiPriority w:val="99"/>
    <w:rsid w:val="0015643E"/>
    <w:rPr>
      <w:sz w:val="22"/>
      <w:szCs w:val="22"/>
    </w:rPr>
  </w:style>
  <w:style w:type="paragraph" w:customStyle="1" w:styleId="desc1">
    <w:name w:val="desc1"/>
    <w:basedOn w:val="Normal"/>
    <w:uiPriority w:val="99"/>
    <w:rsid w:val="00344EFA"/>
    <w:pPr>
      <w:spacing w:before="100" w:beforeAutospacing="1" w:after="100" w:afterAutospacing="1"/>
    </w:pPr>
    <w:rPr>
      <w:sz w:val="28"/>
      <w:szCs w:val="28"/>
      <w:lang w:val="en-GB" w:eastAsia="en-GB"/>
    </w:rPr>
  </w:style>
  <w:style w:type="paragraph" w:customStyle="1" w:styleId="details1">
    <w:name w:val="details1"/>
    <w:basedOn w:val="Normal"/>
    <w:uiPriority w:val="99"/>
    <w:rsid w:val="00344EFA"/>
    <w:pPr>
      <w:spacing w:before="100" w:beforeAutospacing="1" w:after="100" w:afterAutospacing="1"/>
    </w:pPr>
    <w:rPr>
      <w:lang w:val="en-GB" w:eastAsia="en-GB"/>
    </w:rPr>
  </w:style>
  <w:style w:type="character" w:customStyle="1" w:styleId="highlight">
    <w:name w:val="highlight"/>
    <w:basedOn w:val="DefaultParagraphFont"/>
    <w:qFormat/>
    <w:rsid w:val="00344EFA"/>
  </w:style>
  <w:style w:type="character" w:customStyle="1" w:styleId="cit-auth3">
    <w:name w:val="cit-auth3"/>
    <w:basedOn w:val="DefaultParagraphFont"/>
    <w:uiPriority w:val="99"/>
    <w:rsid w:val="00344EFA"/>
  </w:style>
  <w:style w:type="character" w:customStyle="1" w:styleId="cit-sep2">
    <w:name w:val="cit-sep2"/>
    <w:basedOn w:val="DefaultParagraphFont"/>
    <w:uiPriority w:val="99"/>
    <w:rsid w:val="00344EFA"/>
  </w:style>
  <w:style w:type="character" w:customStyle="1" w:styleId="cit-print-date">
    <w:name w:val="cit-print-date"/>
    <w:basedOn w:val="DefaultParagraphFont"/>
    <w:uiPriority w:val="99"/>
    <w:rsid w:val="00344EFA"/>
  </w:style>
  <w:style w:type="character" w:customStyle="1" w:styleId="cit-vol">
    <w:name w:val="cit-vol"/>
    <w:basedOn w:val="DefaultParagraphFont"/>
    <w:rsid w:val="00344EFA"/>
  </w:style>
  <w:style w:type="character" w:customStyle="1" w:styleId="cit-first-page">
    <w:name w:val="cit-first-page"/>
    <w:basedOn w:val="DefaultParagraphFont"/>
    <w:uiPriority w:val="99"/>
    <w:rsid w:val="00344EFA"/>
  </w:style>
  <w:style w:type="character" w:customStyle="1" w:styleId="cit-last-page2">
    <w:name w:val="cit-last-page2"/>
    <w:basedOn w:val="DefaultParagraphFont"/>
    <w:uiPriority w:val="99"/>
    <w:rsid w:val="00344EFA"/>
  </w:style>
  <w:style w:type="character" w:customStyle="1" w:styleId="cit-ahead-of-print-date">
    <w:name w:val="cit-ahead-of-print-date"/>
    <w:basedOn w:val="DefaultParagraphFont"/>
    <w:uiPriority w:val="99"/>
    <w:rsid w:val="00344EFA"/>
  </w:style>
  <w:style w:type="character" w:customStyle="1" w:styleId="cit-doi2">
    <w:name w:val="cit-doi2"/>
    <w:basedOn w:val="DefaultParagraphFont"/>
    <w:uiPriority w:val="99"/>
    <w:rsid w:val="00344EFA"/>
  </w:style>
  <w:style w:type="character" w:customStyle="1" w:styleId="nbapihighlight">
    <w:name w:val="nbapihighlight"/>
    <w:basedOn w:val="DefaultParagraphFont"/>
    <w:uiPriority w:val="99"/>
    <w:rsid w:val="00344EFA"/>
  </w:style>
  <w:style w:type="character" w:customStyle="1" w:styleId="ref-label">
    <w:name w:val="ref-label"/>
    <w:basedOn w:val="DefaultParagraphFont"/>
    <w:rsid w:val="00914408"/>
    <w:rPr>
      <w:i/>
      <w:iCs/>
    </w:rPr>
  </w:style>
  <w:style w:type="character" w:customStyle="1" w:styleId="ref-journal1">
    <w:name w:val="ref-journal1"/>
    <w:basedOn w:val="DefaultParagraphFont"/>
    <w:uiPriority w:val="99"/>
    <w:rsid w:val="00914408"/>
    <w:rPr>
      <w:i/>
      <w:iCs/>
    </w:rPr>
  </w:style>
  <w:style w:type="paragraph" w:customStyle="1" w:styleId="Title11">
    <w:name w:val="Title1"/>
    <w:basedOn w:val="Normal"/>
    <w:qFormat/>
    <w:rsid w:val="00914408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sc">
    <w:name w:val="desc"/>
    <w:basedOn w:val="Normal"/>
    <w:qFormat/>
    <w:rsid w:val="00914408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tails">
    <w:name w:val="details"/>
    <w:basedOn w:val="Normal"/>
    <w:qFormat/>
    <w:rsid w:val="00914408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sc2">
    <w:name w:val="desc2"/>
    <w:basedOn w:val="Normal"/>
    <w:uiPriority w:val="99"/>
    <w:rsid w:val="00914408"/>
    <w:pPr>
      <w:spacing w:before="100" w:beforeAutospacing="1" w:after="100" w:afterAutospacing="1"/>
    </w:pPr>
    <w:rPr>
      <w:rFonts w:ascii="Cambria" w:eastAsia="MS Minngs" w:hAnsi="Cambria" w:cs="Cambria"/>
      <w:sz w:val="28"/>
      <w:szCs w:val="28"/>
      <w:lang w:val="ca-ES" w:eastAsia="ca-ES"/>
    </w:rPr>
  </w:style>
  <w:style w:type="character" w:customStyle="1" w:styleId="apple-converted-space">
    <w:name w:val="apple-converted-space"/>
    <w:basedOn w:val="DefaultParagraphFont"/>
    <w:qFormat/>
    <w:rsid w:val="00F52025"/>
  </w:style>
  <w:style w:type="character" w:customStyle="1" w:styleId="apple-style-span">
    <w:name w:val="apple-style-span"/>
    <w:rsid w:val="00914408"/>
  </w:style>
  <w:style w:type="character" w:customStyle="1" w:styleId="mb">
    <w:name w:val="mb"/>
    <w:uiPriority w:val="99"/>
    <w:rsid w:val="00914408"/>
  </w:style>
  <w:style w:type="character" w:customStyle="1" w:styleId="element-citation">
    <w:name w:val="element-citation"/>
    <w:basedOn w:val="DefaultParagraphFont"/>
    <w:qFormat/>
    <w:rsid w:val="00914408"/>
  </w:style>
  <w:style w:type="character" w:customStyle="1" w:styleId="st1">
    <w:name w:val="st1"/>
    <w:basedOn w:val="DefaultParagraphFont"/>
    <w:rsid w:val="00914408"/>
  </w:style>
  <w:style w:type="character" w:customStyle="1" w:styleId="journal">
    <w:name w:val="journal"/>
    <w:basedOn w:val="DefaultParagraphFont"/>
    <w:rsid w:val="007017DF"/>
  </w:style>
  <w:style w:type="character" w:customStyle="1" w:styleId="jnumber">
    <w:name w:val="jnumber"/>
    <w:basedOn w:val="DefaultParagraphFont"/>
    <w:rsid w:val="007017DF"/>
  </w:style>
  <w:style w:type="paragraph" w:styleId="BodyTextFirstIndent">
    <w:name w:val="Body Text First Indent"/>
    <w:basedOn w:val="BodyText"/>
    <w:link w:val="BodyTextFirstIndentChar"/>
    <w:locked/>
    <w:rsid w:val="00DE3122"/>
    <w:pPr>
      <w:spacing w:after="120"/>
      <w:ind w:firstLine="210"/>
      <w:jc w:val="left"/>
    </w:pPr>
    <w:rPr>
      <w:rFonts w:ascii="Times New Roman" w:hAnsi="Times New Roman" w:cs="Times New Roman"/>
    </w:rPr>
  </w:style>
  <w:style w:type="character" w:customStyle="1" w:styleId="BodyTextFirstIndentChar">
    <w:name w:val="Body Text First Indent Char"/>
    <w:basedOn w:val="BodyTextChar"/>
    <w:link w:val="BodyTextFirstIndent"/>
    <w:rsid w:val="00DE3122"/>
    <w:rPr>
      <w:rFonts w:ascii="Times New Roman" w:hAnsi="Times New Roman" w:cs="Times New Roman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uiPriority w:val="99"/>
    <w:qFormat/>
    <w:locked/>
    <w:rsid w:val="00DE3122"/>
    <w:rPr>
      <w:rFonts w:ascii="Times" w:hAnsi="Times"/>
      <w:szCs w:val="20"/>
    </w:rPr>
  </w:style>
  <w:style w:type="character" w:customStyle="1" w:styleId="DateChar">
    <w:name w:val="Date Char"/>
    <w:basedOn w:val="DefaultParagraphFont"/>
    <w:link w:val="Date"/>
    <w:uiPriority w:val="99"/>
    <w:qFormat/>
    <w:rsid w:val="00DE3122"/>
    <w:rPr>
      <w:rFonts w:ascii="Times" w:hAnsi="Times"/>
      <w:sz w:val="24"/>
      <w:szCs w:val="20"/>
    </w:rPr>
  </w:style>
  <w:style w:type="paragraph" w:styleId="EnvelopeReturn">
    <w:name w:val="envelope return"/>
    <w:basedOn w:val="Normal"/>
    <w:locked/>
    <w:rsid w:val="00DE3122"/>
    <w:rPr>
      <w:rFonts w:ascii="Arial" w:hAnsi="Arial"/>
      <w:sz w:val="20"/>
      <w:szCs w:val="20"/>
    </w:rPr>
  </w:style>
  <w:style w:type="paragraph" w:customStyle="1" w:styleId="DataField10pt">
    <w:name w:val="Data Field 10pt"/>
    <w:basedOn w:val="Normal"/>
    <w:rsid w:val="00DE3122"/>
    <w:pPr>
      <w:autoSpaceDE w:val="0"/>
      <w:autoSpaceDN w:val="0"/>
    </w:pPr>
    <w:rPr>
      <w:rFonts w:ascii="Arial" w:hAnsi="Arial" w:cs="Arial"/>
      <w:sz w:val="20"/>
      <w:szCs w:val="20"/>
    </w:rPr>
  </w:style>
  <w:style w:type="paragraph" w:customStyle="1" w:styleId="FormFieldCaption">
    <w:name w:val="Form Field Caption"/>
    <w:basedOn w:val="Normal"/>
    <w:rsid w:val="00DE3122"/>
    <w:pPr>
      <w:tabs>
        <w:tab w:val="left" w:pos="270"/>
      </w:tabs>
      <w:autoSpaceDE w:val="0"/>
      <w:autoSpaceDN w:val="0"/>
    </w:pPr>
    <w:rPr>
      <w:rFonts w:ascii="Arial" w:hAnsi="Arial" w:cs="Arial"/>
      <w:sz w:val="16"/>
      <w:szCs w:val="16"/>
    </w:rPr>
  </w:style>
  <w:style w:type="paragraph" w:customStyle="1" w:styleId="PIHeader">
    <w:name w:val="PI Header"/>
    <w:basedOn w:val="Normal"/>
    <w:rsid w:val="00DE3122"/>
    <w:pPr>
      <w:autoSpaceDE w:val="0"/>
      <w:autoSpaceDN w:val="0"/>
      <w:spacing w:after="40"/>
      <w:ind w:left="864"/>
    </w:pPr>
    <w:rPr>
      <w:rFonts w:ascii="Arial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DE3122"/>
    <w:pPr>
      <w:autoSpaceDE w:val="0"/>
      <w:autoSpaceDN w:val="0"/>
      <w:spacing w:before="40" w:after="40"/>
      <w:jc w:val="center"/>
    </w:pPr>
    <w:rPr>
      <w:rFonts w:ascii="Arial" w:hAnsi="Arial" w:cs="Arial"/>
      <w:iCs/>
      <w:sz w:val="16"/>
      <w:szCs w:val="16"/>
    </w:rPr>
  </w:style>
  <w:style w:type="paragraph" w:customStyle="1" w:styleId="ColorfulShading-Accent11">
    <w:name w:val="Colorful Shading - Accent 11"/>
    <w:hidden/>
    <w:uiPriority w:val="71"/>
    <w:rsid w:val="00DE3122"/>
    <w:rPr>
      <w:rFonts w:ascii="Times New Roman" w:hAnsi="Times New Roman"/>
      <w:sz w:val="24"/>
      <w:szCs w:val="24"/>
    </w:rPr>
  </w:style>
  <w:style w:type="paragraph" w:customStyle="1" w:styleId="authors1">
    <w:name w:val="authors1"/>
    <w:basedOn w:val="Normal"/>
    <w:rsid w:val="00811377"/>
    <w:pPr>
      <w:spacing w:before="72" w:line="240" w:lineRule="atLeast"/>
      <w:ind w:left="825"/>
    </w:pPr>
    <w:rPr>
      <w:sz w:val="22"/>
      <w:szCs w:val="22"/>
      <w:lang w:val="fi-FI" w:eastAsia="fi-FI"/>
    </w:rPr>
  </w:style>
  <w:style w:type="character" w:customStyle="1" w:styleId="st">
    <w:name w:val="st"/>
    <w:basedOn w:val="DefaultParagraphFont"/>
    <w:qFormat/>
    <w:rsid w:val="00066D93"/>
  </w:style>
  <w:style w:type="character" w:customStyle="1" w:styleId="label">
    <w:name w:val="label"/>
    <w:basedOn w:val="DefaultParagraphFont"/>
    <w:rsid w:val="00066D93"/>
  </w:style>
  <w:style w:type="character" w:customStyle="1" w:styleId="value">
    <w:name w:val="value"/>
    <w:basedOn w:val="DefaultParagraphFont"/>
    <w:rsid w:val="00066D93"/>
  </w:style>
  <w:style w:type="paragraph" w:customStyle="1" w:styleId="a0">
    <w:name w:val="Знак Знак Знак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CharChar0">
    <w:name w:val="Знак Char Char Знак Знак Знак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11">
    <w:name w:val="Знак Знак1 Знак Знак Знак Знак1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110">
    <w:name w:val="Знак Знак Знак1 Знак Знак Знак Знак Знак Знак Знак Знак Знак1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a1">
    <w:name w:val="Знак Знак Знак Знак Знак Знак Знак Знак Знак Знак Знак Знак Знак Знак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10">
    <w:name w:val="Знак Знак1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111">
    <w:name w:val="Знак Знак1 Знак Знак Знак Знак1 Знак Знак Знак Знак Знак Знак Знак Знак"/>
    <w:basedOn w:val="Normal"/>
    <w:rsid w:val="00AD0978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a2">
    <w:name w:val="Стандарт"/>
    <w:basedOn w:val="Normal"/>
    <w:rsid w:val="00AD0978"/>
    <w:pPr>
      <w:spacing w:line="360" w:lineRule="auto"/>
      <w:ind w:firstLine="720"/>
      <w:jc w:val="both"/>
    </w:pPr>
    <w:rPr>
      <w:szCs w:val="20"/>
      <w:lang w:val="ru-RU" w:eastAsia="ru-RU"/>
    </w:rPr>
  </w:style>
  <w:style w:type="paragraph" w:customStyle="1" w:styleId="ListParagraph1">
    <w:name w:val="List Paragraph1"/>
    <w:basedOn w:val="Normal"/>
    <w:qFormat/>
    <w:rsid w:val="00AD0978"/>
    <w:pPr>
      <w:ind w:left="708"/>
    </w:pPr>
    <w:rPr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AD0978"/>
    <w:rPr>
      <w:rFonts w:ascii="Tahoma" w:hAnsi="Tahoma" w:cs="Tahoma"/>
      <w:sz w:val="16"/>
      <w:szCs w:val="16"/>
      <w:lang w:val="ru-RU"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D0978"/>
    <w:rPr>
      <w:rFonts w:ascii="Tahoma" w:hAnsi="Tahoma" w:cs="Tahoma"/>
      <w:sz w:val="16"/>
      <w:szCs w:val="16"/>
      <w:lang w:val="ru-RU" w:eastAsia="ru-RU"/>
    </w:rPr>
  </w:style>
  <w:style w:type="paragraph" w:customStyle="1" w:styleId="western">
    <w:name w:val="western"/>
    <w:basedOn w:val="Normal"/>
    <w:rsid w:val="008D6208"/>
    <w:pPr>
      <w:spacing w:before="100" w:beforeAutospacing="1" w:after="119" w:line="360" w:lineRule="auto"/>
      <w:jc w:val="both"/>
    </w:pPr>
    <w:rPr>
      <w:rFonts w:ascii="Cambria" w:hAnsi="Cambria"/>
      <w:lang w:val="de-DE" w:eastAsia="de-DE"/>
    </w:rPr>
  </w:style>
  <w:style w:type="paragraph" w:customStyle="1" w:styleId="BodyText31">
    <w:name w:val="Body Text 31"/>
    <w:uiPriority w:val="99"/>
    <w:rsid w:val="00CF4092"/>
    <w:pPr>
      <w:spacing w:after="120"/>
    </w:pPr>
    <w:rPr>
      <w:rFonts w:ascii="Times" w:eastAsia="ヒラギノ角ゴ Pro W3" w:hAnsi="Times"/>
      <w:color w:val="000000"/>
      <w:sz w:val="16"/>
      <w:szCs w:val="20"/>
    </w:rPr>
  </w:style>
  <w:style w:type="paragraph" w:styleId="Revision">
    <w:name w:val="Revision"/>
    <w:hidden/>
    <w:uiPriority w:val="99"/>
    <w:rsid w:val="00CF4092"/>
    <w:rPr>
      <w:rFonts w:eastAsia="Calibri"/>
    </w:rPr>
  </w:style>
  <w:style w:type="paragraph" w:styleId="ListBullet">
    <w:name w:val="List Bullet"/>
    <w:basedOn w:val="Normal"/>
    <w:uiPriority w:val="99"/>
    <w:unhideWhenUsed/>
    <w:locked/>
    <w:rsid w:val="00CF4092"/>
    <w:pPr>
      <w:numPr>
        <w:numId w:val="1"/>
      </w:numPr>
      <w:spacing w:after="200" w:line="276" w:lineRule="auto"/>
      <w:contextualSpacing/>
    </w:pPr>
    <w:rPr>
      <w:rFonts w:ascii="Calibri" w:eastAsia="Calibri" w:hAnsi="Calibri"/>
      <w:sz w:val="22"/>
      <w:szCs w:val="22"/>
    </w:rPr>
  </w:style>
  <w:style w:type="paragraph" w:customStyle="1" w:styleId="rprtbody">
    <w:name w:val="rprtbody"/>
    <w:basedOn w:val="Normal"/>
    <w:rsid w:val="00EF1A55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paragraph" w:customStyle="1" w:styleId="aux">
    <w:name w:val="aux"/>
    <w:basedOn w:val="Normal"/>
    <w:rsid w:val="00EF1A55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character" w:customStyle="1" w:styleId="mixed-citation">
    <w:name w:val="mixed-citation"/>
    <w:basedOn w:val="DefaultParagraphFont"/>
    <w:uiPriority w:val="99"/>
    <w:rsid w:val="00EF1A55"/>
  </w:style>
  <w:style w:type="character" w:customStyle="1" w:styleId="fn">
    <w:name w:val="fn"/>
    <w:rsid w:val="00EF1A55"/>
  </w:style>
  <w:style w:type="character" w:customStyle="1" w:styleId="source-title">
    <w:name w:val="source-title"/>
    <w:rsid w:val="00EF1A55"/>
  </w:style>
  <w:style w:type="character" w:customStyle="1" w:styleId="start-page">
    <w:name w:val="start-page"/>
    <w:rsid w:val="00EF1A55"/>
  </w:style>
  <w:style w:type="character" w:customStyle="1" w:styleId="end-page">
    <w:name w:val="end-page"/>
    <w:rsid w:val="00EF1A55"/>
  </w:style>
  <w:style w:type="character" w:customStyle="1" w:styleId="year">
    <w:name w:val="year"/>
    <w:rsid w:val="00EF1A55"/>
  </w:style>
  <w:style w:type="paragraph" w:customStyle="1" w:styleId="Standard">
    <w:name w:val="Standard"/>
    <w:uiPriority w:val="99"/>
    <w:rsid w:val="008F7525"/>
    <w:pPr>
      <w:widowControl w:val="0"/>
      <w:suppressAutoHyphens/>
      <w:autoSpaceDN w:val="0"/>
      <w:jc w:val="both"/>
      <w:textAlignment w:val="baseline"/>
    </w:pPr>
    <w:rPr>
      <w:rFonts w:ascii="Times New Roman" w:hAnsi="Times New Roman"/>
      <w:kern w:val="3"/>
      <w:sz w:val="21"/>
      <w:szCs w:val="21"/>
      <w:lang w:eastAsia="ja-JP"/>
    </w:rPr>
  </w:style>
  <w:style w:type="character" w:customStyle="1" w:styleId="BalloonTextChar1">
    <w:name w:val="Balloon Text Char1"/>
    <w:basedOn w:val="DefaultParagraphFont"/>
    <w:rsid w:val="004767D0"/>
    <w:rPr>
      <w:rFonts w:ascii="Lucida Grande" w:hAnsi="Lucida Grande"/>
      <w:sz w:val="18"/>
      <w:szCs w:val="18"/>
    </w:rPr>
  </w:style>
  <w:style w:type="paragraph" w:customStyle="1" w:styleId="Elencoacolori-Colore11">
    <w:name w:val="Elenco a colori - Colore 11"/>
    <w:basedOn w:val="Normal"/>
    <w:uiPriority w:val="34"/>
    <w:qFormat/>
    <w:rsid w:val="00C656DC"/>
    <w:pPr>
      <w:ind w:left="720"/>
      <w:contextualSpacing/>
      <w:jc w:val="right"/>
    </w:pPr>
    <w:rPr>
      <w:rFonts w:ascii="Calibri" w:eastAsia="Calibri" w:hAnsi="Calibri"/>
      <w:sz w:val="22"/>
      <w:szCs w:val="22"/>
      <w:lang w:val="it-IT"/>
    </w:rPr>
  </w:style>
  <w:style w:type="character" w:customStyle="1" w:styleId="hps">
    <w:name w:val="hps"/>
    <w:basedOn w:val="DefaultParagraphFont"/>
    <w:rsid w:val="00C656DC"/>
  </w:style>
  <w:style w:type="paragraph" w:styleId="Bibliography">
    <w:name w:val="Bibliography"/>
    <w:basedOn w:val="Normal"/>
    <w:next w:val="Normal"/>
    <w:uiPriority w:val="37"/>
    <w:unhideWhenUsed/>
    <w:rsid w:val="009D2A0F"/>
  </w:style>
  <w:style w:type="paragraph" w:customStyle="1" w:styleId="Normal0">
    <w:name w:val="Normal.???????"/>
    <w:uiPriority w:val="99"/>
    <w:rsid w:val="00F717F2"/>
    <w:pPr>
      <w:widowControl w:val="0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FooterChar1">
    <w:name w:val="Footer Char1"/>
    <w:basedOn w:val="DefaultParagraphFont"/>
    <w:uiPriority w:val="99"/>
    <w:locked/>
    <w:rsid w:val="00F717F2"/>
    <w:rPr>
      <w:rFonts w:ascii="Times New Roman" w:eastAsia="MS Mincho" w:hAnsi="Times New Roman" w:cs="Times New Roman"/>
      <w:lang w:val="ru-RU" w:eastAsia="ja-JP"/>
    </w:rPr>
  </w:style>
  <w:style w:type="paragraph" w:customStyle="1" w:styleId="Normal10">
    <w:name w:val="Normal1"/>
    <w:rsid w:val="00862CD8"/>
    <w:pPr>
      <w:spacing w:after="200" w:line="276" w:lineRule="auto"/>
    </w:pPr>
    <w:rPr>
      <w:rFonts w:ascii="Times New Roman" w:hAnsi="Times New Roman"/>
      <w:color w:val="000000"/>
      <w:szCs w:val="24"/>
      <w:lang w:eastAsia="it-IT"/>
    </w:rPr>
  </w:style>
  <w:style w:type="character" w:customStyle="1" w:styleId="hilite">
    <w:name w:val="hilite"/>
    <w:basedOn w:val="DefaultParagraphFont"/>
    <w:rsid w:val="00202896"/>
  </w:style>
  <w:style w:type="paragraph" w:styleId="NoSpacing">
    <w:name w:val="No Spacing"/>
    <w:link w:val="NoSpacingChar"/>
    <w:uiPriority w:val="1"/>
    <w:qFormat/>
    <w:rsid w:val="00202896"/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202896"/>
    <w:rPr>
      <w:rFonts w:asciiTheme="minorHAnsi" w:eastAsiaTheme="minorEastAsia" w:hAnsiTheme="minorHAnsi" w:cstheme="minorBidi"/>
    </w:rPr>
  </w:style>
  <w:style w:type="character" w:customStyle="1" w:styleId="longtext1">
    <w:name w:val="long_text1"/>
    <w:rsid w:val="002A20EF"/>
    <w:rPr>
      <w:sz w:val="20"/>
      <w:szCs w:val="20"/>
    </w:rPr>
  </w:style>
  <w:style w:type="character" w:customStyle="1" w:styleId="eqimgscroll1">
    <w:name w:val="eqimgscroll1"/>
    <w:basedOn w:val="DefaultParagraphFont"/>
    <w:rsid w:val="002A20EF"/>
  </w:style>
  <w:style w:type="character" w:customStyle="1" w:styleId="googqs-tidbit">
    <w:name w:val="goog_qs-tidbit"/>
    <w:basedOn w:val="DefaultParagraphFont"/>
    <w:rsid w:val="002A20EF"/>
  </w:style>
  <w:style w:type="paragraph" w:customStyle="1" w:styleId="description">
    <w:name w:val="description"/>
    <w:basedOn w:val="Normal"/>
    <w:rsid w:val="002A20EF"/>
    <w:pPr>
      <w:spacing w:before="100" w:beforeAutospacing="1" w:after="100" w:afterAutospacing="1"/>
    </w:pPr>
  </w:style>
  <w:style w:type="table" w:customStyle="1" w:styleId="Style1">
    <w:name w:val="Style1"/>
    <w:basedOn w:val="TableNormal"/>
    <w:uiPriority w:val="99"/>
    <w:qFormat/>
    <w:rsid w:val="002A20EF"/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gqs-tidbit1">
    <w:name w:val="goog_qs-tidbit1"/>
    <w:rsid w:val="002A20EF"/>
    <w:rPr>
      <w:vanish w:val="0"/>
      <w:webHidden w:val="0"/>
      <w:specVanish/>
    </w:rPr>
  </w:style>
  <w:style w:type="table" w:customStyle="1" w:styleId="LightShading1">
    <w:name w:val="Light Shading1"/>
    <w:basedOn w:val="TableNormal"/>
    <w:uiPriority w:val="60"/>
    <w:rsid w:val="002A20EF"/>
    <w:rPr>
      <w:rFonts w:asciiTheme="minorHAnsi" w:eastAsiaTheme="minorHAnsi" w:hAnsiTheme="minorHAnsi" w:cstheme="minorBid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uthors0">
    <w:name w:val="Authors"/>
    <w:basedOn w:val="Normal"/>
    <w:rsid w:val="00430B9E"/>
    <w:pPr>
      <w:spacing w:before="120" w:after="360"/>
      <w:jc w:val="center"/>
    </w:pPr>
  </w:style>
  <w:style w:type="paragraph" w:customStyle="1" w:styleId="Paragraph">
    <w:name w:val="Paragraph"/>
    <w:basedOn w:val="Normal"/>
    <w:link w:val="ParagraphChar"/>
    <w:rsid w:val="00430B9E"/>
    <w:pPr>
      <w:spacing w:before="120"/>
      <w:ind w:firstLine="720"/>
    </w:pPr>
  </w:style>
  <w:style w:type="paragraph" w:customStyle="1" w:styleId="EndNoteBibliographyTitle">
    <w:name w:val="EndNote Bibliography Title"/>
    <w:basedOn w:val="Normal"/>
    <w:link w:val="EndNoteBibliographyTitleCar"/>
    <w:qFormat/>
    <w:rsid w:val="00430B9E"/>
    <w:pPr>
      <w:jc w:val="center"/>
    </w:pPr>
    <w:rPr>
      <w:rFonts w:ascii="Calibri" w:eastAsiaTheme="minorHAnsi" w:hAnsi="Calibri" w:cstheme="minorBidi"/>
      <w:sz w:val="22"/>
      <w:szCs w:val="22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670736"/>
    <w:rPr>
      <w:rFonts w:eastAsiaTheme="minorHAnsi" w:cstheme="minorBidi"/>
    </w:rPr>
  </w:style>
  <w:style w:type="paragraph" w:customStyle="1" w:styleId="EndNoteBibliography">
    <w:name w:val="EndNote Bibliography"/>
    <w:basedOn w:val="Normal"/>
    <w:link w:val="EndNoteBibliographyCar"/>
    <w:qFormat/>
    <w:rsid w:val="00430B9E"/>
    <w:rPr>
      <w:rFonts w:ascii="Calibri" w:eastAsiaTheme="minorHAnsi" w:hAnsi="Calibri" w:cstheme="minorBidi"/>
      <w:sz w:val="22"/>
      <w:szCs w:val="22"/>
    </w:rPr>
  </w:style>
  <w:style w:type="character" w:customStyle="1" w:styleId="EndNoteBibliographyCar">
    <w:name w:val="EndNote Bibliography Car"/>
    <w:basedOn w:val="DefaultParagraphFont"/>
    <w:link w:val="EndNoteBibliography"/>
    <w:rsid w:val="00670736"/>
    <w:rPr>
      <w:rFonts w:eastAsiaTheme="minorHAnsi" w:cstheme="minorBidi"/>
    </w:rPr>
  </w:style>
  <w:style w:type="character" w:styleId="LineNumber">
    <w:name w:val="line number"/>
    <w:basedOn w:val="DefaultParagraphFont"/>
    <w:uiPriority w:val="99"/>
    <w:unhideWhenUsed/>
    <w:qFormat/>
    <w:locked/>
    <w:rsid w:val="008E083D"/>
  </w:style>
  <w:style w:type="character" w:styleId="PlaceholderText">
    <w:name w:val="Placeholder Text"/>
    <w:basedOn w:val="DefaultParagraphFont"/>
    <w:uiPriority w:val="99"/>
    <w:qFormat/>
    <w:rsid w:val="008E083D"/>
    <w:rPr>
      <w:color w:val="808080"/>
    </w:rPr>
  </w:style>
  <w:style w:type="character" w:customStyle="1" w:styleId="locality">
    <w:name w:val="locality"/>
    <w:basedOn w:val="DefaultParagraphFont"/>
    <w:rsid w:val="00940A00"/>
  </w:style>
  <w:style w:type="character" w:customStyle="1" w:styleId="country-name">
    <w:name w:val="country-name"/>
    <w:basedOn w:val="DefaultParagraphFont"/>
    <w:rsid w:val="00940A00"/>
  </w:style>
  <w:style w:type="paragraph" w:customStyle="1" w:styleId="TAMainText">
    <w:name w:val="TA_Main_Text"/>
    <w:basedOn w:val="Normal"/>
    <w:rsid w:val="004B4F78"/>
    <w:pPr>
      <w:spacing w:line="480" w:lineRule="auto"/>
      <w:ind w:firstLine="202"/>
      <w:jc w:val="both"/>
    </w:pPr>
    <w:rPr>
      <w:rFonts w:ascii="Times" w:hAnsi="Times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25604D"/>
    <w:rPr>
      <w:rFonts w:ascii="Times New Roman" w:hAnsi="Times New Roman"/>
      <w:sz w:val="20"/>
      <w:szCs w:val="20"/>
      <w:lang w:val="fr-CH"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Grid-Accent31">
    <w:name w:val="Light Grid - Accent 31"/>
    <w:basedOn w:val="Normal"/>
    <w:uiPriority w:val="34"/>
    <w:qFormat/>
    <w:rsid w:val="00E461C8"/>
    <w:pPr>
      <w:ind w:left="720"/>
      <w:contextualSpacing/>
    </w:pPr>
  </w:style>
  <w:style w:type="character" w:customStyle="1" w:styleId="PlaceholderText1">
    <w:name w:val="Placeholder Text1"/>
    <w:uiPriority w:val="99"/>
    <w:qFormat/>
    <w:rsid w:val="00E461C8"/>
    <w:rPr>
      <w:color w:val="808080"/>
    </w:rPr>
  </w:style>
  <w:style w:type="paragraph" w:customStyle="1" w:styleId="LightList-Accent31">
    <w:name w:val="Light List - Accent 31"/>
    <w:hidden/>
    <w:uiPriority w:val="99"/>
    <w:semiHidden/>
    <w:rsid w:val="00E461C8"/>
    <w:rPr>
      <w:rFonts w:ascii="Times New Roman" w:hAnsi="Times New Roman"/>
      <w:sz w:val="24"/>
      <w:szCs w:val="24"/>
    </w:rPr>
  </w:style>
  <w:style w:type="character" w:customStyle="1" w:styleId="var">
    <w:name w:val="var"/>
    <w:basedOn w:val="DefaultParagraphFont"/>
    <w:rsid w:val="00E461C8"/>
  </w:style>
  <w:style w:type="character" w:customStyle="1" w:styleId="person">
    <w:name w:val="person"/>
    <w:basedOn w:val="DefaultParagraphFont"/>
    <w:rsid w:val="00E461C8"/>
  </w:style>
  <w:style w:type="character" w:customStyle="1" w:styleId="fullname">
    <w:name w:val="full_name"/>
    <w:basedOn w:val="DefaultParagraphFont"/>
    <w:rsid w:val="00E461C8"/>
  </w:style>
  <w:style w:type="character" w:customStyle="1" w:styleId="full">
    <w:name w:val="full"/>
    <w:basedOn w:val="DefaultParagraphFont"/>
    <w:rsid w:val="00E461C8"/>
  </w:style>
  <w:style w:type="character" w:customStyle="1" w:styleId="chemf">
    <w:name w:val="chemf"/>
    <w:basedOn w:val="DefaultParagraphFont"/>
    <w:rsid w:val="0016643B"/>
  </w:style>
  <w:style w:type="character" w:customStyle="1" w:styleId="articletext">
    <w:name w:val="articletext"/>
    <w:basedOn w:val="DefaultParagraphFont"/>
    <w:rsid w:val="0016643B"/>
  </w:style>
  <w:style w:type="paragraph" w:styleId="BodyText2">
    <w:name w:val="Body Text 2"/>
    <w:basedOn w:val="Normal"/>
    <w:link w:val="BodyText2Char"/>
    <w:uiPriority w:val="99"/>
    <w:locked/>
    <w:rsid w:val="00833B0C"/>
    <w:pPr>
      <w:spacing w:after="120" w:line="480" w:lineRule="auto"/>
    </w:pPr>
    <w:rPr>
      <w:rFonts w:ascii="Times" w:eastAsia="Times" w:hAnsi="Times"/>
      <w:noProof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833B0C"/>
    <w:rPr>
      <w:rFonts w:ascii="Times" w:eastAsia="Times" w:hAnsi="Times"/>
      <w:noProof/>
      <w:sz w:val="24"/>
      <w:szCs w:val="20"/>
    </w:rPr>
  </w:style>
  <w:style w:type="character" w:customStyle="1" w:styleId="shorttext">
    <w:name w:val="short_text"/>
    <w:qFormat/>
    <w:rsid w:val="00670736"/>
  </w:style>
  <w:style w:type="table" w:customStyle="1" w:styleId="Tablaconcuadrcula1">
    <w:name w:val="Tabla con cuadrícula1"/>
    <w:basedOn w:val="TableNormal"/>
    <w:next w:val="TableGrid"/>
    <w:uiPriority w:val="59"/>
    <w:rsid w:val="00384D38"/>
    <w:rPr>
      <w:rFonts w:eastAsia="Calibr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next w:val="TableGrid"/>
    <w:uiPriority w:val="59"/>
    <w:rsid w:val="00F209D6"/>
    <w:rPr>
      <w:rFonts w:eastAsia="Calibr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Style">
    <w:name w:val="Default Style"/>
    <w:rsid w:val="00417F1A"/>
    <w:pPr>
      <w:suppressAutoHyphens/>
    </w:pPr>
    <w:rPr>
      <w:rFonts w:ascii="Cambria" w:hAnsi="Cambria"/>
      <w:sz w:val="24"/>
      <w:szCs w:val="24"/>
      <w:lang w:val="it-IT" w:eastAsia="it-IT"/>
    </w:rPr>
  </w:style>
  <w:style w:type="paragraph" w:customStyle="1" w:styleId="Heading51">
    <w:name w:val="Heading 51"/>
    <w:basedOn w:val="DefaultStyle"/>
    <w:uiPriority w:val="99"/>
    <w:rsid w:val="00417F1A"/>
    <w:pPr>
      <w:spacing w:before="240" w:after="60"/>
    </w:pPr>
    <w:rPr>
      <w:rFonts w:ascii="Times New Roman" w:eastAsia="MS ??" w:hAnsi="Times New Roman"/>
      <w:b/>
      <w:bCs/>
      <w:i/>
      <w:iCs/>
      <w:sz w:val="26"/>
      <w:szCs w:val="26"/>
      <w:lang w:val="en-GB"/>
    </w:rPr>
  </w:style>
  <w:style w:type="character" w:customStyle="1" w:styleId="PidipaginaCarattere">
    <w:name w:val="Piè di pagina Carattere"/>
    <w:basedOn w:val="DefaultParagraphFont"/>
    <w:uiPriority w:val="99"/>
    <w:rsid w:val="00AE45B6"/>
    <w:rPr>
      <w:rFonts w:cs="Times New Roman"/>
    </w:rPr>
  </w:style>
  <w:style w:type="paragraph" w:customStyle="1" w:styleId="Normale1">
    <w:name w:val="Normale1"/>
    <w:uiPriority w:val="99"/>
    <w:rsid w:val="00C102B3"/>
    <w:pPr>
      <w:suppressAutoHyphens/>
    </w:pPr>
    <w:rPr>
      <w:rFonts w:ascii="Cambria" w:eastAsia="MS ??" w:hAnsi="Cambria"/>
      <w:sz w:val="24"/>
      <w:szCs w:val="24"/>
      <w:lang w:val="it-IT" w:eastAsia="it-IT"/>
    </w:rPr>
  </w:style>
  <w:style w:type="paragraph" w:customStyle="1" w:styleId="NoSpacing1">
    <w:name w:val="No Spacing1"/>
    <w:autoRedefine/>
    <w:qFormat/>
    <w:rsid w:val="00E37875"/>
    <w:pPr>
      <w:spacing w:line="360" w:lineRule="auto"/>
    </w:pPr>
    <w:rPr>
      <w:rFonts w:ascii="Times New Roman" w:hAnsi="Times New Roman"/>
      <w:sz w:val="24"/>
      <w:szCs w:val="24"/>
    </w:rPr>
  </w:style>
  <w:style w:type="character" w:customStyle="1" w:styleId="longtext">
    <w:name w:val="long_text"/>
    <w:basedOn w:val="DefaultParagraphFont"/>
    <w:rsid w:val="00E37875"/>
  </w:style>
  <w:style w:type="paragraph" w:customStyle="1" w:styleId="a3">
    <w:name w:val="Без интервала"/>
    <w:uiPriority w:val="1"/>
    <w:qFormat/>
    <w:rsid w:val="00E37875"/>
    <w:rPr>
      <w:rFonts w:ascii="Times New Roman" w:eastAsia="Calibri" w:hAnsi="Times New Roman"/>
      <w:sz w:val="24"/>
      <w:lang w:val="ru-RU"/>
    </w:rPr>
  </w:style>
  <w:style w:type="character" w:customStyle="1" w:styleId="EndNoteBibliographyTitleChar">
    <w:name w:val="EndNote Bibliography Title Char"/>
    <w:basedOn w:val="DefaultParagraphFont"/>
    <w:qFormat/>
    <w:rsid w:val="00D71320"/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qFormat/>
    <w:rsid w:val="00D71320"/>
    <w:rPr>
      <w:rFonts w:ascii="Calibri" w:hAnsi="Calibri"/>
      <w:noProof/>
    </w:rPr>
  </w:style>
  <w:style w:type="paragraph" w:customStyle="1" w:styleId="story-body-text">
    <w:name w:val="story-body-text"/>
    <w:basedOn w:val="Normal"/>
    <w:rsid w:val="00D71320"/>
    <w:pPr>
      <w:spacing w:before="100" w:beforeAutospacing="1" w:after="100" w:afterAutospacing="1"/>
    </w:pPr>
  </w:style>
  <w:style w:type="paragraph" w:customStyle="1" w:styleId="aux1">
    <w:name w:val="aux1"/>
    <w:basedOn w:val="Normal"/>
    <w:rsid w:val="00E327FF"/>
    <w:pPr>
      <w:spacing w:after="100" w:afterAutospacing="1" w:line="320" w:lineRule="atLeast"/>
    </w:pPr>
    <w:rPr>
      <w:rFonts w:eastAsia="MS Mincho"/>
      <w:lang w:eastAsia="ja-JP"/>
    </w:rPr>
  </w:style>
  <w:style w:type="character" w:customStyle="1" w:styleId="current-selection">
    <w:name w:val="current-selection"/>
    <w:basedOn w:val="DefaultParagraphFont"/>
    <w:rsid w:val="00E327FF"/>
  </w:style>
  <w:style w:type="character" w:customStyle="1" w:styleId="a4">
    <w:name w:val="_"/>
    <w:basedOn w:val="DefaultParagraphFont"/>
    <w:rsid w:val="00E327FF"/>
  </w:style>
  <w:style w:type="character" w:customStyle="1" w:styleId="ff6">
    <w:name w:val="ff6"/>
    <w:basedOn w:val="DefaultParagraphFont"/>
    <w:rsid w:val="00E327FF"/>
  </w:style>
  <w:style w:type="character" w:customStyle="1" w:styleId="EndNoteBibliographyTitleZchn">
    <w:name w:val="EndNote Bibliography Title Zchn"/>
    <w:basedOn w:val="DefaultParagraphFont"/>
    <w:rsid w:val="000831E5"/>
    <w:rPr>
      <w:noProof/>
      <w:sz w:val="24"/>
      <w:szCs w:val="24"/>
    </w:rPr>
  </w:style>
  <w:style w:type="character" w:customStyle="1" w:styleId="EndNoteBibliographyZchn">
    <w:name w:val="EndNote Bibliography Zchn"/>
    <w:basedOn w:val="DefaultParagraphFont"/>
    <w:rsid w:val="000831E5"/>
    <w:rPr>
      <w:noProof/>
      <w:sz w:val="24"/>
      <w:szCs w:val="24"/>
    </w:rPr>
  </w:style>
  <w:style w:type="character" w:customStyle="1" w:styleId="highlight2">
    <w:name w:val="highlight2"/>
    <w:basedOn w:val="DefaultParagraphFont"/>
    <w:rsid w:val="000831E5"/>
  </w:style>
  <w:style w:type="paragraph" w:customStyle="1" w:styleId="Textebrut1">
    <w:name w:val="Texte brut1"/>
    <w:basedOn w:val="Normal"/>
    <w:rsid w:val="008B0424"/>
    <w:pPr>
      <w:suppressAutoHyphens/>
      <w:spacing w:line="100" w:lineRule="atLeast"/>
    </w:pPr>
    <w:rPr>
      <w:rFonts w:ascii="Consolas" w:eastAsia="Calibri" w:hAnsi="Consolas"/>
      <w:kern w:val="1"/>
      <w:sz w:val="21"/>
      <w:szCs w:val="21"/>
      <w:lang w:val="fr-FR" w:eastAsia="fr-FR"/>
    </w:rPr>
  </w:style>
  <w:style w:type="paragraph" w:customStyle="1" w:styleId="Head1">
    <w:name w:val="Head1"/>
    <w:basedOn w:val="Normal"/>
    <w:rsid w:val="00D00471"/>
    <w:pPr>
      <w:keepNext/>
      <w:spacing w:before="240"/>
      <w:outlineLvl w:val="0"/>
    </w:pPr>
    <w:rPr>
      <w:rFonts w:ascii="Arial" w:hAnsi="Arial"/>
      <w:b/>
      <w:sz w:val="28"/>
    </w:rPr>
  </w:style>
  <w:style w:type="paragraph" w:customStyle="1" w:styleId="Head2">
    <w:name w:val="Head2"/>
    <w:basedOn w:val="Normal"/>
    <w:rsid w:val="00D00471"/>
    <w:pPr>
      <w:keepNext/>
      <w:spacing w:before="240"/>
      <w:outlineLvl w:val="1"/>
    </w:pPr>
    <w:rPr>
      <w:rFonts w:ascii="Arial" w:hAnsi="Arial"/>
      <w:b/>
    </w:rPr>
  </w:style>
  <w:style w:type="character" w:customStyle="1" w:styleId="citebib">
    <w:name w:val="cite_bib"/>
    <w:rsid w:val="00D00471"/>
    <w:rPr>
      <w:bdr w:val="none" w:sz="0" w:space="0" w:color="auto"/>
      <w:shd w:val="clear" w:color="auto" w:fill="CCFFFF"/>
    </w:rPr>
  </w:style>
  <w:style w:type="character" w:customStyle="1" w:styleId="citefig">
    <w:name w:val="cite_fig"/>
    <w:rsid w:val="00D00471"/>
    <w:rPr>
      <w:color w:val="auto"/>
      <w:bdr w:val="none" w:sz="0" w:space="0" w:color="auto"/>
      <w:shd w:val="clear" w:color="auto" w:fill="CCFFCC"/>
    </w:rPr>
  </w:style>
  <w:style w:type="character" w:customStyle="1" w:styleId="ParagraphChar">
    <w:name w:val="Paragraph Char"/>
    <w:basedOn w:val="DefaultParagraphFont"/>
    <w:link w:val="Paragraph"/>
    <w:rsid w:val="00D00471"/>
    <w:rPr>
      <w:rFonts w:ascii="Times New Roman" w:hAnsi="Times New Roman"/>
      <w:sz w:val="24"/>
      <w:szCs w:val="24"/>
    </w:rPr>
  </w:style>
  <w:style w:type="paragraph" w:customStyle="1" w:styleId="Acknowledgement">
    <w:name w:val="Acknowledgement"/>
    <w:basedOn w:val="Normal"/>
    <w:rsid w:val="00322C06"/>
    <w:pPr>
      <w:spacing w:before="120"/>
    </w:pPr>
  </w:style>
  <w:style w:type="paragraph" w:customStyle="1" w:styleId="AcknowledgementHead">
    <w:name w:val="Acknowledgement_Head"/>
    <w:basedOn w:val="Normal"/>
    <w:rsid w:val="00322C06"/>
    <w:pPr>
      <w:keepNext/>
      <w:spacing w:before="240"/>
      <w:outlineLvl w:val="0"/>
    </w:pPr>
    <w:rPr>
      <w:rFonts w:ascii="Arial" w:hAnsi="Arial"/>
      <w:b/>
      <w:sz w:val="28"/>
    </w:rPr>
  </w:style>
  <w:style w:type="character" w:customStyle="1" w:styleId="small">
    <w:name w:val="small"/>
    <w:basedOn w:val="DefaultParagraphFont"/>
    <w:rsid w:val="00A46271"/>
  </w:style>
  <w:style w:type="character" w:customStyle="1" w:styleId="address">
    <w:name w:val="address"/>
    <w:basedOn w:val="DefaultParagraphFont"/>
    <w:rsid w:val="00A46271"/>
  </w:style>
  <w:style w:type="paragraph" w:customStyle="1" w:styleId="para2">
    <w:name w:val="para2"/>
    <w:basedOn w:val="Normal"/>
    <w:rsid w:val="00A46271"/>
    <w:pPr>
      <w:spacing w:before="100" w:beforeAutospacing="1" w:after="100" w:afterAutospacing="1"/>
    </w:pPr>
    <w:rPr>
      <w:lang w:bidi="he-IL"/>
    </w:rPr>
  </w:style>
  <w:style w:type="paragraph" w:customStyle="1" w:styleId="Mdeck4text">
    <w:name w:val="M_deck_4_text"/>
    <w:qFormat/>
    <w:rsid w:val="00A46271"/>
    <w:pPr>
      <w:kinsoku w:val="0"/>
      <w:overflowPunct w:val="0"/>
      <w:autoSpaceDE w:val="0"/>
      <w:autoSpaceDN w:val="0"/>
      <w:adjustRightInd w:val="0"/>
      <w:snapToGrid w:val="0"/>
      <w:spacing w:line="340" w:lineRule="atLeast"/>
      <w:ind w:firstLine="284"/>
      <w:jc w:val="both"/>
    </w:pPr>
    <w:rPr>
      <w:rFonts w:ascii="Times New Roman" w:hAnsi="Times New Roman" w:cs="Tms Rmn"/>
      <w:snapToGrid w:val="0"/>
      <w:color w:val="000000"/>
      <w:sz w:val="24"/>
      <w:szCs w:val="24"/>
      <w:lang w:eastAsia="de-DE" w:bidi="en-US"/>
    </w:rPr>
  </w:style>
  <w:style w:type="paragraph" w:customStyle="1" w:styleId="Mdeck6figurebody">
    <w:name w:val="M_deck_6_figure_body"/>
    <w:qFormat/>
    <w:rsid w:val="00A46271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ascii="Times New Roman" w:hAnsi="Times New Roman" w:cs="Tms Rmn"/>
      <w:snapToGrid w:val="0"/>
      <w:color w:val="000000"/>
      <w:sz w:val="24"/>
      <w:szCs w:val="24"/>
      <w:lang w:eastAsia="de-DE" w:bidi="en-US"/>
    </w:rPr>
  </w:style>
  <w:style w:type="paragraph" w:customStyle="1" w:styleId="Mdeck4heading2">
    <w:name w:val="M_deck_4_heading_2"/>
    <w:next w:val="Normal"/>
    <w:qFormat/>
    <w:rsid w:val="00A46271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ascii="Times New Roman" w:hAnsi="Times New Roman" w:cs="Tms Rmn"/>
      <w:i/>
      <w:snapToGrid w:val="0"/>
      <w:color w:val="000000"/>
      <w:sz w:val="24"/>
      <w:szCs w:val="24"/>
      <w:lang w:eastAsia="de-DE" w:bidi="en-US"/>
    </w:rPr>
  </w:style>
  <w:style w:type="character" w:customStyle="1" w:styleId="nlm-given-names">
    <w:name w:val="nlm-given-names"/>
    <w:basedOn w:val="DefaultParagraphFont"/>
    <w:rsid w:val="00A46271"/>
  </w:style>
  <w:style w:type="character" w:customStyle="1" w:styleId="nlm-surname">
    <w:name w:val="nlm-surname"/>
    <w:basedOn w:val="DefaultParagraphFont"/>
    <w:rsid w:val="00A46271"/>
  </w:style>
  <w:style w:type="character" w:customStyle="1" w:styleId="cit">
    <w:name w:val="cit"/>
    <w:basedOn w:val="DefaultParagraphFont"/>
    <w:rsid w:val="00A46271"/>
  </w:style>
  <w:style w:type="paragraph" w:customStyle="1" w:styleId="FigCaption">
    <w:name w:val="Fig_Caption"/>
    <w:basedOn w:val="Normal"/>
    <w:rsid w:val="0087185B"/>
    <w:pPr>
      <w:spacing w:before="120"/>
    </w:pPr>
  </w:style>
  <w:style w:type="paragraph" w:customStyle="1" w:styleId="TableHead">
    <w:name w:val="Table_Head"/>
    <w:basedOn w:val="Normal"/>
    <w:rsid w:val="0087185B"/>
  </w:style>
  <w:style w:type="paragraph" w:customStyle="1" w:styleId="TableBody">
    <w:name w:val="Table_Body"/>
    <w:basedOn w:val="Normal"/>
    <w:rsid w:val="0087185B"/>
  </w:style>
  <w:style w:type="paragraph" w:customStyle="1" w:styleId="TableTitle">
    <w:name w:val="Table_Title"/>
    <w:basedOn w:val="Normal"/>
    <w:rsid w:val="0087185B"/>
    <w:pPr>
      <w:spacing w:before="120"/>
    </w:pPr>
  </w:style>
  <w:style w:type="paragraph" w:customStyle="1" w:styleId="TableFootnote">
    <w:name w:val="Table_Footnote"/>
    <w:basedOn w:val="Normal"/>
    <w:rsid w:val="008434B5"/>
    <w:pPr>
      <w:spacing w:before="120"/>
    </w:pPr>
  </w:style>
  <w:style w:type="table" w:customStyle="1" w:styleId="TableGrid2">
    <w:name w:val="Table Grid2"/>
    <w:basedOn w:val="TableNormal"/>
    <w:next w:val="TableGrid"/>
    <w:uiPriority w:val="39"/>
    <w:rsid w:val="00E66BB9"/>
    <w:rPr>
      <w:rFonts w:asciiTheme="minorHAnsi" w:eastAsiaTheme="minorEastAsia" w:hAnsiTheme="minorHAnsi" w:cstheme="minorBidi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66BB9"/>
    <w:rPr>
      <w:rFonts w:asciiTheme="minorHAnsi" w:eastAsiaTheme="minorEastAsia" w:hAnsiTheme="minorHAnsi" w:cstheme="minorBidi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A3DAF"/>
    <w:rPr>
      <w:rFonts w:asciiTheme="minorHAnsi" w:eastAsiaTheme="minorEastAsia" w:hAnsiTheme="minorHAnsi" w:cstheme="minorBidi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qFormat/>
    <w:rsid w:val="000F520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eastAsia="Calibri" w:cs="Calibri"/>
      <w:color w:val="000000"/>
      <w:u w:color="000000"/>
      <w:bdr w:val="nil"/>
    </w:rPr>
  </w:style>
  <w:style w:type="paragraph" w:customStyle="1" w:styleId="AGTabHD">
    <w:name w:val="AG_Tab_HD"/>
    <w:basedOn w:val="Normal"/>
    <w:uiPriority w:val="1"/>
    <w:qFormat/>
    <w:rsid w:val="006A3979"/>
    <w:pPr>
      <w:widowControl w:val="0"/>
      <w:spacing w:line="200" w:lineRule="atLeast"/>
      <w:jc w:val="both"/>
    </w:pPr>
    <w:rPr>
      <w:rFonts w:asciiTheme="minorHAnsi" w:eastAsiaTheme="minorHAnsi" w:hAnsiTheme="minorHAnsi" w:cstheme="minorBidi"/>
      <w:sz w:val="18"/>
      <w:szCs w:val="22"/>
    </w:rPr>
  </w:style>
  <w:style w:type="paragraph" w:customStyle="1" w:styleId="Ref">
    <w:name w:val="Ref"/>
    <w:basedOn w:val="Normal"/>
    <w:next w:val="Normal"/>
    <w:qFormat/>
    <w:rsid w:val="008E5A25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hAnsi="Calibri"/>
      <w:color w:val="231F20"/>
      <w:spacing w:val="-2"/>
      <w:sz w:val="20"/>
    </w:rPr>
  </w:style>
  <w:style w:type="paragraph" w:customStyle="1" w:styleId="AGHD1">
    <w:name w:val="AG_HD_1"/>
    <w:basedOn w:val="Normal"/>
    <w:qFormat/>
    <w:rsid w:val="00CB430C"/>
    <w:pPr>
      <w:spacing w:line="200" w:lineRule="atLeast"/>
      <w:jc w:val="both"/>
    </w:pPr>
    <w:rPr>
      <w:rFonts w:ascii="Times New Roman Bold" w:hAnsi="Times New Roman Bold"/>
      <w:b/>
      <w:bCs/>
      <w:caps/>
      <w:color w:val="0000FF"/>
      <w:sz w:val="23"/>
    </w:rPr>
  </w:style>
  <w:style w:type="paragraph" w:customStyle="1" w:styleId="AGHD2">
    <w:name w:val="AG_HD_2"/>
    <w:basedOn w:val="Normal"/>
    <w:next w:val="Normal"/>
    <w:qFormat/>
    <w:rsid w:val="00250F28"/>
    <w:pPr>
      <w:spacing w:line="200" w:lineRule="atLeast"/>
      <w:jc w:val="both"/>
    </w:pPr>
    <w:rPr>
      <w:b/>
      <w:sz w:val="21"/>
      <w:szCs w:val="21"/>
    </w:rPr>
  </w:style>
  <w:style w:type="paragraph" w:customStyle="1" w:styleId="AGATTitle">
    <w:name w:val="AG_AT_Title"/>
    <w:basedOn w:val="Default"/>
    <w:next w:val="Normal"/>
    <w:qFormat/>
    <w:rsid w:val="002E7BBD"/>
    <w:rPr>
      <w:b/>
      <w:bCs/>
      <w:color w:val="0000FF"/>
      <w:spacing w:val="-4"/>
      <w:sz w:val="36"/>
      <w:szCs w:val="36"/>
    </w:rPr>
  </w:style>
  <w:style w:type="paragraph" w:customStyle="1" w:styleId="AGATAuthor">
    <w:name w:val="AG_AT_Author"/>
    <w:basedOn w:val="Default"/>
    <w:qFormat/>
    <w:rsid w:val="002E7BBD"/>
    <w:rPr>
      <w:b/>
      <w:bCs/>
      <w:spacing w:val="-2"/>
      <w:sz w:val="26"/>
      <w:szCs w:val="26"/>
    </w:rPr>
  </w:style>
  <w:style w:type="paragraph" w:customStyle="1" w:styleId="AGATAffiliation">
    <w:name w:val="AG_AT_Affiliation"/>
    <w:basedOn w:val="Default"/>
    <w:qFormat/>
    <w:rsid w:val="002E7BBD"/>
    <w:rPr>
      <w:iCs/>
      <w:sz w:val="22"/>
      <w:szCs w:val="22"/>
    </w:rPr>
  </w:style>
  <w:style w:type="paragraph" w:customStyle="1" w:styleId="AGCopyright">
    <w:name w:val="AG_Copyright"/>
    <w:basedOn w:val="Normal"/>
    <w:qFormat/>
    <w:rsid w:val="00B97B15"/>
    <w:pPr>
      <w:shd w:val="clear" w:color="auto" w:fill="FFFFFF"/>
      <w:jc w:val="both"/>
    </w:pPr>
    <w:rPr>
      <w:rFonts w:ascii="Calibri" w:hAnsi="Calibri" w:cs="Arial"/>
      <w:sz w:val="20"/>
      <w:szCs w:val="20"/>
    </w:rPr>
  </w:style>
  <w:style w:type="paragraph" w:customStyle="1" w:styleId="AGCorrespondence">
    <w:name w:val="AG_Correspondence"/>
    <w:basedOn w:val="Normal"/>
    <w:qFormat/>
    <w:rsid w:val="00B97B15"/>
    <w:pPr>
      <w:spacing w:line="200" w:lineRule="atLeast"/>
    </w:pPr>
    <w:rPr>
      <w:rFonts w:ascii="Calibri" w:hAnsi="Calibri" w:cs="Calibri"/>
      <w:bCs/>
      <w:iCs/>
      <w:sz w:val="20"/>
      <w:szCs w:val="20"/>
    </w:rPr>
  </w:style>
  <w:style w:type="paragraph" w:customStyle="1" w:styleId="AGKeyword">
    <w:name w:val="AG_Keyword"/>
    <w:basedOn w:val="Default"/>
    <w:qFormat/>
    <w:rsid w:val="00B97B15"/>
    <w:rPr>
      <w:bCs/>
      <w:iCs/>
      <w:sz w:val="20"/>
      <w:szCs w:val="20"/>
    </w:rPr>
  </w:style>
  <w:style w:type="paragraph" w:customStyle="1" w:styleId="AGPubDate">
    <w:name w:val="AG_Pub_Date"/>
    <w:basedOn w:val="Default"/>
    <w:qFormat/>
    <w:rsid w:val="00B97B15"/>
    <w:pPr>
      <w:tabs>
        <w:tab w:val="left" w:pos="2520"/>
        <w:tab w:val="left" w:pos="5580"/>
      </w:tabs>
    </w:pPr>
    <w:rPr>
      <w:bCs/>
      <w:iCs/>
      <w:sz w:val="20"/>
      <w:szCs w:val="20"/>
    </w:rPr>
  </w:style>
  <w:style w:type="paragraph" w:customStyle="1" w:styleId="AGABSHD">
    <w:name w:val="AG_ABS_HD"/>
    <w:basedOn w:val="Normal"/>
    <w:qFormat/>
    <w:rsid w:val="00B97B15"/>
    <w:pPr>
      <w:spacing w:line="200" w:lineRule="atLeast"/>
      <w:jc w:val="both"/>
    </w:pPr>
    <w:rPr>
      <w:b/>
      <w:bCs/>
      <w:color w:val="0000FF"/>
    </w:rPr>
  </w:style>
  <w:style w:type="paragraph" w:customStyle="1" w:styleId="AGABSPara">
    <w:name w:val="AG_ABS_Para"/>
    <w:basedOn w:val="Normal10"/>
    <w:qFormat/>
    <w:rsid w:val="00B97B15"/>
    <w:pPr>
      <w:spacing w:line="200" w:lineRule="atLeast"/>
      <w:jc w:val="both"/>
    </w:pPr>
    <w:rPr>
      <w:rFonts w:ascii="Calibri" w:eastAsia="Calibri" w:hAnsi="Calibri" w:cs="Calibri"/>
      <w:b/>
      <w:bCs/>
      <w:szCs w:val="22"/>
      <w:u w:color="000000"/>
      <w:bdr w:val="nil"/>
      <w:lang w:eastAsia="en-US"/>
    </w:rPr>
  </w:style>
  <w:style w:type="paragraph" w:customStyle="1" w:styleId="AGTABCaption">
    <w:name w:val="AG_TAB_Caption"/>
    <w:basedOn w:val="Normal"/>
    <w:qFormat/>
    <w:rsid w:val="00B97B15"/>
    <w:pPr>
      <w:widowControl w:val="0"/>
      <w:spacing w:after="120"/>
      <w:jc w:val="both"/>
    </w:pPr>
    <w:rPr>
      <w:rFonts w:ascii="Calibri" w:eastAsiaTheme="minorHAnsi" w:hAnsiTheme="minorHAnsi" w:cstheme="minorBidi"/>
      <w:b/>
      <w:color w:val="231F20"/>
      <w:spacing w:val="-4"/>
      <w:sz w:val="22"/>
      <w:szCs w:val="22"/>
    </w:rPr>
  </w:style>
  <w:style w:type="paragraph" w:customStyle="1" w:styleId="AGPara">
    <w:name w:val="AG_Para"/>
    <w:basedOn w:val="Normal"/>
    <w:qFormat/>
    <w:rsid w:val="00B97B15"/>
    <w:pPr>
      <w:spacing w:line="200" w:lineRule="atLeast"/>
      <w:jc w:val="both"/>
    </w:pPr>
    <w:rPr>
      <w:sz w:val="21"/>
      <w:szCs w:val="21"/>
    </w:rPr>
  </w:style>
  <w:style w:type="paragraph" w:customStyle="1" w:styleId="AGFIGCaption">
    <w:name w:val="AG_FIG_Caption"/>
    <w:basedOn w:val="Normal"/>
    <w:qFormat/>
    <w:rsid w:val="00B97B15"/>
    <w:pPr>
      <w:spacing w:before="59" w:line="200" w:lineRule="atLeast"/>
      <w:jc w:val="center"/>
    </w:pPr>
    <w:rPr>
      <w:rFonts w:ascii="Calibri"/>
      <w:b/>
      <w:color w:val="231F20"/>
      <w:spacing w:val="-1"/>
      <w:sz w:val="20"/>
    </w:rPr>
  </w:style>
  <w:style w:type="paragraph" w:customStyle="1" w:styleId="AGHD3">
    <w:name w:val="AG_HD_3"/>
    <w:basedOn w:val="Normal"/>
    <w:qFormat/>
    <w:rsid w:val="00BA2FD6"/>
    <w:pPr>
      <w:spacing w:line="200" w:lineRule="atLeast"/>
    </w:pPr>
    <w:rPr>
      <w:b/>
      <w:i/>
      <w:sz w:val="21"/>
      <w:szCs w:val="21"/>
    </w:rPr>
  </w:style>
  <w:style w:type="paragraph" w:customStyle="1" w:styleId="aGHD20">
    <w:name w:val="aG_HD2"/>
    <w:basedOn w:val="AGPara"/>
    <w:qFormat/>
    <w:rsid w:val="005A4A1A"/>
    <w:pPr>
      <w:spacing w:line="210" w:lineRule="atLeast"/>
    </w:pPr>
    <w:rPr>
      <w:b/>
      <w:bCs/>
    </w:rPr>
  </w:style>
  <w:style w:type="table" w:customStyle="1" w:styleId="12">
    <w:name w:val="浅色底纹1"/>
    <w:basedOn w:val="TableNormal"/>
    <w:uiPriority w:val="60"/>
    <w:qFormat/>
    <w:rsid w:val="00CB4CD9"/>
    <w:rPr>
      <w:rFonts w:asciiTheme="minorHAnsi" w:eastAsiaTheme="minorEastAsia" w:hAnsiTheme="minorHAnsi" w:cstheme="minorBidi"/>
      <w:color w:val="000000" w:themeColor="text1" w:themeShade="BF"/>
      <w:kern w:val="2"/>
      <w:sz w:val="21"/>
      <w:lang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Code">
    <w:name w:val="HTML Code"/>
    <w:basedOn w:val="DefaultParagraphFont"/>
    <w:uiPriority w:val="99"/>
    <w:semiHidden/>
    <w:unhideWhenUsed/>
    <w:locked/>
    <w:rsid w:val="00BE74C2"/>
    <w:rPr>
      <w:rFonts w:ascii="SimSun" w:eastAsia="SimSun" w:hAnsi="SimSun" w:cs="SimSun"/>
      <w:sz w:val="24"/>
      <w:szCs w:val="24"/>
    </w:rPr>
  </w:style>
  <w:style w:type="character" w:customStyle="1" w:styleId="skip">
    <w:name w:val="skip"/>
    <w:basedOn w:val="DefaultParagraphFont"/>
    <w:qFormat/>
    <w:rsid w:val="00BE74C2"/>
  </w:style>
  <w:style w:type="paragraph" w:customStyle="1" w:styleId="AGTABBD">
    <w:name w:val="AG_TAB_BD"/>
    <w:basedOn w:val="Normal"/>
    <w:qFormat/>
    <w:rsid w:val="00322EB7"/>
    <w:pPr>
      <w:spacing w:line="200" w:lineRule="exact"/>
      <w:jc w:val="center"/>
    </w:pPr>
    <w:rPr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47E24"/>
    <w:rPr>
      <w:rFonts w:ascii="Cambria" w:eastAsia="SimSun" w:hAnsi="Cambria"/>
      <w:kern w:val="2"/>
      <w:sz w:val="21"/>
      <w:szCs w:val="21"/>
      <w:lang w:eastAsia="zh-CN"/>
    </w:rPr>
  </w:style>
  <w:style w:type="character" w:styleId="IntenseEmphasis">
    <w:name w:val="Intense Emphasis"/>
    <w:uiPriority w:val="21"/>
    <w:qFormat/>
    <w:rsid w:val="00347E24"/>
    <w:rPr>
      <w:b/>
      <w:bCs/>
      <w:i/>
      <w:iCs/>
      <w:color w:val="4F81BD"/>
    </w:rPr>
  </w:style>
  <w:style w:type="character" w:customStyle="1" w:styleId="ListParagraphChar">
    <w:name w:val="List Paragraph Char"/>
    <w:link w:val="ListParagraph"/>
    <w:uiPriority w:val="34"/>
    <w:qFormat/>
    <w:rsid w:val="00347E24"/>
    <w:rPr>
      <w:rFonts w:ascii="Times New Roman" w:hAnsi="Times New Roman"/>
      <w:sz w:val="24"/>
      <w:szCs w:val="24"/>
    </w:rPr>
  </w:style>
  <w:style w:type="character" w:customStyle="1" w:styleId="a-plus-plusemphasistype-small-caps">
    <w:name w:val="a-plus-plus emphasis type-small-caps"/>
    <w:basedOn w:val="DefaultParagraphFont"/>
    <w:rsid w:val="00347E24"/>
  </w:style>
  <w:style w:type="character" w:customStyle="1" w:styleId="shorttext1">
    <w:name w:val="short_text1"/>
    <w:rsid w:val="00347E24"/>
    <w:rPr>
      <w:sz w:val="29"/>
      <w:szCs w:val="29"/>
    </w:rPr>
  </w:style>
  <w:style w:type="character" w:styleId="IntenseReference">
    <w:name w:val="Intense Reference"/>
    <w:uiPriority w:val="32"/>
    <w:qFormat/>
    <w:rsid w:val="00347E24"/>
    <w:rPr>
      <w:b/>
      <w:bCs/>
      <w:smallCaps/>
      <w:color w:val="C0504D"/>
      <w:spacing w:val="5"/>
      <w:u w:val="single"/>
    </w:rPr>
  </w:style>
  <w:style w:type="character" w:customStyle="1" w:styleId="caps">
    <w:name w:val="caps"/>
    <w:basedOn w:val="DefaultParagraphFont"/>
    <w:rsid w:val="00347E24"/>
  </w:style>
  <w:style w:type="character" w:customStyle="1" w:styleId="A20">
    <w:name w:val="A2"/>
    <w:rsid w:val="00347E24"/>
    <w:rPr>
      <w:rFonts w:cs="Times"/>
      <w:color w:val="000000"/>
      <w:sz w:val="19"/>
      <w:szCs w:val="19"/>
    </w:rPr>
  </w:style>
  <w:style w:type="character" w:customStyle="1" w:styleId="z-TopofFormChar">
    <w:name w:val="z-Top of Form Char"/>
    <w:link w:val="z-TopofForm"/>
    <w:rsid w:val="00347E24"/>
    <w:rPr>
      <w:rFonts w:ascii="Arial" w:hAnsi="Arial" w:cs="Arial"/>
      <w:vanish/>
      <w:sz w:val="16"/>
      <w:szCs w:val="16"/>
    </w:rPr>
  </w:style>
  <w:style w:type="character" w:customStyle="1" w:styleId="high-light">
    <w:name w:val="high-light"/>
    <w:basedOn w:val="DefaultParagraphFont"/>
    <w:rsid w:val="00347E24"/>
  </w:style>
  <w:style w:type="character" w:customStyle="1" w:styleId="IntenseQuoteChar">
    <w:name w:val="Intense Quote Char"/>
    <w:link w:val="IntenseQuote"/>
    <w:uiPriority w:val="30"/>
    <w:rsid w:val="00347E24"/>
    <w:rPr>
      <w:b/>
      <w:bCs/>
      <w:i/>
      <w:iCs/>
      <w:color w:val="4F81BD"/>
      <w:kern w:val="2"/>
      <w:sz w:val="24"/>
      <w:szCs w:val="24"/>
    </w:rPr>
  </w:style>
  <w:style w:type="character" w:styleId="SubtleReference">
    <w:name w:val="Subtle Reference"/>
    <w:uiPriority w:val="31"/>
    <w:qFormat/>
    <w:rsid w:val="00347E24"/>
    <w:rPr>
      <w:smallCaps/>
      <w:color w:val="C0504D"/>
      <w:u w:val="single"/>
    </w:rPr>
  </w:style>
  <w:style w:type="character" w:styleId="SubtleEmphasis">
    <w:name w:val="Subtle Emphasis"/>
    <w:uiPriority w:val="19"/>
    <w:qFormat/>
    <w:rsid w:val="00347E24"/>
    <w:rPr>
      <w:i/>
      <w:iCs/>
      <w:color w:val="808080"/>
    </w:rPr>
  </w:style>
  <w:style w:type="character" w:customStyle="1" w:styleId="SubtitleChar">
    <w:name w:val="Subtitle Char"/>
    <w:link w:val="Subtitle"/>
    <w:uiPriority w:val="11"/>
    <w:rsid w:val="00347E24"/>
    <w:rPr>
      <w:rFonts w:ascii="Cambria" w:hAnsi="Cambria"/>
      <w:b/>
      <w:bCs/>
      <w:kern w:val="28"/>
      <w:sz w:val="32"/>
      <w:szCs w:val="32"/>
    </w:rPr>
  </w:style>
  <w:style w:type="character" w:customStyle="1" w:styleId="QuoteChar">
    <w:name w:val="Quote Char"/>
    <w:link w:val="Quote"/>
    <w:uiPriority w:val="29"/>
    <w:rsid w:val="00347E24"/>
    <w:rPr>
      <w:i/>
      <w:iCs/>
      <w:color w:val="000000"/>
      <w:kern w:val="2"/>
      <w:sz w:val="24"/>
      <w:szCs w:val="24"/>
    </w:rPr>
  </w:style>
  <w:style w:type="character" w:customStyle="1" w:styleId="pmid1">
    <w:name w:val="pmid1"/>
    <w:rsid w:val="00347E24"/>
  </w:style>
  <w:style w:type="character" w:styleId="BookTitle">
    <w:name w:val="Book Title"/>
    <w:uiPriority w:val="33"/>
    <w:qFormat/>
    <w:rsid w:val="00347E24"/>
    <w:rPr>
      <w:b/>
      <w:bCs/>
      <w:smallCaps/>
      <w:spacing w:val="5"/>
    </w:rPr>
  </w:style>
  <w:style w:type="character" w:customStyle="1" w:styleId="1CharChar">
    <w:name w:val="样式1 Char Char"/>
    <w:link w:val="13"/>
    <w:rsid w:val="00347E24"/>
    <w:rPr>
      <w:kern w:val="2"/>
      <w:sz w:val="21"/>
      <w:szCs w:val="24"/>
    </w:rPr>
  </w:style>
  <w:style w:type="paragraph" w:customStyle="1" w:styleId="Revision1">
    <w:name w:val="Revision1"/>
    <w:uiPriority w:val="99"/>
    <w:qFormat/>
    <w:rsid w:val="00347E24"/>
    <w:rPr>
      <w:kern w:val="2"/>
      <w:sz w:val="21"/>
      <w:lang w:eastAsia="zh-CN"/>
    </w:rPr>
  </w:style>
  <w:style w:type="paragraph" w:customStyle="1" w:styleId="13">
    <w:name w:val="样式1"/>
    <w:basedOn w:val="ListParagraph"/>
    <w:link w:val="1CharChar"/>
    <w:rsid w:val="00347E24"/>
    <w:pPr>
      <w:widowControl w:val="0"/>
      <w:ind w:left="0" w:firstLineChars="200" w:firstLine="420"/>
      <w:jc w:val="both"/>
    </w:pPr>
    <w:rPr>
      <w:rFonts w:ascii="Calibri" w:hAnsi="Calibri"/>
      <w:kern w:val="2"/>
      <w:sz w:val="21"/>
    </w:rPr>
  </w:style>
  <w:style w:type="paragraph" w:customStyle="1" w:styleId="Pa5">
    <w:name w:val="Pa5"/>
    <w:basedOn w:val="Normal"/>
    <w:next w:val="Normal"/>
    <w:rsid w:val="00347E24"/>
    <w:pPr>
      <w:widowControl w:val="0"/>
      <w:autoSpaceDE w:val="0"/>
      <w:autoSpaceDN w:val="0"/>
      <w:adjustRightInd w:val="0"/>
      <w:spacing w:line="201" w:lineRule="atLeast"/>
    </w:pPr>
    <w:rPr>
      <w:rFonts w:ascii="AGaramond" w:eastAsia="AGaramond"/>
      <w:lang w:eastAsia="zh-CN"/>
    </w:rPr>
  </w:style>
  <w:style w:type="paragraph" w:styleId="z-TopofForm">
    <w:name w:val="HTML Top of Form"/>
    <w:basedOn w:val="Normal"/>
    <w:next w:val="Normal"/>
    <w:link w:val="z-TopofFormChar"/>
    <w:locked/>
    <w:rsid w:val="00347E2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semiHidden/>
    <w:rsid w:val="00347E24"/>
    <w:rPr>
      <w:rFonts w:ascii="Arial" w:hAnsi="Arial" w:cs="Arial"/>
      <w:vanish/>
      <w:sz w:val="16"/>
      <w:szCs w:val="16"/>
    </w:rPr>
  </w:style>
  <w:style w:type="paragraph" w:customStyle="1" w:styleId="Char">
    <w:name w:val="Char"/>
    <w:basedOn w:val="Normal"/>
    <w:rsid w:val="00347E24"/>
    <w:pPr>
      <w:widowControl w:val="0"/>
      <w:tabs>
        <w:tab w:val="left" w:pos="480"/>
      </w:tabs>
      <w:ind w:left="480" w:hanging="480"/>
      <w:jc w:val="both"/>
    </w:pPr>
    <w:rPr>
      <w:kern w:val="2"/>
      <w:lang w:eastAsia="zh-CN"/>
    </w:rPr>
  </w:style>
  <w:style w:type="paragraph" w:customStyle="1" w:styleId="Pa4">
    <w:name w:val="Pa4"/>
    <w:basedOn w:val="Normal"/>
    <w:next w:val="Normal"/>
    <w:rsid w:val="00347E24"/>
    <w:pPr>
      <w:widowControl w:val="0"/>
      <w:autoSpaceDE w:val="0"/>
      <w:autoSpaceDN w:val="0"/>
      <w:adjustRightInd w:val="0"/>
      <w:spacing w:before="180" w:after="180" w:line="201" w:lineRule="atLeast"/>
    </w:pPr>
    <w:rPr>
      <w:rFonts w:ascii="AGaramond" w:eastAsia="AGaramond"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E24"/>
    <w:pPr>
      <w:widowControl w:val="0"/>
      <w:pBdr>
        <w:bottom w:val="single" w:sz="4" w:space="4" w:color="4F81BD"/>
      </w:pBdr>
      <w:spacing w:before="200" w:after="280"/>
      <w:ind w:left="936" w:right="936"/>
      <w:jc w:val="both"/>
    </w:pPr>
    <w:rPr>
      <w:rFonts w:ascii="Calibri" w:hAnsi="Calibri"/>
      <w:b/>
      <w:bCs/>
      <w:i/>
      <w:iCs/>
      <w:color w:val="4F81BD"/>
      <w:kern w:val="2"/>
    </w:rPr>
  </w:style>
  <w:style w:type="character" w:customStyle="1" w:styleId="IntenseQuoteChar1">
    <w:name w:val="Intense Quote Char1"/>
    <w:basedOn w:val="DefaultParagraphFont"/>
    <w:uiPriority w:val="30"/>
    <w:rsid w:val="00347E24"/>
    <w:rPr>
      <w:rFonts w:ascii="Times New Roman" w:hAnsi="Times New Roman"/>
      <w:i/>
      <w:iCs/>
      <w:color w:val="4F81BD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47E24"/>
    <w:pPr>
      <w:widowControl w:val="0"/>
      <w:jc w:val="both"/>
    </w:pPr>
    <w:rPr>
      <w:rFonts w:ascii="Calibri" w:hAnsi="Calibri"/>
      <w:i/>
      <w:iCs/>
      <w:color w:val="000000"/>
      <w:kern w:val="2"/>
    </w:rPr>
  </w:style>
  <w:style w:type="character" w:customStyle="1" w:styleId="QuoteChar1">
    <w:name w:val="Quote Char1"/>
    <w:basedOn w:val="DefaultParagraphFont"/>
    <w:uiPriority w:val="29"/>
    <w:rsid w:val="00347E24"/>
    <w:rPr>
      <w:rFonts w:ascii="Times New Roman" w:hAnsi="Times New Roman"/>
      <w:i/>
      <w:iCs/>
      <w:color w:val="404040" w:themeColor="text1" w:themeTint="BF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347E24"/>
    <w:pPr>
      <w:widowControl w:val="0"/>
      <w:autoSpaceDE w:val="0"/>
      <w:autoSpaceDN w:val="0"/>
      <w:adjustRightInd w:val="0"/>
      <w:spacing w:line="201" w:lineRule="atLeast"/>
    </w:pPr>
    <w:rPr>
      <w:rFonts w:ascii="AGaramond" w:eastAsia="AGaramond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7E24"/>
    <w:pPr>
      <w:widowControl w:val="0"/>
      <w:spacing w:before="240" w:after="60" w:line="312" w:lineRule="atLeast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rsid w:val="00347E24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qFormat/>
    <w:rsid w:val="00347E24"/>
    <w:pPr>
      <w:keepLines/>
      <w:widowControl w:val="0"/>
      <w:spacing w:before="340" w:after="330" w:line="578" w:lineRule="atLeast"/>
      <w:outlineLvl w:val="9"/>
    </w:pPr>
    <w:rPr>
      <w:rFonts w:ascii="Times New Roman" w:hAnsi="Times New Roman" w:cs="Times New Roman"/>
      <w:kern w:val="44"/>
      <w:sz w:val="44"/>
      <w:szCs w:val="44"/>
      <w:lang w:eastAsia="zh-CN"/>
    </w:rPr>
  </w:style>
  <w:style w:type="character" w:customStyle="1" w:styleId="UnresolvedMention1">
    <w:name w:val="Unresolved Mention1"/>
    <w:basedOn w:val="DefaultParagraphFont"/>
    <w:uiPriority w:val="99"/>
    <w:unhideWhenUsed/>
    <w:qFormat/>
    <w:rsid w:val="00F373B8"/>
    <w:rPr>
      <w:color w:val="808080"/>
      <w:shd w:val="clear" w:color="auto" w:fill="E6E6E6"/>
    </w:rPr>
  </w:style>
  <w:style w:type="character" w:customStyle="1" w:styleId="EndNoteBibliographyTitle0">
    <w:name w:val="EndNote Bibliography Title 字符"/>
    <w:basedOn w:val="DefaultParagraphFont"/>
    <w:qFormat/>
    <w:rsid w:val="00F373B8"/>
    <w:rPr>
      <w:rFonts w:ascii="Times New Roman" w:eastAsia="SimSun" w:hAnsi="Times New Roman" w:cs="Times New Roman"/>
      <w:kern w:val="2"/>
      <w:szCs w:val="24"/>
    </w:rPr>
  </w:style>
  <w:style w:type="character" w:customStyle="1" w:styleId="EndNoteBibliography0">
    <w:name w:val="EndNote Bibliography 字符"/>
    <w:basedOn w:val="DefaultParagraphFont"/>
    <w:qFormat/>
    <w:rsid w:val="00F373B8"/>
    <w:rPr>
      <w:rFonts w:ascii="Times New Roman" w:eastAsia="SimSun" w:hAnsi="Times New Roman" w:cs="Times New Roman"/>
      <w:kern w:val="2"/>
      <w:szCs w:val="24"/>
    </w:rPr>
  </w:style>
  <w:style w:type="character" w:customStyle="1" w:styleId="14">
    <w:name w:val="未处理的提及1"/>
    <w:basedOn w:val="DefaultParagraphFont"/>
    <w:uiPriority w:val="99"/>
    <w:unhideWhenUsed/>
    <w:qFormat/>
    <w:rsid w:val="00F373B8"/>
    <w:rPr>
      <w:color w:val="808080"/>
      <w:shd w:val="clear" w:color="auto" w:fill="E6E6E6"/>
    </w:rPr>
  </w:style>
  <w:style w:type="character" w:customStyle="1" w:styleId="fontstyle01">
    <w:name w:val="fontstyle01"/>
    <w:qFormat/>
    <w:rsid w:val="00F373B8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21">
    <w:name w:val="fontstyle21"/>
    <w:qFormat/>
    <w:rsid w:val="00F373B8"/>
    <w:rPr>
      <w:rFonts w:ascii="AdvTT5235d5a9" w:hAnsi="AdvTT5235d5a9" w:cs="Times New Roman"/>
      <w:color w:val="231F20"/>
      <w:sz w:val="14"/>
      <w:szCs w:val="1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373B8"/>
    <w:rPr>
      <w:color w:val="808080"/>
      <w:shd w:val="clear" w:color="auto" w:fill="E6E6E6"/>
    </w:rPr>
  </w:style>
  <w:style w:type="paragraph" w:customStyle="1" w:styleId="LocationHeader">
    <w:name w:val="Location (Header)"/>
    <w:basedOn w:val="Normal"/>
    <w:uiPriority w:val="99"/>
    <w:rsid w:val="003F02B4"/>
    <w:pPr>
      <w:suppressAutoHyphens/>
      <w:autoSpaceDE w:val="0"/>
      <w:autoSpaceDN w:val="0"/>
      <w:adjustRightInd w:val="0"/>
      <w:spacing w:line="288" w:lineRule="auto"/>
      <w:ind w:left="84" w:hanging="84"/>
      <w:jc w:val="both"/>
      <w:textAlignment w:val="center"/>
    </w:pPr>
    <w:rPr>
      <w:rFonts w:ascii="Verdana" w:eastAsiaTheme="minorHAnsi" w:hAnsi="Verdana" w:cs="Verdana"/>
      <w:color w:val="221F1F"/>
      <w:sz w:val="16"/>
      <w:szCs w:val="16"/>
    </w:rPr>
  </w:style>
  <w:style w:type="paragraph" w:customStyle="1" w:styleId="Pa28">
    <w:name w:val="Pa28"/>
    <w:basedOn w:val="Default"/>
    <w:next w:val="Default"/>
    <w:uiPriority w:val="99"/>
    <w:rsid w:val="00522C2B"/>
    <w:pPr>
      <w:spacing w:line="241" w:lineRule="atLeast"/>
    </w:pPr>
    <w:rPr>
      <w:rFonts w:ascii="Myriad Pro Cond" w:eastAsia="Myriad Pro Cond" w:hAnsiTheme="minorHAnsi" w:cstheme="minorBidi"/>
      <w:color w:val="auto"/>
      <w:lang w:eastAsia="zh-CN"/>
    </w:rPr>
  </w:style>
  <w:style w:type="character" w:customStyle="1" w:styleId="highlighted">
    <w:name w:val="highlighted"/>
    <w:basedOn w:val="DefaultParagraphFont"/>
    <w:rsid w:val="00522C2B"/>
  </w:style>
  <w:style w:type="paragraph" w:customStyle="1" w:styleId="Pa12">
    <w:name w:val="Pa12"/>
    <w:basedOn w:val="Normal"/>
    <w:next w:val="Normal"/>
    <w:uiPriority w:val="99"/>
    <w:rsid w:val="007047F9"/>
    <w:pPr>
      <w:autoSpaceDE w:val="0"/>
      <w:autoSpaceDN w:val="0"/>
      <w:adjustRightInd w:val="0"/>
      <w:spacing w:line="241" w:lineRule="atLeast"/>
    </w:pPr>
    <w:rPr>
      <w:rFonts w:eastAsiaTheme="minorEastAsia"/>
      <w:lang w:eastAsia="zh-CN"/>
    </w:rPr>
  </w:style>
  <w:style w:type="character" w:customStyle="1" w:styleId="citationref">
    <w:name w:val="citationref"/>
    <w:basedOn w:val="DefaultParagraphFont"/>
    <w:rsid w:val="007047F9"/>
  </w:style>
  <w:style w:type="character" w:customStyle="1" w:styleId="normaltextrun">
    <w:name w:val="normaltextrun"/>
    <w:basedOn w:val="DefaultParagraphFont"/>
    <w:rsid w:val="00563A67"/>
  </w:style>
  <w:style w:type="character" w:customStyle="1" w:styleId="DoiandPubmed">
    <w:name w:val="Doi and Pubmed"/>
    <w:basedOn w:val="DefaultParagraphFont"/>
    <w:uiPriority w:val="1"/>
    <w:qFormat/>
    <w:rsid w:val="00EE1B79"/>
    <w:rPr>
      <w:rFonts w:ascii="Calibri" w:hAnsi="Calibri"/>
      <w:color w:val="0000FF"/>
      <w:sz w:val="20"/>
      <w:u w:val="single"/>
    </w:rPr>
  </w:style>
  <w:style w:type="character" w:customStyle="1" w:styleId="pagecontents1">
    <w:name w:val="pagecontents1"/>
    <w:rsid w:val="008E2940"/>
    <w:rPr>
      <w:rFonts w:ascii="Verdana" w:hAnsi="Verdana" w:hint="default"/>
      <w:color w:val="000000"/>
      <w:sz w:val="11"/>
      <w:szCs w:val="11"/>
    </w:rPr>
  </w:style>
  <w:style w:type="paragraph" w:customStyle="1" w:styleId="BasicParagraph">
    <w:name w:val="[Basic Paragraph]"/>
    <w:basedOn w:val="Normal"/>
    <w:uiPriority w:val="99"/>
    <w:rsid w:val="00A661E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paragraph" w:customStyle="1" w:styleId="AG-pa">
    <w:name w:val="AG-pa"/>
    <w:basedOn w:val="Normal"/>
    <w:qFormat/>
    <w:rsid w:val="002A00D2"/>
  </w:style>
  <w:style w:type="paragraph" w:customStyle="1" w:styleId="AGTABnote">
    <w:name w:val="AG_TAB_note"/>
    <w:basedOn w:val="Normal"/>
    <w:qFormat/>
    <w:rsid w:val="0022325F"/>
    <w:pPr>
      <w:spacing w:before="120"/>
      <w:jc w:val="both"/>
    </w:pPr>
    <w:rPr>
      <w:rFonts w:asciiTheme="minorHAnsi" w:hAnsiTheme="minorHAnsi" w:cstheme="minorHAnsi"/>
      <w:sz w:val="20"/>
    </w:rPr>
  </w:style>
  <w:style w:type="table" w:styleId="MediumGrid3-Accent5">
    <w:name w:val="Medium Grid 3 Accent 5"/>
    <w:basedOn w:val="TableNormal"/>
    <w:uiPriority w:val="69"/>
    <w:rsid w:val="00F600BD"/>
    <w:rPr>
      <w:rFonts w:asciiTheme="minorHAnsi" w:eastAsiaTheme="minorEastAsia" w:hAnsiTheme="minorHAnsi" w:cstheme="minorBidi"/>
      <w:kern w:val="2"/>
      <w:sz w:val="21"/>
      <w:lang w:eastAsia="zh-CN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TableNormal1">
    <w:name w:val="Table Normal1"/>
    <w:rsid w:val="002608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Theme="minorEastAsia" w:hAnsi="Times New Roman"/>
      <w:sz w:val="20"/>
      <w:szCs w:val="20"/>
      <w:bdr w:val="nil"/>
      <w:lang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页眉与页脚"/>
    <w:qFormat/>
    <w:rsid w:val="002608B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zh-CN"/>
    </w:rPr>
  </w:style>
  <w:style w:type="paragraph" w:customStyle="1" w:styleId="A6">
    <w:name w:val="默认 A"/>
    <w:link w:val="A7"/>
    <w:rsid w:val="002608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eastAsia="zh-CN"/>
    </w:rPr>
  </w:style>
  <w:style w:type="paragraph" w:customStyle="1" w:styleId="a8">
    <w:name w:val="自由格式"/>
    <w:rsid w:val="002608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zh-CN"/>
    </w:rPr>
  </w:style>
  <w:style w:type="paragraph" w:customStyle="1" w:styleId="2A">
    <w:name w:val="表格样式 2 A"/>
    <w:rsid w:val="002608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  <w:lang w:eastAsia="zh-CN"/>
    </w:rPr>
  </w:style>
  <w:style w:type="character" w:customStyle="1" w:styleId="A7">
    <w:name w:val="默认 A 字符"/>
    <w:basedOn w:val="DefaultParagraphFont"/>
    <w:link w:val="A6"/>
    <w:rsid w:val="002608B3"/>
    <w:rPr>
      <w:rFonts w:ascii="Helvetica" w:eastAsia="Arial Unicode MS" w:hAnsi="Arial Unicode MS" w:cs="Arial Unicode MS"/>
      <w:color w:val="000000"/>
      <w:u w:color="000000"/>
      <w:bdr w:val="nil"/>
      <w:lang w:eastAsia="zh-CN"/>
    </w:rPr>
  </w:style>
  <w:style w:type="character" w:customStyle="1" w:styleId="tran">
    <w:name w:val="tran"/>
    <w:basedOn w:val="DefaultParagraphFont"/>
    <w:rsid w:val="002608B3"/>
  </w:style>
  <w:style w:type="numbering" w:customStyle="1" w:styleId="List0">
    <w:name w:val="List 0"/>
    <w:basedOn w:val="NoList"/>
    <w:rsid w:val="002608B3"/>
    <w:pPr>
      <w:numPr>
        <w:numId w:val="2"/>
      </w:numPr>
    </w:p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F23334"/>
    <w:pPr>
      <w:widowControl/>
      <w:spacing w:after="240" w:line="240" w:lineRule="auto"/>
      <w:jc w:val="left"/>
      <w:outlineLvl w:val="9"/>
    </w:pPr>
    <w:rPr>
      <w:rFonts w:ascii="Times New Roman" w:eastAsiaTheme="minorHAnsi" w:hAnsi="Times New Roman"/>
      <w:bCs w:val="0"/>
      <w:kern w:val="0"/>
      <w:sz w:val="24"/>
      <w:szCs w:val="24"/>
    </w:rPr>
  </w:style>
  <w:style w:type="numbering" w:customStyle="1" w:styleId="Headings">
    <w:name w:val="Headings"/>
    <w:uiPriority w:val="99"/>
    <w:rsid w:val="00F23334"/>
    <w:pPr>
      <w:numPr>
        <w:numId w:val="3"/>
      </w:numPr>
    </w:pPr>
  </w:style>
  <w:style w:type="character" w:styleId="HTMLKeyboard">
    <w:name w:val="HTML Keyboard"/>
    <w:locked/>
    <w:rsid w:val="00E302F9"/>
    <w:rPr>
      <w:rFonts w:ascii="Courier New" w:hAnsi="Courier New"/>
      <w:sz w:val="20"/>
      <w:szCs w:val="20"/>
    </w:rPr>
  </w:style>
  <w:style w:type="character" w:customStyle="1" w:styleId="A10">
    <w:name w:val="A1"/>
    <w:uiPriority w:val="99"/>
    <w:rsid w:val="00E302F9"/>
    <w:rPr>
      <w:rFonts w:ascii="Garamond Premr Pro" w:eastAsia="Garamond Premr Pro" w:cs="Garamond Premr Pro"/>
      <w:color w:val="000000"/>
      <w:sz w:val="14"/>
      <w:szCs w:val="14"/>
    </w:rPr>
  </w:style>
  <w:style w:type="paragraph" w:customStyle="1" w:styleId="Pa25">
    <w:name w:val="Pa25"/>
    <w:basedOn w:val="Normal"/>
    <w:next w:val="Normal"/>
    <w:uiPriority w:val="99"/>
    <w:rsid w:val="00E302F9"/>
    <w:pPr>
      <w:widowControl w:val="0"/>
      <w:autoSpaceDE w:val="0"/>
      <w:autoSpaceDN w:val="0"/>
      <w:adjustRightInd w:val="0"/>
      <w:spacing w:line="161" w:lineRule="atLeast"/>
    </w:pPr>
    <w:rPr>
      <w:rFonts w:ascii="AGaramond" w:eastAsia="AGaramond"/>
      <w:lang w:eastAsia="zh-TW"/>
    </w:rPr>
  </w:style>
  <w:style w:type="character" w:customStyle="1" w:styleId="A17">
    <w:name w:val="A17"/>
    <w:uiPriority w:val="99"/>
    <w:rsid w:val="00E302F9"/>
    <w:rPr>
      <w:rFonts w:cs="AGaramond"/>
      <w:color w:val="000000"/>
      <w:sz w:val="14"/>
      <w:szCs w:val="14"/>
    </w:rPr>
  </w:style>
  <w:style w:type="paragraph" w:customStyle="1" w:styleId="ref-title">
    <w:name w:val="ref-title"/>
    <w:basedOn w:val="Normal"/>
    <w:rsid w:val="00E302F9"/>
    <w:pPr>
      <w:spacing w:before="150" w:after="20" w:line="324" w:lineRule="auto"/>
    </w:pPr>
    <w:rPr>
      <w:rFonts w:ascii="Arial" w:eastAsia="PMingLiU" w:hAnsi="Arial" w:cs="Arial"/>
      <w:b/>
      <w:bCs/>
      <w:caps/>
      <w:sz w:val="20"/>
      <w:szCs w:val="20"/>
      <w:lang w:eastAsia="zh-TW"/>
    </w:rPr>
  </w:style>
  <w:style w:type="paragraph" w:customStyle="1" w:styleId="article-title">
    <w:name w:val="article-title"/>
    <w:basedOn w:val="Normal"/>
    <w:rsid w:val="00E302F9"/>
    <w:pPr>
      <w:spacing w:after="100" w:line="324" w:lineRule="auto"/>
    </w:pPr>
    <w:rPr>
      <w:rFonts w:ascii="Arial" w:eastAsia="PMingLiU" w:hAnsi="Arial" w:cs="Arial"/>
      <w:b/>
      <w:bCs/>
      <w:color w:val="325997"/>
      <w:sz w:val="32"/>
      <w:szCs w:val="32"/>
      <w:lang w:eastAsia="zh-TW"/>
    </w:rPr>
  </w:style>
  <w:style w:type="paragraph" w:customStyle="1" w:styleId="subhead3">
    <w:name w:val="subhead3"/>
    <w:basedOn w:val="Normal"/>
    <w:rsid w:val="00E302F9"/>
    <w:pPr>
      <w:spacing w:before="100" w:line="324" w:lineRule="auto"/>
    </w:pPr>
    <w:rPr>
      <w:rFonts w:ascii="Arial" w:eastAsia="PMingLiU" w:hAnsi="Arial" w:cs="Arial"/>
      <w:b/>
      <w:bCs/>
      <w:lang w:eastAsia="zh-TW"/>
    </w:rPr>
  </w:style>
  <w:style w:type="character" w:customStyle="1" w:styleId="superscript1">
    <w:name w:val="superscript1"/>
    <w:rsid w:val="00E302F9"/>
    <w:rPr>
      <w:sz w:val="14"/>
      <w:szCs w:val="14"/>
      <w:vertAlign w:val="superscript"/>
    </w:rPr>
  </w:style>
  <w:style w:type="character" w:customStyle="1" w:styleId="subscript1">
    <w:name w:val="subscript1"/>
    <w:rsid w:val="00E302F9"/>
    <w:rPr>
      <w:sz w:val="14"/>
      <w:szCs w:val="14"/>
      <w:vertAlign w:val="subscript"/>
    </w:rPr>
  </w:style>
  <w:style w:type="paragraph" w:customStyle="1" w:styleId="byline21">
    <w:name w:val="byline21"/>
    <w:basedOn w:val="Normal"/>
    <w:rsid w:val="00E302F9"/>
    <w:pPr>
      <w:spacing w:after="20" w:line="288" w:lineRule="auto"/>
    </w:pPr>
    <w:rPr>
      <w:rFonts w:ascii="Arial" w:eastAsia="PMingLiU" w:hAnsi="Arial" w:cs="Arial"/>
      <w:sz w:val="18"/>
      <w:szCs w:val="18"/>
      <w:lang w:eastAsia="zh-TW"/>
    </w:rPr>
  </w:style>
  <w:style w:type="character" w:customStyle="1" w:styleId="citation1">
    <w:name w:val="citation1"/>
    <w:rsid w:val="00E302F9"/>
    <w:rPr>
      <w:rFonts w:ascii="Arial" w:hAnsi="Arial" w:cs="Arial" w:hint="default"/>
      <w:sz w:val="18"/>
      <w:szCs w:val="18"/>
    </w:rPr>
  </w:style>
  <w:style w:type="paragraph" w:customStyle="1" w:styleId="headinganchor3">
    <w:name w:val="headinganchor3"/>
    <w:basedOn w:val="Normal"/>
    <w:rsid w:val="00E302F9"/>
    <w:pPr>
      <w:spacing w:after="150" w:line="336" w:lineRule="auto"/>
    </w:pPr>
    <w:rPr>
      <w:rFonts w:ascii="PMingLiU" w:eastAsia="PMingLiU" w:hAnsi="PMingLiU" w:cs="PMingLiU"/>
      <w:lang w:eastAsia="zh-TW"/>
    </w:rPr>
  </w:style>
  <w:style w:type="character" w:customStyle="1" w:styleId="h22">
    <w:name w:val="h22"/>
    <w:rsid w:val="00E302F9"/>
    <w:rPr>
      <w:b/>
      <w:bCs/>
    </w:rPr>
  </w:style>
  <w:style w:type="table" w:customStyle="1" w:styleId="15">
    <w:name w:val="表格格線1"/>
    <w:basedOn w:val="TableNormal"/>
    <w:next w:val="TableGrid"/>
    <w:uiPriority w:val="59"/>
    <w:rsid w:val="00E302F9"/>
    <w:rPr>
      <w:rFonts w:eastAsia="PMingLiU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無清單1"/>
    <w:next w:val="NoList"/>
    <w:uiPriority w:val="99"/>
    <w:semiHidden/>
    <w:unhideWhenUsed/>
    <w:rsid w:val="00E302F9"/>
  </w:style>
  <w:style w:type="table" w:customStyle="1" w:styleId="2">
    <w:name w:val="表格格線2"/>
    <w:basedOn w:val="TableNormal"/>
    <w:next w:val="TableGrid"/>
    <w:uiPriority w:val="39"/>
    <w:rsid w:val="00E302F9"/>
    <w:rPr>
      <w:rFonts w:eastAsia="PMingLiU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彩色列表 - 着色 11"/>
    <w:basedOn w:val="Normal"/>
    <w:uiPriority w:val="34"/>
    <w:qFormat/>
    <w:rsid w:val="007F6492"/>
    <w:pPr>
      <w:widowControl w:val="0"/>
      <w:ind w:firstLineChars="200" w:firstLine="420"/>
      <w:jc w:val="both"/>
    </w:pPr>
    <w:rPr>
      <w:rFonts w:ascii="DengXian" w:eastAsia="DengXian" w:hAnsi="DengXian"/>
      <w:kern w:val="2"/>
      <w:sz w:val="21"/>
      <w:szCs w:val="22"/>
      <w:lang w:eastAsia="zh-CN"/>
    </w:rPr>
  </w:style>
  <w:style w:type="character" w:customStyle="1" w:styleId="a9">
    <w:name w:val="页脚 字符"/>
    <w:uiPriority w:val="99"/>
    <w:rsid w:val="007F6492"/>
  </w:style>
  <w:style w:type="paragraph" w:customStyle="1" w:styleId="20">
    <w:name w:val="样式2"/>
    <w:basedOn w:val="Normal"/>
    <w:link w:val="2Char"/>
    <w:qFormat/>
    <w:rsid w:val="000B5EF6"/>
    <w:pPr>
      <w:keepNext/>
      <w:keepLines/>
      <w:widowControl w:val="0"/>
      <w:adjustRightInd w:val="0"/>
      <w:snapToGrid w:val="0"/>
      <w:spacing w:line="480" w:lineRule="auto"/>
      <w:jc w:val="both"/>
      <w:outlineLvl w:val="0"/>
    </w:pPr>
    <w:rPr>
      <w:rFonts w:eastAsiaTheme="minorEastAsia"/>
      <w:b/>
      <w:bCs/>
      <w:i/>
      <w:kern w:val="44"/>
      <w:szCs w:val="28"/>
      <w:lang w:eastAsia="zh-CN"/>
    </w:rPr>
  </w:style>
  <w:style w:type="character" w:customStyle="1" w:styleId="2Char">
    <w:name w:val="样式2 Char"/>
    <w:basedOn w:val="DefaultParagraphFont"/>
    <w:link w:val="20"/>
    <w:qFormat/>
    <w:rsid w:val="000B5EF6"/>
    <w:rPr>
      <w:rFonts w:ascii="Times New Roman" w:eastAsiaTheme="minorEastAsia" w:hAnsi="Times New Roman"/>
      <w:b/>
      <w:bCs/>
      <w:i/>
      <w:kern w:val="44"/>
      <w:sz w:val="24"/>
      <w:szCs w:val="28"/>
      <w:lang w:eastAsia="zh-CN"/>
    </w:rPr>
  </w:style>
  <w:style w:type="paragraph" w:styleId="List">
    <w:name w:val="List"/>
    <w:basedOn w:val="BodyText"/>
    <w:uiPriority w:val="99"/>
    <w:qFormat/>
    <w:locked/>
    <w:rsid w:val="00116D4E"/>
    <w:pPr>
      <w:widowControl w:val="0"/>
      <w:spacing w:after="140" w:line="480" w:lineRule="auto"/>
    </w:pPr>
    <w:rPr>
      <w:rFonts w:ascii="Calibri" w:eastAsia="Calibri" w:hAnsi="Calibri" w:cs="Arial Unicode MS"/>
      <w:color w:val="000000"/>
      <w:kern w:val="2"/>
      <w:sz w:val="21"/>
      <w:szCs w:val="21"/>
      <w:u w:color="000000"/>
      <w:lang w:eastAsia="zh-CN"/>
    </w:rPr>
  </w:style>
  <w:style w:type="character" w:customStyle="1" w:styleId="InternetLink">
    <w:name w:val="Internet Link"/>
    <w:qFormat/>
    <w:rsid w:val="00116D4E"/>
    <w:rPr>
      <w:u w:val="single"/>
    </w:rPr>
  </w:style>
  <w:style w:type="character" w:customStyle="1" w:styleId="Hyperlink0">
    <w:name w:val="Hyperlink.0"/>
    <w:basedOn w:val="DefaultParagraphFont"/>
    <w:qFormat/>
    <w:rsid w:val="005D2091"/>
    <w:rPr>
      <w:color w:val="0070C0"/>
      <w:u w:val="none" w:color="0070C0"/>
    </w:rPr>
  </w:style>
  <w:style w:type="character" w:customStyle="1" w:styleId="Char0">
    <w:name w:val="批注主题 Char"/>
    <w:basedOn w:val="CommentSubjectChar"/>
    <w:semiHidden/>
    <w:qFormat/>
    <w:rsid w:val="00116D4E"/>
    <w:rPr>
      <w:rFonts w:ascii="Calibri" w:eastAsia="Calibri" w:hAnsi="Calibri" w:cs="Calibri"/>
      <w:b/>
      <w:bCs/>
      <w:color w:val="000000"/>
      <w:kern w:val="2"/>
      <w:sz w:val="21"/>
      <w:szCs w:val="21"/>
      <w:u w:val="none" w:color="000000"/>
      <w:lang w:eastAsia="en-US"/>
    </w:rPr>
  </w:style>
  <w:style w:type="character" w:customStyle="1" w:styleId="ListLabel1">
    <w:name w:val="ListLabel 1"/>
    <w:qFormat/>
    <w:rsid w:val="00116D4E"/>
    <w:rPr>
      <w:rFonts w:ascii="Arial" w:hAnsi="Arial" w:cs="Arial"/>
      <w:sz w:val="24"/>
      <w:szCs w:val="24"/>
    </w:rPr>
  </w:style>
  <w:style w:type="paragraph" w:customStyle="1" w:styleId="Heading">
    <w:name w:val="Heading"/>
    <w:basedOn w:val="Normal"/>
    <w:next w:val="BodyText"/>
    <w:qFormat/>
    <w:rsid w:val="00116D4E"/>
    <w:pPr>
      <w:keepNext/>
      <w:widowControl w:val="0"/>
      <w:spacing w:before="240" w:after="120" w:line="480" w:lineRule="auto"/>
      <w:jc w:val="both"/>
    </w:pPr>
    <w:rPr>
      <w:rFonts w:ascii="Liberation Sans" w:eastAsia="苹方-简" w:hAnsi="Liberation Sans" w:cs="Arial Unicode MS"/>
      <w:color w:val="000000"/>
      <w:kern w:val="2"/>
      <w:sz w:val="28"/>
      <w:szCs w:val="28"/>
      <w:u w:color="000000"/>
      <w:lang w:eastAsia="zh-CN"/>
    </w:rPr>
  </w:style>
  <w:style w:type="paragraph" w:customStyle="1" w:styleId="Index">
    <w:name w:val="Index"/>
    <w:basedOn w:val="Normal"/>
    <w:qFormat/>
    <w:rsid w:val="00116D4E"/>
    <w:pPr>
      <w:widowControl w:val="0"/>
      <w:suppressLineNumbers/>
      <w:spacing w:after="160" w:line="480" w:lineRule="auto"/>
      <w:jc w:val="both"/>
    </w:pPr>
    <w:rPr>
      <w:rFonts w:ascii="Calibri" w:eastAsia="Calibri" w:hAnsi="Calibri" w:cs="Arial Unicode MS"/>
      <w:color w:val="000000"/>
      <w:kern w:val="2"/>
      <w:sz w:val="21"/>
      <w:szCs w:val="21"/>
      <w:u w:color="000000"/>
      <w:lang w:eastAsia="zh-CN"/>
    </w:rPr>
  </w:style>
  <w:style w:type="paragraph" w:customStyle="1" w:styleId="article">
    <w:name w:val="article"/>
    <w:qFormat/>
    <w:rsid w:val="00116D4E"/>
    <w:pPr>
      <w:widowControl w:val="0"/>
      <w:spacing w:after="160" w:line="288" w:lineRule="auto"/>
      <w:jc w:val="both"/>
    </w:pPr>
    <w:rPr>
      <w:rFonts w:ascii="Arial" w:eastAsia="Arial Unicode MS" w:hAnsi="Arial" w:cs="Arial Unicode MS"/>
      <w:b/>
      <w:bCs/>
      <w:color w:val="000000"/>
      <w:kern w:val="2"/>
      <w:sz w:val="24"/>
      <w:szCs w:val="24"/>
      <w:u w:color="000000"/>
      <w:lang w:eastAsia="zh-CN"/>
    </w:rPr>
  </w:style>
  <w:style w:type="table" w:customStyle="1" w:styleId="TableNormal0">
    <w:name w:val="Table Normal_0"/>
    <w:rsid w:val="00116D4E"/>
    <w:pPr>
      <w:spacing w:after="160" w:line="480" w:lineRule="auto"/>
    </w:pPr>
    <w:rPr>
      <w:rFonts w:ascii="Times New Roman" w:hAnsi="Times New Roman"/>
      <w:sz w:val="20"/>
      <w:szCs w:val="20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dNoteCategoryHeading">
    <w:name w:val="EndNote Category Heading"/>
    <w:basedOn w:val="Normal"/>
    <w:link w:val="EndNoteCategoryHeading0"/>
    <w:qFormat/>
    <w:rsid w:val="00116D4E"/>
    <w:pPr>
      <w:widowControl w:val="0"/>
      <w:spacing w:before="120" w:after="120" w:line="480" w:lineRule="auto"/>
    </w:pPr>
    <w:rPr>
      <w:rFonts w:ascii="Calibri" w:eastAsia="Calibri" w:hAnsi="Calibri" w:cs="Calibri"/>
      <w:b/>
      <w:color w:val="000000"/>
      <w:kern w:val="2"/>
      <w:sz w:val="21"/>
      <w:szCs w:val="21"/>
      <w:u w:color="000000"/>
      <w:lang w:eastAsia="zh-CN"/>
    </w:rPr>
  </w:style>
  <w:style w:type="character" w:customStyle="1" w:styleId="EndNoteCategoryHeading0">
    <w:name w:val="EndNote Category Heading 字符"/>
    <w:basedOn w:val="DefaultParagraphFont"/>
    <w:link w:val="EndNoteCategoryHeading"/>
    <w:rsid w:val="00116D4E"/>
    <w:rPr>
      <w:rFonts w:eastAsia="Calibri" w:cs="Calibri"/>
      <w:b/>
      <w:color w:val="000000"/>
      <w:kern w:val="2"/>
      <w:sz w:val="21"/>
      <w:szCs w:val="21"/>
      <w:u w:color="000000"/>
      <w:lang w:eastAsia="zh-CN"/>
    </w:rPr>
  </w:style>
  <w:style w:type="character" w:customStyle="1" w:styleId="21">
    <w:name w:val="未处理的提及2"/>
    <w:basedOn w:val="DefaultParagraphFont"/>
    <w:uiPriority w:val="99"/>
    <w:semiHidden/>
    <w:unhideWhenUsed/>
    <w:rsid w:val="00116D4E"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rsid w:val="00116D4E"/>
    <w:rPr>
      <w:color w:val="605E5C"/>
      <w:shd w:val="clear" w:color="auto" w:fill="E1DFDD"/>
    </w:rPr>
  </w:style>
  <w:style w:type="character" w:customStyle="1" w:styleId="4">
    <w:name w:val="未处理的提及4"/>
    <w:basedOn w:val="DefaultParagraphFont"/>
    <w:uiPriority w:val="99"/>
    <w:semiHidden/>
    <w:unhideWhenUsed/>
    <w:rsid w:val="00116D4E"/>
    <w:rPr>
      <w:color w:val="605E5C"/>
      <w:shd w:val="clear" w:color="auto" w:fill="E1DFDD"/>
    </w:rPr>
  </w:style>
  <w:style w:type="character" w:customStyle="1" w:styleId="5">
    <w:name w:val="未处理的提及5"/>
    <w:basedOn w:val="DefaultParagraphFont"/>
    <w:uiPriority w:val="99"/>
    <w:semiHidden/>
    <w:unhideWhenUsed/>
    <w:rsid w:val="00116D4E"/>
    <w:rPr>
      <w:color w:val="605E5C"/>
      <w:shd w:val="clear" w:color="auto" w:fill="E1DFDD"/>
    </w:rPr>
  </w:style>
  <w:style w:type="character" w:customStyle="1" w:styleId="fontstyle31">
    <w:name w:val="fontstyle31"/>
    <w:basedOn w:val="DefaultParagraphFont"/>
    <w:qFormat/>
    <w:rsid w:val="006D2B11"/>
    <w:rPr>
      <w:rFonts w:ascii="AdvOT476bff3c.BI" w:hAnsi="AdvOT476bff3c.B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qFormat/>
    <w:rsid w:val="006D2B11"/>
    <w:rPr>
      <w:rFonts w:ascii="AdvOT09c53c0a.I" w:hAnsi="AdvOT09c53c0a.I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MDPI31text">
    <w:name w:val="MDPI_3.1_text"/>
    <w:qFormat/>
    <w:rsid w:val="00215FDB"/>
    <w:pPr>
      <w:adjustRightInd w:val="0"/>
      <w:snapToGrid w:val="0"/>
      <w:spacing w:line="260" w:lineRule="atLeast"/>
      <w:ind w:firstLine="425"/>
      <w:jc w:val="both"/>
    </w:pPr>
    <w:rPr>
      <w:rFonts w:ascii="Palatino Linotype" w:hAnsi="Palatino Linotype"/>
      <w:snapToGrid w:val="0"/>
      <w:color w:val="000000"/>
      <w:sz w:val="20"/>
      <w:lang w:eastAsia="de-DE" w:bidi="en-US"/>
    </w:rPr>
  </w:style>
  <w:style w:type="paragraph" w:customStyle="1" w:styleId="MDPI21heading1">
    <w:name w:val="MDPI_2.1_heading1"/>
    <w:basedOn w:val="Normal"/>
    <w:qFormat/>
    <w:rsid w:val="00215FDB"/>
    <w:pPr>
      <w:adjustRightInd w:val="0"/>
      <w:snapToGrid w:val="0"/>
      <w:spacing w:before="240" w:after="120" w:line="260" w:lineRule="atLeast"/>
      <w:outlineLvl w:val="0"/>
    </w:pPr>
    <w:rPr>
      <w:rFonts w:ascii="Palatino Linotype" w:hAnsi="Palatino Linotype"/>
      <w:b/>
      <w:snapToGrid w:val="0"/>
      <w:color w:val="000000"/>
      <w:sz w:val="20"/>
      <w:szCs w:val="22"/>
      <w:lang w:eastAsia="de-DE" w:bidi="en-US"/>
    </w:rPr>
  </w:style>
  <w:style w:type="paragraph" w:customStyle="1" w:styleId="MDPI22heading2">
    <w:name w:val="MDPI_2.2_heading2"/>
    <w:basedOn w:val="Normal"/>
    <w:qFormat/>
    <w:rsid w:val="00215FDB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hAnsi="Palatino Linotype"/>
      <w:i/>
      <w:snapToGrid w:val="0"/>
      <w:color w:val="000000"/>
      <w:sz w:val="20"/>
      <w:szCs w:val="22"/>
      <w:lang w:eastAsia="de-DE" w:bidi="en-US"/>
    </w:rPr>
  </w:style>
  <w:style w:type="paragraph" w:customStyle="1" w:styleId="MDPI41tablecaption">
    <w:name w:val="MDPI_4.1_table_caption"/>
    <w:basedOn w:val="Normal"/>
    <w:qFormat/>
    <w:rsid w:val="00C03783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hAnsi="Palatino Linotype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C03783"/>
    <w:pPr>
      <w:adjustRightInd w:val="0"/>
      <w:snapToGrid w:val="0"/>
      <w:spacing w:line="260" w:lineRule="atLeast"/>
      <w:jc w:val="center"/>
    </w:pPr>
    <w:rPr>
      <w:rFonts w:ascii="Palatino Linotype" w:hAnsi="Palatino Linotype"/>
      <w:snapToGrid w:val="0"/>
      <w:color w:val="000000"/>
      <w:sz w:val="20"/>
      <w:szCs w:val="20"/>
      <w:lang w:eastAsia="de-DE" w:bidi="en-US"/>
    </w:rPr>
  </w:style>
  <w:style w:type="character" w:customStyle="1" w:styleId="fontstyle11">
    <w:name w:val="fontstyle11"/>
    <w:basedOn w:val="DefaultParagraphFont"/>
    <w:qFormat/>
    <w:rsid w:val="00025E2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MDPI51figurecaption">
    <w:name w:val="MDPI_5.1_figure_caption"/>
    <w:basedOn w:val="Normal"/>
    <w:qFormat/>
    <w:rsid w:val="00F256B8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hAnsi="Palatino Linotype"/>
      <w:color w:val="000000"/>
      <w:sz w:val="18"/>
      <w:szCs w:val="20"/>
      <w:lang w:eastAsia="de-DE" w:bidi="en-US"/>
    </w:rPr>
  </w:style>
  <w:style w:type="character" w:customStyle="1" w:styleId="Char2">
    <w:name w:val="页脚 Char"/>
    <w:qFormat/>
    <w:rsid w:val="00095DA5"/>
    <w:rPr>
      <w:rFonts w:eastAsia="Calibri"/>
      <w:sz w:val="21"/>
    </w:rPr>
  </w:style>
  <w:style w:type="character" w:customStyle="1" w:styleId="aa">
    <w:name w:val="未处理的提及"/>
    <w:uiPriority w:val="99"/>
    <w:unhideWhenUsed/>
    <w:rsid w:val="00F20560"/>
    <w:rPr>
      <w:color w:val="605E5C"/>
      <w:shd w:val="clear" w:color="auto" w:fill="E1DFDD"/>
    </w:rPr>
  </w:style>
  <w:style w:type="character" w:customStyle="1" w:styleId="captionnumber">
    <w:name w:val="captionnumber"/>
    <w:basedOn w:val="DefaultParagraphFont"/>
    <w:rsid w:val="00F20560"/>
  </w:style>
  <w:style w:type="character" w:customStyle="1" w:styleId="internalref">
    <w:name w:val="internalref"/>
    <w:basedOn w:val="DefaultParagraphFont"/>
    <w:rsid w:val="00F20560"/>
  </w:style>
  <w:style w:type="paragraph" w:customStyle="1" w:styleId="para">
    <w:name w:val="para"/>
    <w:basedOn w:val="Normal"/>
    <w:rsid w:val="00F20560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17">
    <w:name w:val="纯文本1"/>
    <w:basedOn w:val="Normal"/>
    <w:qFormat/>
    <w:rsid w:val="00F20560"/>
    <w:pPr>
      <w:widowControl w:val="0"/>
      <w:jc w:val="both"/>
    </w:pPr>
    <w:rPr>
      <w:rFonts w:ascii="SimSun" w:hAnsi="Courier New" w:cs="Courier New"/>
      <w:kern w:val="2"/>
      <w:sz w:val="21"/>
      <w:szCs w:val="21"/>
      <w:lang w:eastAsia="zh-CN"/>
    </w:rPr>
  </w:style>
  <w:style w:type="paragraph" w:customStyle="1" w:styleId="simplepara">
    <w:name w:val="simplepara"/>
    <w:basedOn w:val="Normal"/>
    <w:rsid w:val="00F20560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ab">
    <w:name w:val="Èý¼¶±êÌâ"/>
    <w:basedOn w:val="Normal"/>
    <w:rsid w:val="00F20560"/>
    <w:pPr>
      <w:widowControl w:val="0"/>
      <w:autoSpaceDE w:val="0"/>
      <w:autoSpaceDN w:val="0"/>
      <w:adjustRightInd w:val="0"/>
      <w:ind w:left="85" w:hanging="85"/>
      <w:jc w:val="both"/>
    </w:pPr>
    <w:rPr>
      <w:i/>
      <w:iCs/>
      <w:sz w:val="16"/>
      <w:szCs w:val="16"/>
      <w:lang w:eastAsia="zh-CN"/>
    </w:rPr>
  </w:style>
  <w:style w:type="character" w:customStyle="1" w:styleId="18">
    <w:name w:val="批注文字 字符1"/>
    <w:uiPriority w:val="99"/>
    <w:semiHidden/>
    <w:rsid w:val="00F20560"/>
    <w:rPr>
      <w:kern w:val="2"/>
      <w:sz w:val="21"/>
      <w:szCs w:val="22"/>
    </w:rPr>
  </w:style>
  <w:style w:type="character" w:customStyle="1" w:styleId="19">
    <w:name w:val="批注主题 字符1"/>
    <w:uiPriority w:val="99"/>
    <w:semiHidden/>
    <w:rsid w:val="00F20560"/>
    <w:rPr>
      <w:b/>
      <w:bCs/>
      <w:kern w:val="2"/>
      <w:sz w:val="21"/>
      <w:szCs w:val="22"/>
    </w:rPr>
  </w:style>
  <w:style w:type="character" w:customStyle="1" w:styleId="1a">
    <w:name w:val="批注框文本 字符1"/>
    <w:uiPriority w:val="99"/>
    <w:semiHidden/>
    <w:rsid w:val="00F20560"/>
    <w:rPr>
      <w:kern w:val="2"/>
      <w:sz w:val="18"/>
      <w:szCs w:val="18"/>
    </w:rPr>
  </w:style>
  <w:style w:type="character" w:customStyle="1" w:styleId="1b">
    <w:name w:val="脚注文本 字符1"/>
    <w:uiPriority w:val="99"/>
    <w:semiHidden/>
    <w:rsid w:val="00F20560"/>
    <w:rPr>
      <w:kern w:val="2"/>
      <w:sz w:val="18"/>
      <w:szCs w:val="18"/>
    </w:rPr>
  </w:style>
  <w:style w:type="character" w:customStyle="1" w:styleId="1c">
    <w:name w:val="页眉 字符1"/>
    <w:uiPriority w:val="99"/>
    <w:semiHidden/>
    <w:rsid w:val="00F20560"/>
    <w:rPr>
      <w:kern w:val="2"/>
      <w:sz w:val="18"/>
      <w:szCs w:val="18"/>
    </w:rPr>
  </w:style>
  <w:style w:type="character" w:customStyle="1" w:styleId="1d">
    <w:name w:val="页脚 字符1"/>
    <w:uiPriority w:val="99"/>
    <w:semiHidden/>
    <w:rsid w:val="00F20560"/>
    <w:rPr>
      <w:kern w:val="2"/>
      <w:sz w:val="18"/>
      <w:szCs w:val="18"/>
    </w:rPr>
  </w:style>
  <w:style w:type="character" w:customStyle="1" w:styleId="Bodytext20">
    <w:name w:val="Body text (2)_"/>
    <w:basedOn w:val="DefaultParagraphFont"/>
    <w:link w:val="Bodytext21"/>
    <w:rsid w:val="00890766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275pt">
    <w:name w:val="Body text (2) + 7.5 pt"/>
    <w:basedOn w:val="Bodytext20"/>
    <w:uiPriority w:val="99"/>
    <w:rsid w:val="00890766"/>
    <w:rPr>
      <w:rFonts w:ascii="Arial" w:hAnsi="Arial" w:cs="Arial"/>
      <w:b/>
      <w:bCs/>
      <w:color w:val="FFFFFF"/>
      <w:sz w:val="15"/>
      <w:szCs w:val="15"/>
      <w:shd w:val="clear" w:color="auto" w:fill="FFFFFF"/>
    </w:rPr>
  </w:style>
  <w:style w:type="character" w:customStyle="1" w:styleId="Bodytext265pt">
    <w:name w:val="Body text (2) + 6.5 pt"/>
    <w:aliases w:val="Not Bold"/>
    <w:basedOn w:val="Bodytext20"/>
    <w:uiPriority w:val="99"/>
    <w:rsid w:val="00890766"/>
    <w:rPr>
      <w:rFonts w:ascii="Arial" w:hAnsi="Arial" w:cs="Arial"/>
      <w:b w:val="0"/>
      <w:bCs w:val="0"/>
      <w:sz w:val="13"/>
      <w:szCs w:val="13"/>
      <w:shd w:val="clear" w:color="auto" w:fill="FFFFFF"/>
    </w:rPr>
  </w:style>
  <w:style w:type="character" w:customStyle="1" w:styleId="Bodytext265pt1">
    <w:name w:val="Body text (2) + 6.5 pt1"/>
    <w:aliases w:val="Not Bold1"/>
    <w:basedOn w:val="Bodytext20"/>
    <w:uiPriority w:val="99"/>
    <w:rsid w:val="00890766"/>
    <w:rPr>
      <w:rFonts w:ascii="Arial" w:hAnsi="Arial" w:cs="Arial"/>
      <w:b w:val="0"/>
      <w:bCs w:val="0"/>
      <w:sz w:val="13"/>
      <w:szCs w:val="13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890766"/>
    <w:pPr>
      <w:widowControl w:val="0"/>
      <w:shd w:val="clear" w:color="auto" w:fill="FFFFFF"/>
      <w:spacing w:line="240" w:lineRule="atLeast"/>
      <w:jc w:val="center"/>
    </w:pPr>
    <w:rPr>
      <w:rFonts w:ascii="Arial" w:hAnsi="Arial" w:cs="Arial"/>
      <w:b/>
      <w:bCs/>
      <w:sz w:val="18"/>
      <w:szCs w:val="18"/>
    </w:rPr>
  </w:style>
  <w:style w:type="table" w:customStyle="1" w:styleId="GridTable5Dark-Accent31">
    <w:name w:val="Grid Table 5 Dark - Accent 31"/>
    <w:basedOn w:val="TableNormal"/>
    <w:uiPriority w:val="50"/>
    <w:rsid w:val="00F6428B"/>
    <w:rPr>
      <w:rFonts w:asciiTheme="minorHAnsi" w:eastAsiaTheme="minorEastAsia" w:hAnsiTheme="minorHAnsi" w:cstheme="minorBidi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customStyle="1" w:styleId="Pa1">
    <w:name w:val="Pa1"/>
    <w:basedOn w:val="Default"/>
    <w:next w:val="Default"/>
    <w:uiPriority w:val="99"/>
    <w:rsid w:val="00DB5D71"/>
    <w:pPr>
      <w:spacing w:line="241" w:lineRule="atLeast"/>
    </w:pPr>
    <w:rPr>
      <w:rFonts w:ascii="PF Agora Serif Pro" w:eastAsia="PF Agora Serif Pro" w:hAnsi="Times New Roman" w:cstheme="minorBidi"/>
      <w:color w:val="auto"/>
      <w:lang w:eastAsia="zh-CN"/>
    </w:rPr>
  </w:style>
  <w:style w:type="character" w:customStyle="1" w:styleId="A60">
    <w:name w:val="A6"/>
    <w:uiPriority w:val="99"/>
    <w:rsid w:val="00DB5D71"/>
    <w:rPr>
      <w:rFonts w:cs="PF Agora Serif Pro"/>
      <w:i/>
      <w:iCs/>
      <w:color w:val="221E1F"/>
      <w:sz w:val="19"/>
      <w:szCs w:val="19"/>
    </w:rPr>
  </w:style>
  <w:style w:type="paragraph" w:customStyle="1" w:styleId="Pa2">
    <w:name w:val="Pa2"/>
    <w:basedOn w:val="Default"/>
    <w:next w:val="Default"/>
    <w:uiPriority w:val="99"/>
    <w:rsid w:val="00DB5D71"/>
    <w:pPr>
      <w:spacing w:line="241" w:lineRule="atLeast"/>
    </w:pPr>
    <w:rPr>
      <w:rFonts w:ascii="PF Agora Serif Pro" w:eastAsia="PF Agora Serif Pro" w:hAnsi="Times New Roman" w:cstheme="minorBidi"/>
      <w:color w:val="auto"/>
      <w:lang w:eastAsia="zh-CN"/>
    </w:rPr>
  </w:style>
  <w:style w:type="character" w:customStyle="1" w:styleId="reference-accessdate">
    <w:name w:val="reference-accessdate"/>
    <w:basedOn w:val="DefaultParagraphFont"/>
    <w:rsid w:val="0008665F"/>
  </w:style>
  <w:style w:type="character" w:customStyle="1" w:styleId="nowrap">
    <w:name w:val="nowrap"/>
    <w:basedOn w:val="DefaultParagraphFont"/>
    <w:rsid w:val="0008665F"/>
  </w:style>
  <w:style w:type="character" w:customStyle="1" w:styleId="reference-text">
    <w:name w:val="reference-text"/>
    <w:basedOn w:val="DefaultParagraphFont"/>
    <w:rsid w:val="0008665F"/>
  </w:style>
  <w:style w:type="character" w:customStyle="1" w:styleId="plainlinks">
    <w:name w:val="plainlinks"/>
    <w:basedOn w:val="DefaultParagraphFont"/>
    <w:rsid w:val="0008665F"/>
  </w:style>
  <w:style w:type="character" w:customStyle="1" w:styleId="ac">
    <w:name w:val="无"/>
    <w:rsid w:val="0026320A"/>
  </w:style>
  <w:style w:type="character" w:customStyle="1" w:styleId="A100">
    <w:name w:val="A10"/>
    <w:uiPriority w:val="99"/>
    <w:rsid w:val="00B71D56"/>
    <w:rPr>
      <w:rFonts w:cs="Cambria"/>
      <w:color w:val="000000"/>
      <w:sz w:val="21"/>
      <w:szCs w:val="21"/>
    </w:rPr>
  </w:style>
  <w:style w:type="character" w:customStyle="1" w:styleId="cit-auth">
    <w:name w:val="cit-auth"/>
    <w:basedOn w:val="DefaultParagraphFont"/>
    <w:rsid w:val="00B71D56"/>
  </w:style>
  <w:style w:type="character" w:customStyle="1" w:styleId="cit-name-surname">
    <w:name w:val="cit-name-surname"/>
    <w:basedOn w:val="DefaultParagraphFont"/>
    <w:rsid w:val="00B71D56"/>
  </w:style>
  <w:style w:type="character" w:customStyle="1" w:styleId="cit-name-given-names">
    <w:name w:val="cit-name-given-names"/>
    <w:basedOn w:val="DefaultParagraphFont"/>
    <w:rsid w:val="00B71D56"/>
  </w:style>
  <w:style w:type="character" w:customStyle="1" w:styleId="cit-etal">
    <w:name w:val="cit-etal"/>
    <w:basedOn w:val="DefaultParagraphFont"/>
    <w:rsid w:val="00B71D56"/>
  </w:style>
  <w:style w:type="character" w:customStyle="1" w:styleId="cit-article-title">
    <w:name w:val="cit-article-title"/>
    <w:basedOn w:val="DefaultParagraphFont"/>
    <w:rsid w:val="00B71D56"/>
  </w:style>
  <w:style w:type="character" w:customStyle="1" w:styleId="cit-pub-date">
    <w:name w:val="cit-pub-date"/>
    <w:basedOn w:val="DefaultParagraphFont"/>
    <w:rsid w:val="00B71D56"/>
  </w:style>
  <w:style w:type="character" w:customStyle="1" w:styleId="cit-lpage">
    <w:name w:val="cit-lpage"/>
    <w:basedOn w:val="DefaultParagraphFont"/>
    <w:rsid w:val="00B71D56"/>
  </w:style>
  <w:style w:type="character" w:customStyle="1" w:styleId="cit-comment">
    <w:name w:val="cit-comment"/>
    <w:basedOn w:val="DefaultParagraphFont"/>
    <w:rsid w:val="00B71D56"/>
  </w:style>
  <w:style w:type="character" w:customStyle="1" w:styleId="cit-reflinks-abstract">
    <w:name w:val="cit-reflinks-abstract"/>
    <w:basedOn w:val="DefaultParagraphFont"/>
    <w:rsid w:val="00B71D56"/>
  </w:style>
  <w:style w:type="character" w:customStyle="1" w:styleId="cit-sep">
    <w:name w:val="cit-sep"/>
    <w:basedOn w:val="DefaultParagraphFont"/>
    <w:rsid w:val="00B71D56"/>
  </w:style>
  <w:style w:type="character" w:customStyle="1" w:styleId="cit-reflinks-full-text">
    <w:name w:val="cit-reflinks-full-text"/>
    <w:basedOn w:val="DefaultParagraphFont"/>
    <w:rsid w:val="00B71D56"/>
  </w:style>
  <w:style w:type="character" w:customStyle="1" w:styleId="free-full-text">
    <w:name w:val="free-full-text"/>
    <w:basedOn w:val="DefaultParagraphFont"/>
    <w:rsid w:val="00B71D56"/>
  </w:style>
  <w:style w:type="paragraph" w:customStyle="1" w:styleId="Pa15">
    <w:name w:val="Pa15"/>
    <w:basedOn w:val="Default"/>
    <w:next w:val="Default"/>
    <w:uiPriority w:val="99"/>
    <w:rsid w:val="00B71D56"/>
    <w:pPr>
      <w:spacing w:line="221" w:lineRule="atLeast"/>
    </w:pPr>
    <w:rPr>
      <w:rFonts w:ascii="Times New Roman" w:eastAsiaTheme="minorEastAsia" w:hAnsi="Times New Roman" w:cs="Times New Roman"/>
      <w:color w:val="auto"/>
      <w:lang w:eastAsia="zh-CN"/>
    </w:rPr>
  </w:style>
  <w:style w:type="character" w:customStyle="1" w:styleId="A40">
    <w:name w:val="A4"/>
    <w:uiPriority w:val="99"/>
    <w:rsid w:val="00B71D56"/>
    <w:rPr>
      <w:rFonts w:cs="Verdana"/>
      <w:b/>
      <w:bCs/>
      <w:color w:val="000000"/>
      <w:sz w:val="27"/>
      <w:szCs w:val="27"/>
    </w:rPr>
  </w:style>
  <w:style w:type="paragraph" w:customStyle="1" w:styleId="CharCharCharCharCharCharCharCharCharChar">
    <w:name w:val="Char Char Char Char Char Char Char Char Char Char"/>
    <w:basedOn w:val="Normal"/>
    <w:rsid w:val="00B71D56"/>
    <w:pPr>
      <w:widowControl w:val="0"/>
      <w:jc w:val="both"/>
    </w:pPr>
    <w:rPr>
      <w:rFonts w:ascii="Tahoma" w:hAnsi="Tahoma"/>
      <w:kern w:val="2"/>
      <w:szCs w:val="20"/>
      <w:lang w:eastAsia="zh-CN"/>
    </w:rPr>
  </w:style>
  <w:style w:type="character" w:customStyle="1" w:styleId="A00">
    <w:name w:val="A0"/>
    <w:uiPriority w:val="99"/>
    <w:rsid w:val="00B71D56"/>
    <w:rPr>
      <w:rFonts w:cs="Cambria"/>
      <w:color w:val="000000"/>
      <w:sz w:val="18"/>
      <w:szCs w:val="18"/>
    </w:rPr>
  </w:style>
  <w:style w:type="character" w:customStyle="1" w:styleId="A90">
    <w:name w:val="A9"/>
    <w:uiPriority w:val="99"/>
    <w:rsid w:val="00B71D56"/>
    <w:rPr>
      <w:rFonts w:cs="Cambria"/>
      <w:color w:val="000000"/>
      <w:sz w:val="10"/>
      <w:szCs w:val="10"/>
    </w:rPr>
  </w:style>
  <w:style w:type="paragraph" w:customStyle="1" w:styleId="Pa14">
    <w:name w:val="Pa14"/>
    <w:basedOn w:val="Default"/>
    <w:next w:val="Default"/>
    <w:uiPriority w:val="99"/>
    <w:rsid w:val="00B71D56"/>
    <w:pPr>
      <w:spacing w:line="221" w:lineRule="atLeast"/>
    </w:pPr>
    <w:rPr>
      <w:rFonts w:ascii="Times New Roman" w:eastAsiaTheme="minorEastAsia" w:hAnsi="Times New Roman" w:cs="Times New Roman"/>
      <w:color w:val="auto"/>
      <w:lang w:eastAsia="zh-CN"/>
    </w:rPr>
  </w:style>
  <w:style w:type="character" w:customStyle="1" w:styleId="labellist">
    <w:name w:val="label_list"/>
    <w:uiPriority w:val="99"/>
    <w:qFormat/>
    <w:rsid w:val="00661B9C"/>
    <w:rPr>
      <w:rFonts w:cs="Times New Roman"/>
    </w:rPr>
  </w:style>
  <w:style w:type="paragraph" w:customStyle="1" w:styleId="1e">
    <w:name w:val="列出段落1"/>
    <w:basedOn w:val="Normal"/>
    <w:uiPriority w:val="34"/>
    <w:unhideWhenUsed/>
    <w:qFormat/>
    <w:rsid w:val="00661B9C"/>
    <w:pPr>
      <w:widowControl w:val="0"/>
      <w:ind w:firstLineChars="200" w:firstLine="420"/>
      <w:jc w:val="both"/>
    </w:pPr>
    <w:rPr>
      <w:kern w:val="2"/>
      <w:sz w:val="21"/>
      <w:szCs w:val="22"/>
      <w:lang w:eastAsia="zh-CN"/>
    </w:rPr>
  </w:style>
  <w:style w:type="paragraph" w:customStyle="1" w:styleId="22">
    <w:name w:val="列出段落2"/>
    <w:basedOn w:val="Normal"/>
    <w:uiPriority w:val="34"/>
    <w:qFormat/>
    <w:rsid w:val="00661B9C"/>
    <w:pPr>
      <w:widowControl w:val="0"/>
      <w:ind w:firstLineChars="200" w:firstLine="420"/>
      <w:jc w:val="both"/>
    </w:pPr>
    <w:rPr>
      <w:kern w:val="2"/>
      <w:sz w:val="21"/>
      <w:szCs w:val="22"/>
      <w:lang w:eastAsia="zh-CN"/>
    </w:rPr>
  </w:style>
  <w:style w:type="paragraph" w:customStyle="1" w:styleId="Intestazioneepidipagina">
    <w:name w:val="Intestazione e piè di pagina"/>
    <w:rsid w:val="002E79C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it-IT" w:eastAsia="it-IT"/>
    </w:rPr>
  </w:style>
  <w:style w:type="paragraph" w:customStyle="1" w:styleId="Didefault">
    <w:name w:val="Di default"/>
    <w:rsid w:val="002E79C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:lang w:val="it-IT" w:eastAsia="it-IT"/>
    </w:rPr>
  </w:style>
  <w:style w:type="character" w:customStyle="1" w:styleId="il">
    <w:name w:val="il"/>
    <w:basedOn w:val="DefaultParagraphFont"/>
    <w:rsid w:val="002E79CF"/>
  </w:style>
  <w:style w:type="paragraph" w:styleId="HTMLAddress">
    <w:name w:val="HTML Address"/>
    <w:basedOn w:val="Normal"/>
    <w:link w:val="HTMLAddressChar"/>
    <w:semiHidden/>
    <w:locked/>
    <w:rsid w:val="00DD0704"/>
    <w:rPr>
      <w:rFonts w:ascii="PMingLiU" w:eastAsia="PMingLiU" w:hAnsi="PMingLiU" w:cs="PMingLiU"/>
      <w:i/>
      <w:iCs/>
      <w:kern w:val="2"/>
      <w:lang w:eastAsia="zh-TW" w:bidi="gu-IN"/>
    </w:rPr>
  </w:style>
  <w:style w:type="character" w:customStyle="1" w:styleId="HTMLAddressChar">
    <w:name w:val="HTML Address Char"/>
    <w:basedOn w:val="DefaultParagraphFont"/>
    <w:link w:val="HTMLAddress"/>
    <w:semiHidden/>
    <w:rsid w:val="00DD0704"/>
    <w:rPr>
      <w:rFonts w:ascii="PMingLiU" w:eastAsia="PMingLiU" w:hAnsi="PMingLiU" w:cs="PMingLiU"/>
      <w:i/>
      <w:iCs/>
      <w:kern w:val="2"/>
      <w:sz w:val="24"/>
      <w:szCs w:val="24"/>
      <w:lang w:eastAsia="zh-TW" w:bidi="gu-IN"/>
    </w:rPr>
  </w:style>
  <w:style w:type="character" w:customStyle="1" w:styleId="HeaderChar1">
    <w:name w:val="Header Char1"/>
    <w:uiPriority w:val="99"/>
    <w:semiHidden/>
    <w:locked/>
    <w:rsid w:val="00DD0704"/>
    <w:rPr>
      <w:rFonts w:eastAsia="PMingLiU"/>
      <w:kern w:val="2"/>
      <w:sz w:val="24"/>
      <w:szCs w:val="24"/>
      <w:lang w:val="en-US" w:eastAsia="zh-TW" w:bidi="ar-SA"/>
    </w:rPr>
  </w:style>
  <w:style w:type="paragraph" w:customStyle="1" w:styleId="DefinitionTerm">
    <w:name w:val="Definition Term"/>
    <w:basedOn w:val="Normal"/>
    <w:next w:val="Normal"/>
    <w:rsid w:val="00DD0704"/>
    <w:pPr>
      <w:widowControl w:val="0"/>
      <w:autoSpaceDE w:val="0"/>
      <w:autoSpaceDN w:val="0"/>
      <w:adjustRightInd w:val="0"/>
    </w:pPr>
    <w:rPr>
      <w:rFonts w:eastAsia="PMingLiU"/>
      <w:szCs w:val="20"/>
      <w:lang w:eastAsia="zh-TW"/>
    </w:rPr>
  </w:style>
  <w:style w:type="character" w:customStyle="1" w:styleId="addr-line">
    <w:name w:val="addr-line"/>
    <w:basedOn w:val="DefaultParagraphFont"/>
    <w:rsid w:val="00DD0704"/>
  </w:style>
  <w:style w:type="character" w:customStyle="1" w:styleId="authordegrees">
    <w:name w:val="authordegrees"/>
    <w:rsid w:val="00DD0704"/>
    <w:rPr>
      <w:sz w:val="24"/>
      <w:szCs w:val="24"/>
      <w:bdr w:val="none" w:sz="0" w:space="0" w:color="auto" w:frame="1"/>
      <w:vertAlign w:val="baseline"/>
    </w:rPr>
  </w:style>
  <w:style w:type="character" w:customStyle="1" w:styleId="tlid-translation">
    <w:name w:val="tlid-translation"/>
    <w:basedOn w:val="DefaultParagraphFont"/>
    <w:rsid w:val="00DD0704"/>
  </w:style>
  <w:style w:type="character" w:customStyle="1" w:styleId="highwire-cite-metadata-doi">
    <w:name w:val="highwire-cite-metadata-doi"/>
    <w:basedOn w:val="DefaultParagraphFont"/>
    <w:rsid w:val="00DD0704"/>
  </w:style>
  <w:style w:type="character" w:customStyle="1" w:styleId="generated1">
    <w:name w:val="generated1"/>
    <w:rsid w:val="00DD0704"/>
    <w:rPr>
      <w:b/>
      <w:bCs/>
    </w:rPr>
  </w:style>
  <w:style w:type="character" w:customStyle="1" w:styleId="epub-sectionitem2">
    <w:name w:val="epub-section__item2"/>
    <w:rsid w:val="00DD0704"/>
    <w:rPr>
      <w:color w:val="000000"/>
    </w:rPr>
  </w:style>
  <w:style w:type="character" w:customStyle="1" w:styleId="epub-sectionitem3">
    <w:name w:val="epub-section__item3"/>
    <w:basedOn w:val="DefaultParagraphFont"/>
    <w:rsid w:val="00DD0704"/>
  </w:style>
  <w:style w:type="paragraph" w:customStyle="1" w:styleId="p0">
    <w:name w:val="p0"/>
    <w:basedOn w:val="Normal"/>
    <w:link w:val="p00"/>
    <w:rsid w:val="00CC4582"/>
    <w:pPr>
      <w:adjustRightInd w:val="0"/>
      <w:snapToGrid w:val="0"/>
      <w:spacing w:after="200"/>
    </w:pPr>
    <w:rPr>
      <w:rFonts w:eastAsia="Microsoft YaHei"/>
      <w:sz w:val="20"/>
      <w:szCs w:val="21"/>
    </w:rPr>
  </w:style>
  <w:style w:type="character" w:customStyle="1" w:styleId="p00">
    <w:name w:val="p0 字符"/>
    <w:link w:val="p0"/>
    <w:rsid w:val="00CC4582"/>
    <w:rPr>
      <w:rFonts w:ascii="Times New Roman" w:eastAsia="Microsoft YaHei" w:hAnsi="Times New Roman"/>
      <w:sz w:val="20"/>
      <w:szCs w:val="21"/>
    </w:rPr>
  </w:style>
  <w:style w:type="character" w:customStyle="1" w:styleId="highlight1">
    <w:name w:val="highlight1"/>
    <w:rsid w:val="00CC4582"/>
  </w:style>
  <w:style w:type="character" w:customStyle="1" w:styleId="ad">
    <w:name w:val="批注文字 字符"/>
    <w:uiPriority w:val="99"/>
    <w:semiHidden/>
    <w:rsid w:val="00CC4582"/>
  </w:style>
  <w:style w:type="paragraph" w:customStyle="1" w:styleId="detail">
    <w:name w:val="detail"/>
    <w:basedOn w:val="Normal"/>
    <w:rsid w:val="00CC4582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publishtext">
    <w:name w:val="publish_text"/>
    <w:basedOn w:val="Normal"/>
    <w:rsid w:val="00D01446"/>
    <w:rPr>
      <w:rFonts w:ascii="SimSun" w:hAnsi="SimSun" w:cs="SimSun"/>
      <w:lang w:eastAsia="zh-CN"/>
    </w:rPr>
  </w:style>
  <w:style w:type="character" w:customStyle="1" w:styleId="A11">
    <w:name w:val="A11"/>
    <w:uiPriority w:val="99"/>
    <w:rsid w:val="00D01446"/>
    <w:rPr>
      <w:rFonts w:cs="Cambria"/>
      <w:color w:val="000000"/>
      <w:sz w:val="21"/>
      <w:szCs w:val="21"/>
    </w:rPr>
  </w:style>
  <w:style w:type="paragraph" w:customStyle="1" w:styleId="CommentSubject1">
    <w:name w:val="Comment Subject1"/>
    <w:basedOn w:val="CommentText"/>
    <w:next w:val="CommentText"/>
    <w:semiHidden/>
    <w:rsid w:val="00CB4AE7"/>
    <w:rPr>
      <w:sz w:val="24"/>
      <w:szCs w:val="24"/>
      <w:lang w:val="en-CA" w:eastAsia="fr-FR"/>
    </w:rPr>
  </w:style>
  <w:style w:type="paragraph" w:customStyle="1" w:styleId="BalloonText1">
    <w:name w:val="Balloon Text1"/>
    <w:basedOn w:val="Normal"/>
    <w:rsid w:val="00CB4AE7"/>
    <w:rPr>
      <w:rFonts w:ascii="Lucida Grande" w:hAnsi="Lucida Grande"/>
      <w:sz w:val="18"/>
      <w:szCs w:val="18"/>
      <w:lang w:val="en-CA" w:eastAsia="fr-FR"/>
    </w:rPr>
  </w:style>
  <w:style w:type="character" w:customStyle="1" w:styleId="fm-citation-ids-label">
    <w:name w:val="fm-citation-ids-label"/>
    <w:rsid w:val="00CB4AE7"/>
  </w:style>
  <w:style w:type="paragraph" w:customStyle="1" w:styleId="Listemoyenne2-Accent21">
    <w:name w:val="Liste moyenne 2 - Accent 21"/>
    <w:hidden/>
    <w:uiPriority w:val="99"/>
    <w:semiHidden/>
    <w:rsid w:val="00CB4AE7"/>
    <w:rPr>
      <w:rFonts w:ascii="Times New Roman" w:hAnsi="Times New Roman"/>
      <w:sz w:val="24"/>
      <w:szCs w:val="24"/>
      <w:lang w:val="en-CA"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CB4AE7"/>
    <w:pPr>
      <w:ind w:left="720"/>
      <w:contextualSpacing/>
    </w:pPr>
    <w:rPr>
      <w:rFonts w:ascii="Cambria" w:eastAsia="MS Mincho" w:hAnsi="Cambria"/>
      <w:lang w:val="fr-FR" w:eastAsia="fr-FR"/>
    </w:rPr>
  </w:style>
  <w:style w:type="character" w:customStyle="1" w:styleId="referencelink">
    <w:name w:val="referencelink"/>
    <w:basedOn w:val="DefaultParagraphFont"/>
    <w:rsid w:val="00CB4AE7"/>
  </w:style>
  <w:style w:type="paragraph" w:customStyle="1" w:styleId="Instructions">
    <w:name w:val="Instructions"/>
    <w:basedOn w:val="Normal"/>
    <w:link w:val="InstructionsCar"/>
    <w:qFormat/>
    <w:rsid w:val="00CB4AE7"/>
    <w:pPr>
      <w:ind w:left="360"/>
      <w:jc w:val="both"/>
    </w:pPr>
    <w:rPr>
      <w:rFonts w:ascii="Calibri" w:eastAsia="MS Mincho" w:hAnsi="Calibri"/>
      <w:i/>
      <w:color w:val="808080"/>
      <w:sz w:val="22"/>
      <w:lang w:val="fr-FR" w:eastAsia="ja-JP"/>
    </w:rPr>
  </w:style>
  <w:style w:type="character" w:customStyle="1" w:styleId="InstructionsCar">
    <w:name w:val="Instructions Car"/>
    <w:link w:val="Instructions"/>
    <w:rsid w:val="00CB4AE7"/>
    <w:rPr>
      <w:rFonts w:eastAsia="MS Mincho"/>
      <w:i/>
      <w:color w:val="808080"/>
      <w:szCs w:val="24"/>
      <w:lang w:val="fr-FR" w:eastAsia="ja-JP"/>
    </w:rPr>
  </w:style>
  <w:style w:type="paragraph" w:customStyle="1" w:styleId="textbox">
    <w:name w:val="textbox"/>
    <w:basedOn w:val="Normal"/>
    <w:rsid w:val="00CB4AE7"/>
    <w:pPr>
      <w:spacing w:before="100" w:beforeAutospacing="1" w:after="100" w:afterAutospacing="1"/>
    </w:pPr>
    <w:rPr>
      <w:lang w:val="fr-FR" w:eastAsia="fr-FR"/>
    </w:rPr>
  </w:style>
  <w:style w:type="table" w:customStyle="1" w:styleId="210">
    <w:name w:val="无格式表格 21"/>
    <w:basedOn w:val="TableNormal"/>
    <w:uiPriority w:val="42"/>
    <w:rsid w:val="00F358E0"/>
    <w:rPr>
      <w:rFonts w:asciiTheme="minorHAnsi" w:eastAsiaTheme="minorEastAsia" w:hAnsiTheme="minorHAnsi" w:cstheme="minorBidi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060BAE"/>
    <w:rPr>
      <w:rFonts w:asciiTheme="minorHAnsi" w:eastAsiaTheme="minorEastAsia" w:hAnsiTheme="minorHAnsi" w:cstheme="minorBidi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MediumGrid3">
    <w:name w:val="Medium Grid 3"/>
    <w:basedOn w:val="TableNormal"/>
    <w:uiPriority w:val="69"/>
    <w:rsid w:val="0025350F"/>
    <w:rPr>
      <w:rFonts w:ascii="Cambria" w:eastAsia="MS Mincho" w:hAnsi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linkify">
    <w:name w:val="linkify"/>
    <w:rsid w:val="0025350F"/>
  </w:style>
  <w:style w:type="character" w:customStyle="1" w:styleId="fontscale6">
    <w:name w:val="fontscale6"/>
    <w:rsid w:val="0025350F"/>
  </w:style>
  <w:style w:type="character" w:customStyle="1" w:styleId="display-block">
    <w:name w:val="display-block"/>
    <w:rsid w:val="0025350F"/>
  </w:style>
  <w:style w:type="character" w:customStyle="1" w:styleId="EndNoteBibliography1">
    <w:name w:val="EndNote Bibliography (文字)"/>
    <w:basedOn w:val="DefaultParagraphFont"/>
    <w:rsid w:val="00CB0A37"/>
    <w:rPr>
      <w:rFonts w:ascii="Century" w:hAnsi="Century"/>
      <w:noProof/>
      <w:sz w:val="20"/>
      <w:szCs w:val="21"/>
    </w:rPr>
  </w:style>
  <w:style w:type="character" w:customStyle="1" w:styleId="EndNoteBibliographyTitle1">
    <w:name w:val="EndNote Bibliography Title (文字)"/>
    <w:basedOn w:val="DefaultParagraphFont"/>
    <w:rsid w:val="00CB0A37"/>
    <w:rPr>
      <w:rFonts w:ascii="Century" w:hAnsi="Century"/>
      <w:noProof/>
      <w:sz w:val="20"/>
      <w:szCs w:val="21"/>
    </w:rPr>
  </w:style>
  <w:style w:type="table" w:customStyle="1" w:styleId="-110">
    <w:name w:val="浅色底纹 - 强调文字颜色 11"/>
    <w:basedOn w:val="TableNormal"/>
    <w:uiPriority w:val="60"/>
    <w:qFormat/>
    <w:rsid w:val="0097273F"/>
    <w:rPr>
      <w:rFonts w:cs="SimSun"/>
      <w:color w:val="365F91"/>
      <w:sz w:val="20"/>
      <w:szCs w:val="20"/>
      <w:lang w:eastAsia="zh-CN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21">
    <w:name w:val="font21"/>
    <w:basedOn w:val="DefaultParagraphFont"/>
    <w:qFormat/>
    <w:rsid w:val="0097273F"/>
    <w:rPr>
      <w:rFonts w:ascii="SimSun" w:eastAsia="SimSun" w:hAnsi="SimSun" w:hint="eastAsia"/>
      <w:i/>
      <w:iCs/>
      <w:color w:val="000000"/>
      <w:sz w:val="22"/>
      <w:szCs w:val="22"/>
      <w:u w:val="none"/>
    </w:rPr>
  </w:style>
  <w:style w:type="character" w:customStyle="1" w:styleId="font11">
    <w:name w:val="font11"/>
    <w:basedOn w:val="DefaultParagraphFont"/>
    <w:qFormat/>
    <w:rsid w:val="0097273F"/>
    <w:rPr>
      <w:rFonts w:ascii="SimSun" w:eastAsia="SimSun" w:hAnsi="SimSun" w:hint="eastAsia"/>
      <w:color w:val="000000"/>
      <w:sz w:val="22"/>
      <w:szCs w:val="22"/>
      <w:u w:val="none"/>
    </w:rPr>
  </w:style>
  <w:style w:type="character" w:customStyle="1" w:styleId="font01">
    <w:name w:val="font01"/>
    <w:basedOn w:val="DefaultParagraphFont"/>
    <w:qFormat/>
    <w:rsid w:val="0097273F"/>
    <w:rPr>
      <w:rFonts w:ascii="SimSun" w:eastAsia="SimSun" w:hAnsi="SimSun" w:hint="eastAsia"/>
      <w:color w:val="000000"/>
      <w:sz w:val="22"/>
      <w:szCs w:val="22"/>
      <w:u w:val="none"/>
      <w:vertAlign w:val="superscript"/>
    </w:rPr>
  </w:style>
  <w:style w:type="paragraph" w:customStyle="1" w:styleId="Ae">
    <w:name w:val="正文 A"/>
    <w:qFormat/>
    <w:rsid w:val="009727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Arial Unicode MS"/>
      <w:color w:val="000000"/>
      <w:sz w:val="24"/>
      <w:szCs w:val="24"/>
      <w:u w:color="000000"/>
      <w:bdr w:val="nil"/>
      <w:lang w:eastAsia="zh-CN"/>
    </w:rPr>
  </w:style>
  <w:style w:type="character" w:customStyle="1" w:styleId="Af">
    <w:name w:val="无 A"/>
    <w:rsid w:val="0097273F"/>
    <w:rPr>
      <w:lang w:val="en-US"/>
    </w:rPr>
  </w:style>
  <w:style w:type="table" w:customStyle="1" w:styleId="GridTable1Light-Accent31">
    <w:name w:val="Grid Table 1 Light - Accent 31"/>
    <w:basedOn w:val="TableNormal"/>
    <w:uiPriority w:val="46"/>
    <w:rsid w:val="009277D2"/>
    <w:rPr>
      <w:rFonts w:asciiTheme="minorHAnsi" w:eastAsiaTheme="minorEastAsia" w:hAnsiTheme="minorHAnsi" w:cstheme="minorBidi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f">
    <w:name w:val="修订1"/>
    <w:hidden/>
    <w:uiPriority w:val="99"/>
    <w:unhideWhenUsed/>
    <w:qFormat/>
    <w:rsid w:val="001F63B4"/>
    <w:pPr>
      <w:spacing w:after="160" w:line="259" w:lineRule="auto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23">
    <w:name w:val="修订2"/>
    <w:hidden/>
    <w:uiPriority w:val="99"/>
    <w:semiHidden/>
    <w:qFormat/>
    <w:rsid w:val="001F63B4"/>
    <w:pPr>
      <w:spacing w:after="160" w:line="259" w:lineRule="auto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customStyle="1" w:styleId="web-item2">
    <w:name w:val="web-item2"/>
    <w:qFormat/>
    <w:rsid w:val="00B832EF"/>
    <w:rPr>
      <w:sz w:val="11"/>
      <w:szCs w:val="11"/>
    </w:rPr>
  </w:style>
  <w:style w:type="character" w:customStyle="1" w:styleId="EndNoteCategoryHeadingChar">
    <w:name w:val="EndNote Category Heading Char"/>
    <w:qFormat/>
    <w:rsid w:val="00B832EF"/>
    <w:rPr>
      <w:rFonts w:ascii="Tahoma" w:hAnsi="Tahoma"/>
      <w:b/>
    </w:rPr>
  </w:style>
  <w:style w:type="paragraph" w:customStyle="1" w:styleId="ListParagraph11">
    <w:name w:val="List Paragraph11"/>
    <w:basedOn w:val="Normal"/>
    <w:uiPriority w:val="34"/>
    <w:qFormat/>
    <w:rsid w:val="00B832EF"/>
    <w:pPr>
      <w:adjustRightInd w:val="0"/>
      <w:snapToGrid w:val="0"/>
      <w:spacing w:after="200" w:line="259" w:lineRule="auto"/>
      <w:ind w:firstLineChars="200" w:firstLine="420"/>
    </w:pPr>
    <w:rPr>
      <w:rFonts w:ascii="Tahoma" w:hAnsi="Tahoma"/>
      <w:sz w:val="20"/>
      <w:szCs w:val="20"/>
    </w:rPr>
  </w:style>
  <w:style w:type="character" w:customStyle="1" w:styleId="articlecitationvolume">
    <w:name w:val="articlecitation_volume"/>
    <w:basedOn w:val="DefaultParagraphFont"/>
    <w:rsid w:val="00B832EF"/>
  </w:style>
  <w:style w:type="character" w:customStyle="1" w:styleId="articlecitationpages">
    <w:name w:val="articlecitation_pages"/>
    <w:basedOn w:val="DefaultParagraphFont"/>
    <w:rsid w:val="00B832EF"/>
  </w:style>
  <w:style w:type="table" w:customStyle="1" w:styleId="1f0">
    <w:name w:val="网格型1"/>
    <w:basedOn w:val="TableNormal"/>
    <w:next w:val="TableGrid"/>
    <w:uiPriority w:val="59"/>
    <w:qFormat/>
    <w:rsid w:val="005464D1"/>
    <w:pPr>
      <w:widowControl w:val="0"/>
      <w:jc w:val="both"/>
    </w:pPr>
    <w:rPr>
      <w:rFonts w:ascii="Times New Roman" w:hAnsi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网格型2"/>
    <w:basedOn w:val="TableNormal"/>
    <w:next w:val="TableGrid"/>
    <w:uiPriority w:val="59"/>
    <w:qFormat/>
    <w:rsid w:val="005464D1"/>
    <w:pPr>
      <w:widowControl w:val="0"/>
      <w:jc w:val="both"/>
    </w:pPr>
    <w:rPr>
      <w:rFonts w:ascii="Times New Roman" w:hAnsi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Normal"/>
    <w:rsid w:val="007F5E3B"/>
    <w:pPr>
      <w:spacing w:after="160" w:line="256" w:lineRule="auto"/>
    </w:pPr>
    <w:rPr>
      <w:rFonts w:ascii="Calibri" w:eastAsia="Calibri" w:hAnsi="Calibri"/>
      <w:sz w:val="22"/>
      <w:szCs w:val="20"/>
      <w:lang w:val="es-ES_tradnl"/>
    </w:rPr>
  </w:style>
  <w:style w:type="paragraph" w:customStyle="1" w:styleId="msonormalcxspfirst">
    <w:name w:val="msonormalcxspfirst"/>
    <w:basedOn w:val="Normal"/>
    <w:rsid w:val="007F5E3B"/>
    <w:pPr>
      <w:spacing w:after="160" w:line="256" w:lineRule="auto"/>
    </w:pPr>
    <w:rPr>
      <w:rFonts w:ascii="Calibri" w:eastAsia="Calibri" w:hAnsi="Calibri"/>
      <w:sz w:val="22"/>
      <w:szCs w:val="20"/>
      <w:lang w:val="es-ES_tradnl"/>
    </w:rPr>
  </w:style>
  <w:style w:type="character" w:customStyle="1" w:styleId="fn-label">
    <w:name w:val="fn-label"/>
    <w:basedOn w:val="DefaultParagraphFont"/>
    <w:rsid w:val="007F5E3B"/>
  </w:style>
  <w:style w:type="paragraph" w:customStyle="1" w:styleId="m3031738768327409082gmail-western">
    <w:name w:val="m_3031738768327409082gmail-western"/>
    <w:basedOn w:val="Normal"/>
    <w:rsid w:val="007F5E3B"/>
    <w:pPr>
      <w:spacing w:before="100" w:beforeAutospacing="1" w:after="100" w:afterAutospacing="1"/>
    </w:pPr>
    <w:rPr>
      <w:lang w:val="es-ES" w:eastAsia="es-ES"/>
    </w:rPr>
  </w:style>
  <w:style w:type="paragraph" w:customStyle="1" w:styleId="SMHeading">
    <w:name w:val="SM Heading"/>
    <w:basedOn w:val="Heading1"/>
    <w:qFormat/>
    <w:rsid w:val="0080539C"/>
    <w:pPr>
      <w:spacing w:before="240" w:after="60" w:line="240" w:lineRule="auto"/>
      <w:jc w:val="left"/>
    </w:pPr>
    <w:rPr>
      <w:rFonts w:ascii="Times New Roman" w:hAnsi="Times New Roman" w:cs="Times New Roman"/>
      <w:kern w:val="32"/>
    </w:rPr>
  </w:style>
  <w:style w:type="paragraph" w:customStyle="1" w:styleId="SMcaption">
    <w:name w:val="SM caption"/>
    <w:basedOn w:val="Normal"/>
    <w:qFormat/>
    <w:rsid w:val="0080539C"/>
    <w:rPr>
      <w:szCs w:val="20"/>
    </w:rPr>
  </w:style>
  <w:style w:type="table" w:customStyle="1" w:styleId="GridTable4-Accent11">
    <w:name w:val="Grid Table 4 - Accent 11"/>
    <w:basedOn w:val="TableNormal"/>
    <w:uiPriority w:val="49"/>
    <w:rsid w:val="0080539C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90">
    <w:name w:val="19"/>
    <w:basedOn w:val="DefaultParagraphFont"/>
    <w:qFormat/>
    <w:rsid w:val="0087488D"/>
    <w:rPr>
      <w:rFonts w:ascii="TimesNewRomanPSMT" w:hAnsi="TimesNewRomanPSMT" w:hint="default"/>
      <w:color w:val="000000"/>
      <w:sz w:val="22"/>
      <w:szCs w:val="22"/>
    </w:rPr>
  </w:style>
  <w:style w:type="character" w:customStyle="1" w:styleId="180">
    <w:name w:val="18"/>
    <w:basedOn w:val="DefaultParagraphFont"/>
    <w:qFormat/>
    <w:rsid w:val="0087488D"/>
    <w:rPr>
      <w:rFonts w:ascii="AdvP4BCB5F" w:hAnsi="AdvP4BCB5F" w:hint="default"/>
      <w:color w:val="231F20"/>
      <w:sz w:val="20"/>
      <w:szCs w:val="20"/>
    </w:rPr>
  </w:style>
  <w:style w:type="character" w:customStyle="1" w:styleId="170">
    <w:name w:val="17"/>
    <w:basedOn w:val="DefaultParagraphFont"/>
    <w:qFormat/>
    <w:rsid w:val="0087488D"/>
    <w:rPr>
      <w:rFonts w:ascii="AdvOTb319c559" w:hAnsi="AdvOTb319c559" w:hint="default"/>
      <w:color w:val="000000"/>
      <w:sz w:val="18"/>
      <w:szCs w:val="18"/>
    </w:rPr>
  </w:style>
  <w:style w:type="character" w:customStyle="1" w:styleId="word1">
    <w:name w:val="word1"/>
    <w:basedOn w:val="DefaultParagraphFont"/>
    <w:qFormat/>
    <w:rsid w:val="0087488D"/>
    <w:rPr>
      <w:color w:val="000201"/>
      <w:sz w:val="30"/>
      <w:szCs w:val="30"/>
    </w:rPr>
  </w:style>
  <w:style w:type="character" w:customStyle="1" w:styleId="220">
    <w:name w:val="22"/>
    <w:basedOn w:val="DefaultParagraphFont"/>
    <w:qFormat/>
    <w:rsid w:val="0087488D"/>
    <w:rPr>
      <w:rFonts w:ascii="AdvTimes-i" w:hAnsi="AdvTimes-i" w:hint="default"/>
      <w:color w:val="231F20"/>
      <w:sz w:val="20"/>
      <w:szCs w:val="20"/>
    </w:rPr>
  </w:style>
  <w:style w:type="character" w:customStyle="1" w:styleId="150">
    <w:name w:val="15"/>
    <w:basedOn w:val="DefaultParagraphFont"/>
    <w:qFormat/>
    <w:rsid w:val="0087488D"/>
    <w:rPr>
      <w:rFonts w:ascii="AdvTimes" w:hAnsi="AdvTimes" w:hint="default"/>
      <w:color w:val="231F20"/>
      <w:sz w:val="20"/>
      <w:szCs w:val="20"/>
    </w:rPr>
  </w:style>
  <w:style w:type="character" w:customStyle="1" w:styleId="160">
    <w:name w:val="16"/>
    <w:basedOn w:val="DefaultParagraphFont"/>
    <w:qFormat/>
    <w:rsid w:val="0087488D"/>
    <w:rPr>
      <w:rFonts w:ascii="AdvPi1" w:hAnsi="AdvPi1" w:hint="default"/>
      <w:color w:val="231F20"/>
      <w:sz w:val="20"/>
      <w:szCs w:val="20"/>
    </w:rPr>
  </w:style>
  <w:style w:type="character" w:customStyle="1" w:styleId="title-text">
    <w:name w:val="title-text"/>
    <w:basedOn w:val="DefaultParagraphFont"/>
    <w:rsid w:val="00B70668"/>
  </w:style>
  <w:style w:type="character" w:customStyle="1" w:styleId="tgt">
    <w:name w:val="tgt"/>
    <w:basedOn w:val="DefaultParagraphFont"/>
    <w:qFormat/>
    <w:rsid w:val="00ED642A"/>
  </w:style>
  <w:style w:type="character" w:customStyle="1" w:styleId="tgt1">
    <w:name w:val="tgt1"/>
    <w:basedOn w:val="DefaultParagraphFont"/>
    <w:qFormat/>
    <w:rsid w:val="00ED642A"/>
  </w:style>
  <w:style w:type="paragraph" w:customStyle="1" w:styleId="N1AuthorAddresses">
    <w:name w:val="N1 Author Addresses"/>
    <w:uiPriority w:val="99"/>
    <w:qFormat/>
    <w:rsid w:val="00ED642A"/>
    <w:pPr>
      <w:spacing w:after="160" w:line="190" w:lineRule="exact"/>
    </w:pPr>
    <w:rPr>
      <w:rFonts w:ascii="Times New Roman" w:hAnsi="Times New Roman"/>
      <w:i/>
      <w:sz w:val="16"/>
      <w:szCs w:val="20"/>
      <w:lang w:val="en-GB" w:eastAsia="en-GB"/>
    </w:rPr>
  </w:style>
  <w:style w:type="character" w:customStyle="1" w:styleId="mjxassistivemathml">
    <w:name w:val="mjx_assistive_mathml"/>
    <w:basedOn w:val="DefaultParagraphFont"/>
    <w:qFormat/>
    <w:rsid w:val="00ED642A"/>
  </w:style>
  <w:style w:type="character" w:customStyle="1" w:styleId="fontstyle51">
    <w:name w:val="fontstyle51"/>
    <w:basedOn w:val="DefaultParagraphFont"/>
    <w:qFormat/>
    <w:rsid w:val="00ED642A"/>
    <w:rPr>
      <w:rFonts w:ascii="Times" w:hAnsi="Times" w:hint="default"/>
      <w:i/>
      <w:iCs/>
      <w:color w:val="000000"/>
      <w:sz w:val="18"/>
      <w:szCs w:val="18"/>
    </w:rPr>
  </w:style>
  <w:style w:type="paragraph" w:customStyle="1" w:styleId="download-filefile-name">
    <w:name w:val="download-file__file-name"/>
    <w:basedOn w:val="Normal"/>
    <w:qFormat/>
    <w:rsid w:val="00ED642A"/>
    <w:pPr>
      <w:spacing w:before="100" w:beforeAutospacing="1" w:after="100" w:afterAutospacing="1" w:line="259" w:lineRule="auto"/>
    </w:pPr>
    <w:rPr>
      <w:rFonts w:ascii="SimSun" w:hAnsi="SimSun" w:cs="SimSun"/>
      <w:lang w:eastAsia="zh-CN"/>
    </w:rPr>
  </w:style>
  <w:style w:type="character" w:customStyle="1" w:styleId="2Char0">
    <w:name w:val="标题 2 Char"/>
    <w:basedOn w:val="DefaultParagraphFont"/>
    <w:qFormat/>
    <w:rsid w:val="00D1093A"/>
    <w:rPr>
      <w:rFonts w:ascii="Cambria" w:eastAsia="Segoe UI" w:hAnsi="Cambria" w:cs="SimSun"/>
      <w:b/>
      <w:bCs/>
      <w:sz w:val="32"/>
      <w:szCs w:val="32"/>
    </w:rPr>
  </w:style>
  <w:style w:type="character" w:customStyle="1" w:styleId="3Char">
    <w:name w:val="标题 3 Char"/>
    <w:basedOn w:val="DefaultParagraphFont"/>
    <w:qFormat/>
    <w:rsid w:val="00D1093A"/>
    <w:rPr>
      <w:b/>
      <w:bCs/>
      <w:sz w:val="32"/>
      <w:szCs w:val="32"/>
    </w:rPr>
  </w:style>
  <w:style w:type="character" w:customStyle="1" w:styleId="Char3">
    <w:name w:val="批注文字 Char"/>
    <w:basedOn w:val="DefaultParagraphFont"/>
    <w:qFormat/>
    <w:rsid w:val="00D1093A"/>
  </w:style>
  <w:style w:type="character" w:customStyle="1" w:styleId="Char4">
    <w:name w:val="批注框文本 Char"/>
    <w:basedOn w:val="DefaultParagraphFont"/>
    <w:qFormat/>
    <w:rsid w:val="00D1093A"/>
    <w:rPr>
      <w:sz w:val="18"/>
      <w:szCs w:val="18"/>
    </w:rPr>
  </w:style>
  <w:style w:type="character" w:customStyle="1" w:styleId="4Char">
    <w:name w:val="标题 4 Char"/>
    <w:basedOn w:val="DefaultParagraphFont"/>
    <w:qFormat/>
    <w:rsid w:val="00D1093A"/>
    <w:rPr>
      <w:rFonts w:ascii="Cambria" w:eastAsia="Segoe UI" w:hAnsi="Cambria" w:cs="SimSun"/>
      <w:b/>
      <w:bCs/>
      <w:sz w:val="28"/>
      <w:szCs w:val="28"/>
    </w:rPr>
  </w:style>
  <w:style w:type="character" w:customStyle="1" w:styleId="Internet">
    <w:name w:val="Internet 链接"/>
    <w:basedOn w:val="DefaultParagraphFont"/>
    <w:rsid w:val="00D1093A"/>
    <w:rPr>
      <w:color w:val="0000FF"/>
      <w:u w:val="single"/>
    </w:rPr>
  </w:style>
  <w:style w:type="character" w:customStyle="1" w:styleId="Char5">
    <w:name w:val="页眉 Char"/>
    <w:basedOn w:val="DefaultParagraphFont"/>
    <w:qFormat/>
    <w:rsid w:val="00D1093A"/>
    <w:rPr>
      <w:sz w:val="18"/>
      <w:szCs w:val="18"/>
    </w:rPr>
  </w:style>
  <w:style w:type="character" w:customStyle="1" w:styleId="1Char">
    <w:name w:val="标题 1 Char"/>
    <w:basedOn w:val="DefaultParagraphFont"/>
    <w:qFormat/>
    <w:rsid w:val="00D1093A"/>
    <w:rPr>
      <w:b/>
      <w:bCs/>
      <w:kern w:val="2"/>
      <w:sz w:val="44"/>
      <w:szCs w:val="44"/>
    </w:rPr>
  </w:style>
  <w:style w:type="character" w:customStyle="1" w:styleId="ListLabel2">
    <w:name w:val="ListLabel 2"/>
    <w:qFormat/>
    <w:rsid w:val="00D1093A"/>
    <w:rPr>
      <w:rFonts w:ascii="Times New Roman" w:hAnsi="Times New Roman" w:cs="Times New Roman"/>
    </w:rPr>
  </w:style>
  <w:style w:type="character" w:customStyle="1" w:styleId="ListLabel3">
    <w:name w:val="ListLabel 3"/>
    <w:qFormat/>
    <w:rsid w:val="00D1093A"/>
    <w:rPr>
      <w:rFonts w:ascii="Times New Roman" w:hAnsi="Times New Roman" w:cs="Times New Roman"/>
      <w:color w:val="000000"/>
      <w:u w:val="none"/>
    </w:rPr>
  </w:style>
  <w:style w:type="character" w:customStyle="1" w:styleId="ListLabel4">
    <w:name w:val="ListLabel 4"/>
    <w:qFormat/>
    <w:rsid w:val="00D1093A"/>
    <w:rPr>
      <w:rFonts w:ascii="Times New Roman" w:hAnsi="Times New Roman" w:cs="Times New Roman"/>
      <w:sz w:val="18"/>
      <w:szCs w:val="18"/>
    </w:rPr>
  </w:style>
  <w:style w:type="character" w:customStyle="1" w:styleId="ListLabel5">
    <w:name w:val="ListLabel 5"/>
    <w:qFormat/>
    <w:rsid w:val="00D1093A"/>
    <w:rPr>
      <w:rFonts w:ascii="Times New Roman" w:hAnsi="Times New Roman" w:cs="Times New Roman"/>
    </w:rPr>
  </w:style>
  <w:style w:type="character" w:customStyle="1" w:styleId="ListLabel6">
    <w:name w:val="ListLabel 6"/>
    <w:qFormat/>
    <w:rsid w:val="00D1093A"/>
    <w:rPr>
      <w:rFonts w:ascii="Times New Roman" w:hAnsi="Times New Roman" w:cs="Times New Roman"/>
    </w:rPr>
  </w:style>
  <w:style w:type="character" w:customStyle="1" w:styleId="ListLabel7">
    <w:name w:val="ListLabel 7"/>
    <w:qFormat/>
    <w:rsid w:val="00D1093A"/>
    <w:rPr>
      <w:rFonts w:ascii="Times New Roman" w:hAnsi="Times New Roman" w:cs="Times New Roman"/>
      <w:color w:val="000000"/>
      <w:u w:val="none"/>
    </w:rPr>
  </w:style>
  <w:style w:type="character" w:customStyle="1" w:styleId="ListLabel8">
    <w:name w:val="ListLabel 8"/>
    <w:qFormat/>
    <w:rsid w:val="00D1093A"/>
    <w:rPr>
      <w:rFonts w:ascii="Times New Roman" w:hAnsi="Times New Roman" w:cs="Times New Roman"/>
      <w:sz w:val="18"/>
      <w:szCs w:val="18"/>
    </w:rPr>
  </w:style>
  <w:style w:type="character" w:customStyle="1" w:styleId="ListLabel9">
    <w:name w:val="ListLabel 9"/>
    <w:qFormat/>
    <w:rsid w:val="00D1093A"/>
    <w:rPr>
      <w:rFonts w:ascii="Times New Roman" w:hAnsi="Times New Roman" w:cs="Times New Roman"/>
    </w:rPr>
  </w:style>
  <w:style w:type="character" w:customStyle="1" w:styleId="ListLabel10">
    <w:name w:val="ListLabel 10"/>
    <w:qFormat/>
    <w:rsid w:val="00D1093A"/>
    <w:rPr>
      <w:rFonts w:ascii="Times New Roman" w:hAnsi="Times New Roman" w:cs="Times New Roman"/>
    </w:rPr>
  </w:style>
  <w:style w:type="character" w:customStyle="1" w:styleId="ListLabel11">
    <w:name w:val="ListLabel 11"/>
    <w:qFormat/>
    <w:rsid w:val="00D1093A"/>
    <w:rPr>
      <w:rFonts w:ascii="Calibri" w:eastAsia="Noto Serif CJK SC" w:hAnsi="Calibri" w:cs="SimSun"/>
      <w:b w:val="0"/>
      <w:bCs w:val="0"/>
      <w:i w:val="0"/>
      <w:iCs w:val="0"/>
      <w:caps w:val="0"/>
      <w:smallCaps w:val="0"/>
      <w:strike w:val="0"/>
      <w:dstrike w:val="0"/>
      <w:color w:val="auto"/>
      <w:spacing w:val="0"/>
      <w:w w:val="100"/>
      <w:kern w:val="2"/>
      <w:position w:val="0"/>
      <w:sz w:val="21"/>
      <w:szCs w:val="22"/>
      <w:u w:val="none"/>
      <w:vertAlign w:val="baseline"/>
      <w:em w:val="none"/>
      <w:lang w:val="en-US" w:eastAsia="zh-CN" w:bidi="ar-SA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12">
    <w:name w:val="ListLabel 12"/>
    <w:qFormat/>
    <w:rsid w:val="00D1093A"/>
    <w:rPr>
      <w:rFonts w:ascii="Times New Roman" w:hAnsi="Times New Roman" w:cs="Times New Roman"/>
      <w:color w:val="000000"/>
      <w:u w:val="none"/>
    </w:rPr>
  </w:style>
  <w:style w:type="paragraph" w:customStyle="1" w:styleId="af0">
    <w:name w:val="标题样式"/>
    <w:basedOn w:val="Normal"/>
    <w:next w:val="BodyText"/>
    <w:qFormat/>
    <w:rsid w:val="00D1093A"/>
    <w:pPr>
      <w:keepNext/>
      <w:widowControl w:val="0"/>
      <w:overflowPunct w:val="0"/>
      <w:spacing w:before="240" w:after="120"/>
      <w:jc w:val="both"/>
    </w:pPr>
    <w:rPr>
      <w:rFonts w:ascii="Liberation Sans" w:eastAsia="Microsoft YaHei" w:hAnsi="Liberation Sans" w:cs="Mangal"/>
      <w:kern w:val="2"/>
      <w:sz w:val="28"/>
      <w:szCs w:val="28"/>
      <w:lang w:eastAsia="zh-CN"/>
    </w:rPr>
  </w:style>
  <w:style w:type="paragraph" w:customStyle="1" w:styleId="af1">
    <w:name w:val="索引"/>
    <w:basedOn w:val="Normal"/>
    <w:qFormat/>
    <w:rsid w:val="00D1093A"/>
    <w:pPr>
      <w:widowControl w:val="0"/>
      <w:suppressLineNumbers/>
      <w:overflowPunct w:val="0"/>
      <w:jc w:val="both"/>
    </w:pPr>
    <w:rPr>
      <w:rFonts w:ascii="Calibri" w:eastAsia="Segoe UI" w:hAnsi="Calibri" w:cs="Mangal"/>
      <w:kern w:val="2"/>
      <w:sz w:val="21"/>
      <w:szCs w:val="22"/>
      <w:lang w:eastAsia="zh-CN"/>
    </w:rPr>
  </w:style>
  <w:style w:type="paragraph" w:customStyle="1" w:styleId="MDPI13authornames">
    <w:name w:val="MDPI_1.3_authornames"/>
    <w:basedOn w:val="Normal"/>
    <w:next w:val="MDPI14history"/>
    <w:qFormat/>
    <w:rsid w:val="00C304DA"/>
    <w:pPr>
      <w:adjustRightInd w:val="0"/>
      <w:snapToGrid w:val="0"/>
      <w:spacing w:after="120" w:line="260" w:lineRule="atLeast"/>
    </w:pPr>
    <w:rPr>
      <w:rFonts w:ascii="Palatino Linotype" w:hAnsi="Palatino Linotype"/>
      <w:b/>
      <w:color w:val="000000"/>
      <w:sz w:val="2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C304DA"/>
    <w:pPr>
      <w:adjustRightInd w:val="0"/>
      <w:snapToGrid w:val="0"/>
      <w:spacing w:before="120" w:line="200" w:lineRule="atLeast"/>
      <w:ind w:left="113"/>
    </w:pPr>
    <w:rPr>
      <w:rFonts w:ascii="Palatino Linotype" w:hAnsi="Palatino Linotype"/>
      <w:color w:val="000000"/>
      <w:sz w:val="18"/>
      <w:szCs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C304DA"/>
    <w:pPr>
      <w:adjustRightInd w:val="0"/>
      <w:snapToGrid w:val="0"/>
      <w:spacing w:line="200" w:lineRule="atLeast"/>
      <w:ind w:left="311" w:hanging="198"/>
    </w:pPr>
    <w:rPr>
      <w:rFonts w:ascii="Palatino Linotype" w:hAnsi="Palatino Linotype"/>
      <w:color w:val="000000"/>
      <w:sz w:val="18"/>
      <w:szCs w:val="18"/>
      <w:lang w:eastAsia="de-DE" w:bidi="en-US"/>
    </w:rPr>
  </w:style>
  <w:style w:type="paragraph" w:customStyle="1" w:styleId="MDPI17abstract">
    <w:name w:val="MDPI_1.7_abstract"/>
    <w:basedOn w:val="Normal"/>
    <w:next w:val="MDPI18keywords"/>
    <w:qFormat/>
    <w:rsid w:val="00C304DA"/>
    <w:pPr>
      <w:adjustRightInd w:val="0"/>
      <w:snapToGrid w:val="0"/>
      <w:spacing w:before="240" w:line="260" w:lineRule="atLeast"/>
      <w:ind w:left="113"/>
      <w:jc w:val="both"/>
    </w:pPr>
    <w:rPr>
      <w:rFonts w:ascii="Palatino Linotype" w:hAnsi="Palatino Linotype"/>
      <w:color w:val="000000"/>
      <w:sz w:val="20"/>
      <w:szCs w:val="22"/>
      <w:lang w:eastAsia="de-DE" w:bidi="en-US"/>
    </w:rPr>
  </w:style>
  <w:style w:type="paragraph" w:customStyle="1" w:styleId="MDPI18keywords">
    <w:name w:val="MDPI_1.8_keywords"/>
    <w:basedOn w:val="Normal"/>
    <w:next w:val="Normal"/>
    <w:qFormat/>
    <w:rsid w:val="00C304DA"/>
    <w:pPr>
      <w:adjustRightInd w:val="0"/>
      <w:snapToGrid w:val="0"/>
      <w:spacing w:before="240" w:line="260" w:lineRule="atLeast"/>
      <w:ind w:left="113"/>
      <w:jc w:val="both"/>
    </w:pPr>
    <w:rPr>
      <w:rFonts w:ascii="Palatino Linotype" w:hAnsi="Palatino Linotype"/>
      <w:snapToGrid w:val="0"/>
      <w:color w:val="000000"/>
      <w:sz w:val="20"/>
      <w:szCs w:val="22"/>
      <w:lang w:eastAsia="de-DE" w:bidi="en-US"/>
    </w:rPr>
  </w:style>
  <w:style w:type="paragraph" w:customStyle="1" w:styleId="MDPI19line">
    <w:name w:val="MDPI_1.9_line"/>
    <w:basedOn w:val="Normal"/>
    <w:qFormat/>
    <w:rsid w:val="00C304DA"/>
    <w:pPr>
      <w:pBdr>
        <w:bottom w:val="single" w:sz="6" w:space="1" w:color="auto"/>
      </w:pBdr>
      <w:adjustRightInd w:val="0"/>
      <w:snapToGrid w:val="0"/>
      <w:spacing w:line="260" w:lineRule="atLeast"/>
      <w:jc w:val="both"/>
    </w:pPr>
    <w:rPr>
      <w:rFonts w:ascii="Palatino Linotype" w:hAnsi="Palatino Linotype"/>
      <w:color w:val="000000"/>
      <w:sz w:val="20"/>
      <w:lang w:eastAsia="de-DE" w:bidi="en-US"/>
    </w:rPr>
  </w:style>
  <w:style w:type="paragraph" w:customStyle="1" w:styleId="MDPI62Acknowledgments">
    <w:name w:val="MDPI_6.2_Acknowledgments"/>
    <w:qFormat/>
    <w:rsid w:val="00C304DA"/>
    <w:pPr>
      <w:adjustRightInd w:val="0"/>
      <w:snapToGrid w:val="0"/>
      <w:spacing w:before="120" w:line="200" w:lineRule="atLeast"/>
      <w:jc w:val="both"/>
    </w:pPr>
    <w:rPr>
      <w:rFonts w:ascii="Palatino Linotype" w:hAnsi="Palatino Linotype"/>
      <w:snapToGrid w:val="0"/>
      <w:color w:val="000000"/>
      <w:sz w:val="18"/>
      <w:szCs w:val="20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C304DA"/>
    <w:pPr>
      <w:spacing w:before="240"/>
    </w:pPr>
    <w:rPr>
      <w:lang w:eastAsia="en-US"/>
    </w:rPr>
  </w:style>
  <w:style w:type="character" w:customStyle="1" w:styleId="contenttitle3">
    <w:name w:val="contenttitle3"/>
    <w:basedOn w:val="DefaultParagraphFont"/>
    <w:rsid w:val="00CF66E2"/>
    <w:rPr>
      <w:b/>
      <w:bCs/>
      <w:color w:val="35A1D4"/>
    </w:rPr>
  </w:style>
  <w:style w:type="character" w:customStyle="1" w:styleId="DefaultParagraphFont1">
    <w:name w:val="Default Paragraph Font1"/>
    <w:rsid w:val="00AC0B66"/>
  </w:style>
  <w:style w:type="character" w:customStyle="1" w:styleId="TextodegloboCar">
    <w:name w:val="Texto de globo Car"/>
    <w:rsid w:val="00AC0B66"/>
    <w:rPr>
      <w:rFonts w:ascii="Tahoma" w:eastAsia="Calibri" w:hAnsi="Tahoma" w:cs="Tahoma"/>
      <w:sz w:val="16"/>
      <w:szCs w:val="16"/>
    </w:rPr>
  </w:style>
  <w:style w:type="character" w:customStyle="1" w:styleId="EncabezadoCar">
    <w:name w:val="Encabezado Car"/>
    <w:rsid w:val="00AC0B66"/>
    <w:rPr>
      <w:sz w:val="22"/>
      <w:szCs w:val="22"/>
    </w:rPr>
  </w:style>
  <w:style w:type="character" w:customStyle="1" w:styleId="PiedepginaCar">
    <w:name w:val="Pie de página Car"/>
    <w:uiPriority w:val="99"/>
    <w:rsid w:val="00AC0B66"/>
    <w:rPr>
      <w:sz w:val="22"/>
      <w:szCs w:val="22"/>
    </w:rPr>
  </w:style>
  <w:style w:type="character" w:customStyle="1" w:styleId="small-caps">
    <w:name w:val="small-caps"/>
    <w:basedOn w:val="DefaultParagraphFont1"/>
    <w:rsid w:val="00AC0B66"/>
  </w:style>
  <w:style w:type="character" w:customStyle="1" w:styleId="Refdecomentario1">
    <w:name w:val="Ref. de comentario1"/>
    <w:rsid w:val="00AC0B66"/>
    <w:rPr>
      <w:sz w:val="16"/>
      <w:szCs w:val="16"/>
    </w:rPr>
  </w:style>
  <w:style w:type="character" w:customStyle="1" w:styleId="TextocomentarioCar">
    <w:name w:val="Texto comentario Car"/>
    <w:basedOn w:val="DefaultParagraphFont1"/>
    <w:uiPriority w:val="99"/>
    <w:rsid w:val="00AC0B66"/>
  </w:style>
  <w:style w:type="character" w:customStyle="1" w:styleId="AsuntodelcomentarioCar">
    <w:name w:val="Asunto del comentario Car"/>
    <w:rsid w:val="00AC0B66"/>
    <w:rPr>
      <w:b/>
      <w:bCs/>
    </w:rPr>
  </w:style>
  <w:style w:type="paragraph" w:customStyle="1" w:styleId="Caption1">
    <w:name w:val="Caption1"/>
    <w:basedOn w:val="Normal"/>
    <w:rsid w:val="00AC0B66"/>
    <w:pPr>
      <w:suppressLineNumbers/>
      <w:suppressAutoHyphens/>
      <w:spacing w:before="120" w:after="120"/>
    </w:pPr>
    <w:rPr>
      <w:rFonts w:ascii="Calibri" w:eastAsia="Calibri" w:hAnsi="Calibri" w:cs="Mangal"/>
      <w:i/>
      <w:iCs/>
      <w:lang w:val="es-ES" w:eastAsia="ar-SA"/>
    </w:rPr>
  </w:style>
  <w:style w:type="paragraph" w:customStyle="1" w:styleId="Textocomentario1">
    <w:name w:val="Texto comentario1"/>
    <w:basedOn w:val="Normal"/>
    <w:rsid w:val="00AC0B66"/>
    <w:pPr>
      <w:suppressAutoHyphens/>
    </w:pPr>
    <w:rPr>
      <w:rFonts w:ascii="Calibri" w:eastAsia="Calibri" w:hAnsi="Calibri"/>
      <w:sz w:val="20"/>
      <w:szCs w:val="20"/>
      <w:lang w:val="es-ES" w:eastAsia="ar-SA"/>
    </w:rPr>
  </w:style>
  <w:style w:type="paragraph" w:customStyle="1" w:styleId="Asuntodelcomentario1">
    <w:name w:val="Asunto del comentario1"/>
    <w:basedOn w:val="Textocomentario1"/>
    <w:rsid w:val="00AC0B66"/>
    <w:rPr>
      <w:b/>
      <w:bCs/>
    </w:rPr>
  </w:style>
  <w:style w:type="paragraph" w:customStyle="1" w:styleId="xmsonormal">
    <w:name w:val="x_msonormal"/>
    <w:basedOn w:val="Normal"/>
    <w:uiPriority w:val="99"/>
    <w:rsid w:val="00AC0B66"/>
    <w:pPr>
      <w:suppressAutoHyphens/>
      <w:spacing w:before="100" w:after="28"/>
    </w:pPr>
    <w:rPr>
      <w:lang w:val="es-ES" w:eastAsia="ar-SA"/>
    </w:rPr>
  </w:style>
  <w:style w:type="character" w:customStyle="1" w:styleId="normalchar">
    <w:name w:val="normal__char"/>
    <w:basedOn w:val="DefaultParagraphFont"/>
    <w:rsid w:val="00AC0B66"/>
  </w:style>
  <w:style w:type="character" w:customStyle="1" w:styleId="Char6">
    <w:name w:val="副标题 Char"/>
    <w:rsid w:val="007052B0"/>
    <w:rPr>
      <w:b/>
      <w:bCs/>
      <w:kern w:val="28"/>
      <w:sz w:val="32"/>
      <w:szCs w:val="32"/>
    </w:rPr>
  </w:style>
  <w:style w:type="paragraph" w:customStyle="1" w:styleId="1f1">
    <w:name w:val="批注框文本1"/>
    <w:basedOn w:val="Normal"/>
    <w:semiHidden/>
    <w:unhideWhenUsed/>
    <w:rsid w:val="007052B0"/>
    <w:pPr>
      <w:widowControl w:val="0"/>
      <w:jc w:val="both"/>
    </w:pPr>
    <w:rPr>
      <w:rFonts w:ascii="DengXian" w:eastAsia="DengXian" w:hAnsi="DengXian"/>
      <w:noProof/>
      <w:kern w:val="2"/>
      <w:sz w:val="18"/>
      <w:szCs w:val="18"/>
      <w:lang w:val="en-GB"/>
    </w:rPr>
  </w:style>
  <w:style w:type="character" w:customStyle="1" w:styleId="word">
    <w:name w:val="word"/>
    <w:basedOn w:val="DefaultParagraphFont"/>
    <w:rsid w:val="007052B0"/>
  </w:style>
  <w:style w:type="paragraph" w:customStyle="1" w:styleId="1f2">
    <w:name w:val="批注主题1"/>
    <w:basedOn w:val="CommentText"/>
    <w:next w:val="CommentText"/>
    <w:semiHidden/>
    <w:unhideWhenUsed/>
    <w:rsid w:val="007052B0"/>
    <w:pPr>
      <w:widowControl w:val="0"/>
    </w:pPr>
    <w:rPr>
      <w:rFonts w:ascii="DengXian" w:eastAsia="DengXian" w:hAnsi="DengXian"/>
      <w:b/>
      <w:bCs/>
      <w:noProof/>
      <w:kern w:val="2"/>
      <w:sz w:val="21"/>
      <w:szCs w:val="22"/>
      <w:lang w:val="en-GB" w:eastAsia="en-US"/>
    </w:rPr>
  </w:style>
  <w:style w:type="character" w:customStyle="1" w:styleId="ui-ncbitoggler-master-text">
    <w:name w:val="ui-ncbitoggler-master-text"/>
    <w:basedOn w:val="DefaultParagraphFont"/>
    <w:rsid w:val="00D72758"/>
  </w:style>
  <w:style w:type="character" w:customStyle="1" w:styleId="separator">
    <w:name w:val="separator"/>
    <w:basedOn w:val="DefaultParagraphFont"/>
    <w:rsid w:val="00D72758"/>
  </w:style>
  <w:style w:type="character" w:customStyle="1" w:styleId="UnresolvedMention20">
    <w:name w:val="Unresolved Mention2"/>
    <w:basedOn w:val="DefaultParagraphFont"/>
    <w:uiPriority w:val="99"/>
    <w:semiHidden/>
    <w:unhideWhenUsed/>
    <w:rsid w:val="00D72758"/>
    <w:rPr>
      <w:color w:val="605E5C"/>
      <w:shd w:val="clear" w:color="auto" w:fill="E1DFDD"/>
    </w:rPr>
  </w:style>
  <w:style w:type="paragraph" w:customStyle="1" w:styleId="Pa3">
    <w:name w:val="Pa3"/>
    <w:basedOn w:val="Normal"/>
    <w:next w:val="Normal"/>
    <w:uiPriority w:val="99"/>
    <w:rsid w:val="00427E21"/>
    <w:pPr>
      <w:autoSpaceDE w:val="0"/>
      <w:autoSpaceDN w:val="0"/>
      <w:adjustRightInd w:val="0"/>
      <w:spacing w:line="241" w:lineRule="atLeast"/>
    </w:pPr>
    <w:rPr>
      <w:rFonts w:eastAsiaTheme="minorHAnsi"/>
      <w:lang w:val="en-IN"/>
    </w:rPr>
  </w:style>
  <w:style w:type="table" w:customStyle="1" w:styleId="211">
    <w:name w:val="純表格 21"/>
    <w:basedOn w:val="TableNormal"/>
    <w:uiPriority w:val="42"/>
    <w:rsid w:val="00F64BBE"/>
    <w:rPr>
      <w:rFonts w:asciiTheme="minorHAnsi" w:eastAsiaTheme="minorEastAsia" w:hAnsiTheme="minorHAnsi" w:cstheme="minorBidi"/>
      <w:kern w:val="2"/>
      <w:sz w:val="24"/>
      <w:lang w:eastAsia="zh-TW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EndNoteBibliography2">
    <w:name w:val="EndNote Bibliography 字元"/>
    <w:basedOn w:val="DefaultParagraphFont"/>
    <w:rsid w:val="00F64BBE"/>
    <w:rPr>
      <w:rFonts w:ascii="Calibri" w:hAnsi="Calibri" w:cs="Calibri"/>
      <w:noProof/>
    </w:rPr>
  </w:style>
  <w:style w:type="character" w:customStyle="1" w:styleId="WW8Num1z0">
    <w:name w:val="WW8Num1z0"/>
    <w:rsid w:val="00AA6130"/>
  </w:style>
  <w:style w:type="character" w:customStyle="1" w:styleId="WW8Num2z0">
    <w:name w:val="WW8Num2z0"/>
    <w:rsid w:val="00AA6130"/>
    <w:rPr>
      <w:rFonts w:ascii="Helvetica" w:hAnsi="Helvetica" w:cs="Helvetica"/>
      <w:sz w:val="24"/>
      <w:szCs w:val="24"/>
      <w:lang w:val="en-GB"/>
    </w:rPr>
  </w:style>
  <w:style w:type="character" w:customStyle="1" w:styleId="WW8Num2z1">
    <w:name w:val="WW8Num2z1"/>
    <w:rsid w:val="00AA6130"/>
  </w:style>
  <w:style w:type="character" w:customStyle="1" w:styleId="WW8Num2z2">
    <w:name w:val="WW8Num2z2"/>
    <w:rsid w:val="00AA6130"/>
  </w:style>
  <w:style w:type="character" w:customStyle="1" w:styleId="WW8Num2z3">
    <w:name w:val="WW8Num2z3"/>
    <w:rsid w:val="00AA6130"/>
  </w:style>
  <w:style w:type="character" w:customStyle="1" w:styleId="WW8Num2z4">
    <w:name w:val="WW8Num2z4"/>
    <w:rsid w:val="00AA6130"/>
  </w:style>
  <w:style w:type="character" w:customStyle="1" w:styleId="WW8Num2z5">
    <w:name w:val="WW8Num2z5"/>
    <w:rsid w:val="00AA6130"/>
  </w:style>
  <w:style w:type="character" w:customStyle="1" w:styleId="WW8Num2z6">
    <w:name w:val="WW8Num2z6"/>
    <w:rsid w:val="00AA6130"/>
  </w:style>
  <w:style w:type="character" w:customStyle="1" w:styleId="WW8Num2z7">
    <w:name w:val="WW8Num2z7"/>
    <w:rsid w:val="00AA6130"/>
  </w:style>
  <w:style w:type="character" w:customStyle="1" w:styleId="WW8Num2z8">
    <w:name w:val="WW8Num2z8"/>
    <w:rsid w:val="00AA6130"/>
  </w:style>
  <w:style w:type="character" w:customStyle="1" w:styleId="WW8Num3z0">
    <w:name w:val="WW8Num3z0"/>
    <w:rsid w:val="00AA6130"/>
  </w:style>
  <w:style w:type="character" w:customStyle="1" w:styleId="WW8Num4z0">
    <w:name w:val="WW8Num4z0"/>
    <w:rsid w:val="00AA6130"/>
  </w:style>
  <w:style w:type="character" w:customStyle="1" w:styleId="WW8Num4z1">
    <w:name w:val="WW8Num4z1"/>
    <w:rsid w:val="00AA6130"/>
  </w:style>
  <w:style w:type="character" w:customStyle="1" w:styleId="WW8Num4z2">
    <w:name w:val="WW8Num4z2"/>
    <w:rsid w:val="00AA6130"/>
  </w:style>
  <w:style w:type="character" w:customStyle="1" w:styleId="WW8Num4z3">
    <w:name w:val="WW8Num4z3"/>
    <w:rsid w:val="00AA6130"/>
  </w:style>
  <w:style w:type="character" w:customStyle="1" w:styleId="WW8Num4z4">
    <w:name w:val="WW8Num4z4"/>
    <w:rsid w:val="00AA6130"/>
  </w:style>
  <w:style w:type="character" w:customStyle="1" w:styleId="WW8Num4z5">
    <w:name w:val="WW8Num4z5"/>
    <w:rsid w:val="00AA6130"/>
  </w:style>
  <w:style w:type="character" w:customStyle="1" w:styleId="WW8Num4z6">
    <w:name w:val="WW8Num4z6"/>
    <w:rsid w:val="00AA6130"/>
  </w:style>
  <w:style w:type="character" w:customStyle="1" w:styleId="WW8Num4z7">
    <w:name w:val="WW8Num4z7"/>
    <w:rsid w:val="00AA6130"/>
  </w:style>
  <w:style w:type="character" w:customStyle="1" w:styleId="WW8Num4z8">
    <w:name w:val="WW8Num4z8"/>
    <w:rsid w:val="00AA6130"/>
  </w:style>
  <w:style w:type="character" w:customStyle="1" w:styleId="Fuentedeprrafopredeter2">
    <w:name w:val="Fuente de párrafo predeter.2"/>
    <w:rsid w:val="00AA6130"/>
  </w:style>
  <w:style w:type="character" w:customStyle="1" w:styleId="WW8Num5z0">
    <w:name w:val="WW8Num5z0"/>
    <w:rsid w:val="00AA6130"/>
    <w:rPr>
      <w:rFonts w:ascii="Symbol" w:hAnsi="Symbol" w:cs="Symbol" w:hint="default"/>
    </w:rPr>
  </w:style>
  <w:style w:type="character" w:customStyle="1" w:styleId="WW8Num6z0">
    <w:name w:val="WW8Num6z0"/>
    <w:rsid w:val="00AA6130"/>
    <w:rPr>
      <w:rFonts w:ascii="Symbol" w:hAnsi="Symbol" w:cs="Symbol" w:hint="default"/>
    </w:rPr>
  </w:style>
  <w:style w:type="character" w:customStyle="1" w:styleId="WW8Num7z0">
    <w:name w:val="WW8Num7z0"/>
    <w:rsid w:val="00AA6130"/>
    <w:rPr>
      <w:rFonts w:ascii="Symbol" w:hAnsi="Symbol" w:cs="Symbol" w:hint="default"/>
    </w:rPr>
  </w:style>
  <w:style w:type="character" w:customStyle="1" w:styleId="WW8Num8z0">
    <w:name w:val="WW8Num8z0"/>
    <w:rsid w:val="00AA6130"/>
    <w:rPr>
      <w:rFonts w:ascii="Symbol" w:hAnsi="Symbol" w:cs="Symbol" w:hint="default"/>
    </w:rPr>
  </w:style>
  <w:style w:type="character" w:customStyle="1" w:styleId="WW8Num9z0">
    <w:name w:val="WW8Num9z0"/>
    <w:rsid w:val="00AA6130"/>
  </w:style>
  <w:style w:type="character" w:customStyle="1" w:styleId="WW8Num10z0">
    <w:name w:val="WW8Num10z0"/>
    <w:rsid w:val="00AA6130"/>
    <w:rPr>
      <w:rFonts w:ascii="Symbol" w:hAnsi="Symbol" w:cs="Symbol" w:hint="default"/>
    </w:rPr>
  </w:style>
  <w:style w:type="character" w:customStyle="1" w:styleId="WW8Num11z0">
    <w:name w:val="WW8Num11z0"/>
    <w:rsid w:val="00AA6130"/>
    <w:rPr>
      <w:rFonts w:ascii="Helvetica" w:hAnsi="Helvetica" w:cs="Helvetica" w:hint="default"/>
      <w:b/>
      <w:sz w:val="24"/>
      <w:szCs w:val="24"/>
      <w:lang w:val="en-GB"/>
    </w:rPr>
  </w:style>
  <w:style w:type="character" w:customStyle="1" w:styleId="WW8Num11z1">
    <w:name w:val="WW8Num11z1"/>
    <w:rsid w:val="00AA6130"/>
  </w:style>
  <w:style w:type="character" w:customStyle="1" w:styleId="WW8Num11z2">
    <w:name w:val="WW8Num11z2"/>
    <w:rsid w:val="00AA6130"/>
  </w:style>
  <w:style w:type="character" w:customStyle="1" w:styleId="WW8Num11z3">
    <w:name w:val="WW8Num11z3"/>
    <w:rsid w:val="00AA6130"/>
  </w:style>
  <w:style w:type="character" w:customStyle="1" w:styleId="WW8Num11z4">
    <w:name w:val="WW8Num11z4"/>
    <w:rsid w:val="00AA6130"/>
  </w:style>
  <w:style w:type="character" w:customStyle="1" w:styleId="WW8Num11z5">
    <w:name w:val="WW8Num11z5"/>
    <w:rsid w:val="00AA6130"/>
  </w:style>
  <w:style w:type="character" w:customStyle="1" w:styleId="WW8Num11z6">
    <w:name w:val="WW8Num11z6"/>
    <w:rsid w:val="00AA6130"/>
  </w:style>
  <w:style w:type="character" w:customStyle="1" w:styleId="WW8Num11z7">
    <w:name w:val="WW8Num11z7"/>
    <w:rsid w:val="00AA6130"/>
  </w:style>
  <w:style w:type="character" w:customStyle="1" w:styleId="WW8Num11z8">
    <w:name w:val="WW8Num11z8"/>
    <w:rsid w:val="00AA6130"/>
  </w:style>
  <w:style w:type="character" w:customStyle="1" w:styleId="WW8Num12z0">
    <w:name w:val="WW8Num12z0"/>
    <w:rsid w:val="00AA6130"/>
    <w:rPr>
      <w:rFonts w:ascii="Helvetica" w:eastAsia="Times New Roman" w:hAnsi="Helvetica" w:cs="Helvetica" w:hint="default"/>
      <w:sz w:val="24"/>
      <w:szCs w:val="24"/>
      <w:lang w:val="en-GB"/>
    </w:rPr>
  </w:style>
  <w:style w:type="character" w:customStyle="1" w:styleId="WW8Num12z1">
    <w:name w:val="WW8Num12z1"/>
    <w:rsid w:val="00AA6130"/>
    <w:rPr>
      <w:rFonts w:ascii="Courier New" w:hAnsi="Courier New" w:cs="Courier New" w:hint="default"/>
    </w:rPr>
  </w:style>
  <w:style w:type="character" w:customStyle="1" w:styleId="WW8Num12z2">
    <w:name w:val="WW8Num12z2"/>
    <w:rsid w:val="00AA6130"/>
    <w:rPr>
      <w:rFonts w:ascii="Wingdings" w:hAnsi="Wingdings" w:cs="Wingdings" w:hint="default"/>
    </w:rPr>
  </w:style>
  <w:style w:type="character" w:customStyle="1" w:styleId="WW8Num12z3">
    <w:name w:val="WW8Num12z3"/>
    <w:rsid w:val="00AA6130"/>
    <w:rPr>
      <w:rFonts w:ascii="Symbol" w:hAnsi="Symbol" w:cs="Symbol" w:hint="default"/>
    </w:rPr>
  </w:style>
  <w:style w:type="character" w:customStyle="1" w:styleId="WW8Num13z0">
    <w:name w:val="WW8Num13z0"/>
    <w:rsid w:val="00AA6130"/>
    <w:rPr>
      <w:rFonts w:ascii="Symbol" w:eastAsia="Times New Roman" w:hAnsi="Symbol" w:cs="Helvetica" w:hint="default"/>
      <w:sz w:val="24"/>
      <w:szCs w:val="24"/>
      <w:lang w:val="en-GB"/>
    </w:rPr>
  </w:style>
  <w:style w:type="character" w:customStyle="1" w:styleId="WW8Num13z1">
    <w:name w:val="WW8Num13z1"/>
    <w:rsid w:val="00AA6130"/>
    <w:rPr>
      <w:rFonts w:ascii="Courier New" w:hAnsi="Courier New" w:cs="Courier New" w:hint="default"/>
    </w:rPr>
  </w:style>
  <w:style w:type="character" w:customStyle="1" w:styleId="WW8Num13z2">
    <w:name w:val="WW8Num13z2"/>
    <w:rsid w:val="00AA6130"/>
    <w:rPr>
      <w:rFonts w:ascii="Wingdings" w:hAnsi="Wingdings" w:cs="Wingdings" w:hint="default"/>
    </w:rPr>
  </w:style>
  <w:style w:type="character" w:customStyle="1" w:styleId="WW8Num13z3">
    <w:name w:val="WW8Num13z3"/>
    <w:rsid w:val="00AA6130"/>
    <w:rPr>
      <w:rFonts w:ascii="Symbol" w:hAnsi="Symbol" w:cs="Symbol" w:hint="default"/>
    </w:rPr>
  </w:style>
  <w:style w:type="character" w:customStyle="1" w:styleId="WW8Num14z0">
    <w:name w:val="WW8Num14z0"/>
    <w:rsid w:val="00AA6130"/>
  </w:style>
  <w:style w:type="character" w:customStyle="1" w:styleId="WW8Num14z1">
    <w:name w:val="WW8Num14z1"/>
    <w:rsid w:val="00AA6130"/>
  </w:style>
  <w:style w:type="character" w:customStyle="1" w:styleId="WW8Num14z2">
    <w:name w:val="WW8Num14z2"/>
    <w:rsid w:val="00AA6130"/>
  </w:style>
  <w:style w:type="character" w:customStyle="1" w:styleId="WW8Num14z3">
    <w:name w:val="WW8Num14z3"/>
    <w:rsid w:val="00AA6130"/>
  </w:style>
  <w:style w:type="character" w:customStyle="1" w:styleId="WW8Num14z4">
    <w:name w:val="WW8Num14z4"/>
    <w:rsid w:val="00AA6130"/>
  </w:style>
  <w:style w:type="character" w:customStyle="1" w:styleId="WW8Num14z5">
    <w:name w:val="WW8Num14z5"/>
    <w:rsid w:val="00AA6130"/>
  </w:style>
  <w:style w:type="character" w:customStyle="1" w:styleId="WW8Num14z6">
    <w:name w:val="WW8Num14z6"/>
    <w:rsid w:val="00AA6130"/>
  </w:style>
  <w:style w:type="character" w:customStyle="1" w:styleId="WW8Num14z7">
    <w:name w:val="WW8Num14z7"/>
    <w:rsid w:val="00AA6130"/>
  </w:style>
  <w:style w:type="character" w:customStyle="1" w:styleId="WW8Num14z8">
    <w:name w:val="WW8Num14z8"/>
    <w:rsid w:val="00AA6130"/>
  </w:style>
  <w:style w:type="character" w:customStyle="1" w:styleId="Fuentedeprrafopredeter1">
    <w:name w:val="Fuente de párrafo predeter.1"/>
    <w:rsid w:val="00AA6130"/>
  </w:style>
  <w:style w:type="character" w:customStyle="1" w:styleId="cit-pub-id">
    <w:name w:val="cit-pub-id"/>
    <w:basedOn w:val="Fuentedeprrafopredeter1"/>
    <w:rsid w:val="00AA6130"/>
  </w:style>
  <w:style w:type="character" w:customStyle="1" w:styleId="cit-pub-id-scheme-doi">
    <w:name w:val="cit-pub-id-scheme-doi"/>
    <w:basedOn w:val="Fuentedeprrafopredeter1"/>
    <w:rsid w:val="00AA6130"/>
  </w:style>
  <w:style w:type="paragraph" w:customStyle="1" w:styleId="Encabezado2">
    <w:name w:val="Encabezado2"/>
    <w:basedOn w:val="Normal"/>
    <w:next w:val="BodyText"/>
    <w:rsid w:val="00AA6130"/>
    <w:pPr>
      <w:keepNext/>
      <w:suppressAutoHyphens/>
      <w:spacing w:before="240" w:after="120" w:line="480" w:lineRule="auto"/>
    </w:pPr>
    <w:rPr>
      <w:rFonts w:ascii="Arial" w:eastAsia="Microsoft YaHei" w:hAnsi="Arial" w:cs="Mangal"/>
      <w:sz w:val="28"/>
      <w:szCs w:val="28"/>
      <w:lang w:val="es-ES_tradnl" w:eastAsia="ar-SA"/>
    </w:rPr>
  </w:style>
  <w:style w:type="paragraph" w:customStyle="1" w:styleId="Etiqueta">
    <w:name w:val="Etiqueta"/>
    <w:basedOn w:val="Normal"/>
    <w:rsid w:val="00AA6130"/>
    <w:pPr>
      <w:suppressLineNumbers/>
      <w:suppressAutoHyphens/>
      <w:spacing w:before="120" w:after="120" w:line="480" w:lineRule="auto"/>
    </w:pPr>
    <w:rPr>
      <w:rFonts w:ascii="Calibri" w:hAnsi="Calibri" w:cs="Mangal"/>
      <w:i/>
      <w:iCs/>
      <w:lang w:val="es-ES_tradnl" w:eastAsia="ar-SA"/>
    </w:rPr>
  </w:style>
  <w:style w:type="paragraph" w:customStyle="1" w:styleId="ndice">
    <w:name w:val="Índice"/>
    <w:basedOn w:val="Normal"/>
    <w:rsid w:val="00AA6130"/>
    <w:pPr>
      <w:suppressLineNumbers/>
      <w:suppressAutoHyphens/>
      <w:spacing w:after="200" w:line="480" w:lineRule="auto"/>
    </w:pPr>
    <w:rPr>
      <w:rFonts w:ascii="Calibri" w:hAnsi="Calibri" w:cs="Mangal"/>
      <w:sz w:val="22"/>
      <w:szCs w:val="22"/>
      <w:lang w:val="es-ES_tradnl" w:eastAsia="ar-SA"/>
    </w:rPr>
  </w:style>
  <w:style w:type="paragraph" w:customStyle="1" w:styleId="Encabezado1">
    <w:name w:val="Encabezado1"/>
    <w:basedOn w:val="Normal"/>
    <w:next w:val="BodyText"/>
    <w:rsid w:val="00AA6130"/>
    <w:pPr>
      <w:keepNext/>
      <w:suppressAutoHyphens/>
      <w:spacing w:before="240" w:after="120" w:line="480" w:lineRule="auto"/>
    </w:pPr>
    <w:rPr>
      <w:rFonts w:ascii="Arial" w:eastAsia="Microsoft YaHei" w:hAnsi="Arial" w:cs="Mangal"/>
      <w:sz w:val="28"/>
      <w:szCs w:val="28"/>
      <w:lang w:val="es-ES_tradnl" w:eastAsia="ar-SA"/>
    </w:rPr>
  </w:style>
  <w:style w:type="character" w:customStyle="1" w:styleId="Mencinsinresolver1">
    <w:name w:val="Mención sin resolver1"/>
    <w:uiPriority w:val="99"/>
    <w:semiHidden/>
    <w:unhideWhenUsed/>
    <w:rsid w:val="00AA6130"/>
    <w:rPr>
      <w:color w:val="605E5C"/>
      <w:shd w:val="clear" w:color="auto" w:fill="E1DFDD"/>
    </w:rPr>
  </w:style>
  <w:style w:type="paragraph" w:customStyle="1" w:styleId="Pa6">
    <w:name w:val="Pa6"/>
    <w:basedOn w:val="Normal"/>
    <w:next w:val="Normal"/>
    <w:uiPriority w:val="99"/>
    <w:qFormat/>
    <w:rsid w:val="00B46DD2"/>
    <w:pPr>
      <w:widowControl w:val="0"/>
      <w:autoSpaceDE w:val="0"/>
      <w:autoSpaceDN w:val="0"/>
      <w:adjustRightInd w:val="0"/>
      <w:spacing w:line="201" w:lineRule="atLeast"/>
    </w:pPr>
    <w:rPr>
      <w:rFonts w:eastAsiaTheme="minorEastAsia"/>
      <w:lang w:eastAsia="zh-CN"/>
    </w:rPr>
  </w:style>
  <w:style w:type="paragraph" w:customStyle="1" w:styleId="25">
    <w:name w:val="无间隔2"/>
    <w:uiPriority w:val="1"/>
    <w:qFormat/>
    <w:rsid w:val="00B46DD2"/>
    <w:pPr>
      <w:widowControl w:val="0"/>
      <w:jc w:val="both"/>
    </w:pPr>
    <w:rPr>
      <w:kern w:val="2"/>
      <w:sz w:val="21"/>
      <w:lang w:eastAsia="zh-CN"/>
    </w:rPr>
  </w:style>
  <w:style w:type="character" w:customStyle="1" w:styleId="high-light-bg">
    <w:name w:val="high-light-bg"/>
    <w:basedOn w:val="DefaultParagraphFont"/>
    <w:rsid w:val="00FD27BA"/>
  </w:style>
  <w:style w:type="character" w:customStyle="1" w:styleId="sc">
    <w:name w:val="sc"/>
    <w:basedOn w:val="DefaultParagraphFont"/>
    <w:rsid w:val="00E15751"/>
  </w:style>
  <w:style w:type="character" w:customStyle="1" w:styleId="A13">
    <w:name w:val="A13"/>
    <w:uiPriority w:val="99"/>
    <w:rsid w:val="00E15751"/>
    <w:rPr>
      <w:color w:val="000000"/>
    </w:rPr>
  </w:style>
  <w:style w:type="character" w:customStyle="1" w:styleId="A70">
    <w:name w:val="A7"/>
    <w:uiPriority w:val="99"/>
    <w:rsid w:val="00E15751"/>
    <w:rPr>
      <w:b/>
      <w:bCs/>
      <w:color w:val="000000"/>
      <w:sz w:val="40"/>
      <w:szCs w:val="40"/>
    </w:rPr>
  </w:style>
  <w:style w:type="character" w:customStyle="1" w:styleId="A30">
    <w:name w:val="A3"/>
    <w:uiPriority w:val="99"/>
    <w:rsid w:val="00E15751"/>
    <w:rPr>
      <w:color w:val="000000"/>
      <w:sz w:val="20"/>
      <w:szCs w:val="20"/>
    </w:rPr>
  </w:style>
  <w:style w:type="character" w:customStyle="1" w:styleId="A15">
    <w:name w:val="A15"/>
    <w:uiPriority w:val="99"/>
    <w:rsid w:val="00E15751"/>
    <w:rPr>
      <w:color w:val="000000"/>
      <w:sz w:val="18"/>
      <w:szCs w:val="18"/>
    </w:rPr>
  </w:style>
  <w:style w:type="paragraph" w:customStyle="1" w:styleId="mb0">
    <w:name w:val="mb0"/>
    <w:basedOn w:val="Normal"/>
    <w:rsid w:val="00E15751"/>
    <w:pPr>
      <w:spacing w:before="100" w:beforeAutospacing="1" w:after="100" w:afterAutospacing="1"/>
    </w:pPr>
    <w:rPr>
      <w:rFonts w:eastAsia="Times New Roman"/>
    </w:rPr>
  </w:style>
  <w:style w:type="paragraph" w:customStyle="1" w:styleId="pp-first">
    <w:name w:val="p p-first"/>
    <w:basedOn w:val="Normal"/>
    <w:rsid w:val="001F485F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svarticlesection">
    <w:name w:val="svarticle section"/>
    <w:basedOn w:val="Normal"/>
    <w:rsid w:val="001F485F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pp-first-last">
    <w:name w:val="p p-first-last"/>
    <w:basedOn w:val="Normal"/>
    <w:rsid w:val="001F485F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paragraph" w:customStyle="1" w:styleId="Pa16">
    <w:name w:val="Pa16"/>
    <w:basedOn w:val="Default"/>
    <w:next w:val="Default"/>
    <w:uiPriority w:val="99"/>
    <w:unhideWhenUsed/>
    <w:qFormat/>
    <w:rsid w:val="00781F41"/>
    <w:pPr>
      <w:spacing w:after="160" w:line="221" w:lineRule="atLeast"/>
    </w:pPr>
    <w:rPr>
      <w:rFonts w:ascii="Times New Roman" w:eastAsia="Times New Roman" w:hAnsi="Times New Roman" w:cstheme="minorBidi"/>
      <w:szCs w:val="20"/>
      <w:lang w:eastAsia="zh-CN"/>
    </w:rPr>
  </w:style>
  <w:style w:type="character" w:customStyle="1" w:styleId="copied">
    <w:name w:val="copied"/>
    <w:basedOn w:val="DefaultParagraphFont"/>
    <w:qFormat/>
    <w:rsid w:val="00781F41"/>
  </w:style>
  <w:style w:type="character" w:customStyle="1" w:styleId="nfasis1">
    <w:name w:val="Énfasis1"/>
    <w:uiPriority w:val="20"/>
    <w:qFormat/>
    <w:rsid w:val="00173443"/>
    <w:rPr>
      <w:i/>
      <w:iCs/>
    </w:rPr>
  </w:style>
  <w:style w:type="character" w:customStyle="1" w:styleId="Headerorfooter2">
    <w:name w:val="Header or footer (2)_"/>
    <w:basedOn w:val="DefaultParagraphFont"/>
    <w:rsid w:val="002C3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erorfooter20">
    <w:name w:val="Header or footer (2)"/>
    <w:basedOn w:val="Headerorfooter2"/>
    <w:rsid w:val="002C3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105pt">
    <w:name w:val="Body text (2) + 10.5 pt"/>
    <w:basedOn w:val="Bodytext20"/>
    <w:rsid w:val="002C3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Bodytext30">
    <w:name w:val="Body text (3)_"/>
    <w:basedOn w:val="DefaultParagraphFont"/>
    <w:rsid w:val="002C3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32">
    <w:name w:val="Body text (3)"/>
    <w:basedOn w:val="Bodytext30"/>
    <w:rsid w:val="002C3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Tablecaption">
    <w:name w:val="Table caption_"/>
    <w:basedOn w:val="DefaultParagraphFont"/>
    <w:rsid w:val="00385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0">
    <w:name w:val="Table caption"/>
    <w:basedOn w:val="Tablecaption"/>
    <w:rsid w:val="00385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212pt">
    <w:name w:val="Body text (2) + 12 pt"/>
    <w:basedOn w:val="Bodytext20"/>
    <w:rsid w:val="00385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odytext4">
    <w:name w:val="Body text (4)_"/>
    <w:basedOn w:val="DefaultParagraphFont"/>
    <w:rsid w:val="00385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40">
    <w:name w:val="Body text (4)"/>
    <w:basedOn w:val="Bodytext4"/>
    <w:rsid w:val="00385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caption2">
    <w:name w:val="Table caption (2)_"/>
    <w:basedOn w:val="DefaultParagraphFont"/>
    <w:rsid w:val="00B844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ablecaption20">
    <w:name w:val="Table caption (2)"/>
    <w:basedOn w:val="Tablecaption2"/>
    <w:rsid w:val="00B844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Scale75">
    <w:name w:val="Body text (2) + Scale 75%"/>
    <w:basedOn w:val="Bodytext20"/>
    <w:rsid w:val="00B844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Bodytext2Tahoma">
    <w:name w:val="Body text (2) + Tahoma"/>
    <w:aliases w:val="9.5 pt,Bold"/>
    <w:basedOn w:val="Bodytext20"/>
    <w:rsid w:val="00FD0B8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customStyle="1" w:styleId="Tabelrasterlicht1">
    <w:name w:val="Tabelraster licht1"/>
    <w:basedOn w:val="TableNormal"/>
    <w:uiPriority w:val="40"/>
    <w:rsid w:val="000B4D59"/>
    <w:rPr>
      <w:rFonts w:asciiTheme="minorHAnsi" w:eastAsiaTheme="minorHAnsi" w:hAnsiTheme="minorHAnsi" w:cstheme="minorBidi"/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imes12">
    <w:name w:val="Times 12"/>
    <w:aliases w:val="Double"/>
    <w:basedOn w:val="Normal"/>
    <w:link w:val="Times12Char"/>
    <w:qFormat/>
    <w:rsid w:val="00A312EF"/>
    <w:pPr>
      <w:spacing w:line="480" w:lineRule="auto"/>
    </w:pPr>
    <w:rPr>
      <w:rFonts w:eastAsiaTheme="minorHAnsi"/>
    </w:rPr>
  </w:style>
  <w:style w:type="character" w:customStyle="1" w:styleId="Times12Char">
    <w:name w:val="Times 12 Char"/>
    <w:aliases w:val="Double Char"/>
    <w:basedOn w:val="DefaultParagraphFont"/>
    <w:link w:val="Times12"/>
    <w:rsid w:val="00A312EF"/>
    <w:rPr>
      <w:rFonts w:ascii="Times New Roman" w:eastAsiaTheme="minorHAnsi" w:hAnsi="Times New Roman"/>
      <w:sz w:val="24"/>
      <w:szCs w:val="24"/>
    </w:rPr>
  </w:style>
  <w:style w:type="table" w:customStyle="1" w:styleId="PlainTable51">
    <w:name w:val="Plain Table 51"/>
    <w:basedOn w:val="TableNormal"/>
    <w:uiPriority w:val="45"/>
    <w:rsid w:val="00240789"/>
    <w:rPr>
      <w:rFonts w:asciiTheme="minorHAnsi" w:eastAsiaTheme="minorHAnsi" w:hAnsiTheme="minorHAnsi" w:cstheme="minorBidi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342E"/>
    <w:rPr>
      <w:color w:val="605E5C"/>
      <w:shd w:val="clear" w:color="auto" w:fill="E1DFDD"/>
    </w:rPr>
  </w:style>
  <w:style w:type="paragraph" w:customStyle="1" w:styleId="CharChar4">
    <w:name w:val="Char Char4"/>
    <w:basedOn w:val="Normal"/>
    <w:rsid w:val="000F239E"/>
    <w:pPr>
      <w:snapToGrid w:val="0"/>
      <w:spacing w:after="160" w:line="360" w:lineRule="auto"/>
    </w:pPr>
    <w:rPr>
      <w:kern w:val="2"/>
      <w:sz w:val="21"/>
      <w:szCs w:val="20"/>
      <w:lang w:val="en-GB" w:eastAsia="en-GB"/>
    </w:rPr>
  </w:style>
  <w:style w:type="character" w:customStyle="1" w:styleId="gt-baf-cellgt-baf-word-clickable">
    <w:name w:val="gt-baf-cell gt-baf-word-clickable"/>
    <w:basedOn w:val="DefaultParagraphFont"/>
    <w:rsid w:val="002B34B8"/>
  </w:style>
  <w:style w:type="paragraph" w:customStyle="1" w:styleId="Char7">
    <w:name w:val="Char"/>
    <w:basedOn w:val="Normal"/>
    <w:rsid w:val="002B34B8"/>
    <w:pPr>
      <w:snapToGrid w:val="0"/>
      <w:spacing w:after="160" w:line="360" w:lineRule="auto"/>
    </w:pPr>
    <w:rPr>
      <w:kern w:val="2"/>
      <w:sz w:val="21"/>
      <w:szCs w:val="20"/>
      <w:lang w:val="en-GB" w:eastAsia="en-GB"/>
    </w:rPr>
  </w:style>
  <w:style w:type="paragraph" w:customStyle="1" w:styleId="msolistparagraph0">
    <w:name w:val="msolistparagraph"/>
    <w:basedOn w:val="Normal"/>
    <w:rsid w:val="002B34B8"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af2">
    <w:name w:val="修订"/>
    <w:hidden/>
    <w:uiPriority w:val="99"/>
    <w:semiHidden/>
    <w:rsid w:val="002B34B8"/>
    <w:rPr>
      <w:rFonts w:ascii="Times New Roman" w:hAnsi="Times New Roman"/>
      <w:kern w:val="2"/>
      <w:sz w:val="21"/>
      <w:szCs w:val="24"/>
      <w:lang w:eastAsia="zh-CN"/>
    </w:rPr>
  </w:style>
  <w:style w:type="character" w:customStyle="1" w:styleId="None">
    <w:name w:val="None"/>
    <w:rsid w:val="002B34B8"/>
  </w:style>
  <w:style w:type="paragraph" w:customStyle="1" w:styleId="1f3">
    <w:name w:val="正文1"/>
    <w:rsid w:val="002B34B8"/>
    <w:pPr>
      <w:widowControl w:val="0"/>
      <w:jc w:val="both"/>
    </w:pPr>
    <w:rPr>
      <w:rFonts w:ascii="Times New Roman" w:eastAsia="Arial Unicode MS" w:hAnsi="Times New Roman" w:cs="Arial Unicode MS"/>
      <w:color w:val="000000"/>
      <w:kern w:val="2"/>
      <w:sz w:val="21"/>
      <w:szCs w:val="21"/>
      <w:u w:color="000000"/>
      <w:lang w:eastAsia="en-GB"/>
    </w:rPr>
  </w:style>
  <w:style w:type="character" w:customStyle="1" w:styleId="high-light-bg4">
    <w:name w:val="high-light-bg4"/>
    <w:basedOn w:val="DefaultParagraphFont"/>
    <w:rsid w:val="002265A8"/>
  </w:style>
  <w:style w:type="paragraph" w:customStyle="1" w:styleId="ordinary-output">
    <w:name w:val="ordinary-output"/>
    <w:basedOn w:val="Normal"/>
    <w:rsid w:val="002265A8"/>
    <w:pPr>
      <w:spacing w:before="100" w:beforeAutospacing="1" w:after="75" w:line="330" w:lineRule="atLeast"/>
    </w:pPr>
    <w:rPr>
      <w:rFonts w:ascii="SimSun" w:hAnsi="SimSun" w:cs="SimSun"/>
      <w:color w:val="333333"/>
      <w:sz w:val="27"/>
      <w:szCs w:val="27"/>
      <w:lang w:eastAsia="zh-CN"/>
    </w:rPr>
  </w:style>
  <w:style w:type="character" w:customStyle="1" w:styleId="mb1">
    <w:name w:val="mb1"/>
    <w:rsid w:val="002265A8"/>
    <w:rPr>
      <w:rFonts w:ascii="Arial Unicode MS" w:eastAsia="Arial Unicode MS" w:hAnsi="Arial Unicode MS" w:cs="Arial Unicode MS" w:hint="eastAsia"/>
      <w:vanish w:val="0"/>
      <w:webHidden w:val="0"/>
      <w:shd w:val="clear" w:color="auto" w:fill="auto"/>
      <w:specVanish w:val="0"/>
    </w:rPr>
  </w:style>
  <w:style w:type="character" w:customStyle="1" w:styleId="atn">
    <w:name w:val="atn"/>
    <w:rsid w:val="002265A8"/>
  </w:style>
  <w:style w:type="character" w:customStyle="1" w:styleId="zoned-label1">
    <w:name w:val="zoned-label1"/>
    <w:basedOn w:val="DefaultParagraphFont"/>
    <w:rsid w:val="002265A8"/>
  </w:style>
  <w:style w:type="character" w:customStyle="1" w:styleId="reantrans-label">
    <w:name w:val="reantrans-label"/>
    <w:basedOn w:val="DefaultParagraphFont"/>
    <w:rsid w:val="002265A8"/>
  </w:style>
  <w:style w:type="character" w:customStyle="1" w:styleId="fulltext-graphictext">
    <w:name w:val="fulltext-graphictext"/>
    <w:rsid w:val="009B426E"/>
    <w:rPr>
      <w:rFonts w:ascii="Times New Roman" w:hAnsi="Times New Roman" w:cs="Times New Roman" w:hint="default"/>
    </w:rPr>
  </w:style>
  <w:style w:type="character" w:customStyle="1" w:styleId="normalchar1">
    <w:name w:val="normal__char1"/>
    <w:rsid w:val="009B426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tyle271">
    <w:name w:val="style271"/>
    <w:rsid w:val="006A239D"/>
    <w:rPr>
      <w:rFonts w:ascii="Trebuchet MS" w:hAnsi="Trebuchet MS" w:hint="default"/>
    </w:rPr>
  </w:style>
  <w:style w:type="character" w:customStyle="1" w:styleId="trans">
    <w:name w:val="trans"/>
    <w:rsid w:val="006A239D"/>
  </w:style>
  <w:style w:type="paragraph" w:styleId="List2">
    <w:name w:val="List 2"/>
    <w:basedOn w:val="Normal"/>
    <w:uiPriority w:val="99"/>
    <w:unhideWhenUsed/>
    <w:locked/>
    <w:rsid w:val="00ED4C70"/>
    <w:pPr>
      <w:spacing w:after="200" w:line="276" w:lineRule="auto"/>
      <w:ind w:left="720" w:hanging="36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3">
    <w:name w:val="List 3"/>
    <w:basedOn w:val="Normal"/>
    <w:uiPriority w:val="99"/>
    <w:unhideWhenUsed/>
    <w:locked/>
    <w:rsid w:val="00ED4C70"/>
    <w:pPr>
      <w:spacing w:after="200" w:line="276" w:lineRule="auto"/>
      <w:ind w:left="1080" w:hanging="36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Bullet2">
    <w:name w:val="List Bullet 2"/>
    <w:basedOn w:val="Normal"/>
    <w:uiPriority w:val="99"/>
    <w:unhideWhenUsed/>
    <w:locked/>
    <w:rsid w:val="00ED4C70"/>
    <w:pPr>
      <w:numPr>
        <w:numId w:val="4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Bullet3">
    <w:name w:val="List Bullet 3"/>
    <w:basedOn w:val="Normal"/>
    <w:uiPriority w:val="99"/>
    <w:unhideWhenUsed/>
    <w:locked/>
    <w:rsid w:val="00ED4C70"/>
    <w:pPr>
      <w:numPr>
        <w:numId w:val="5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Number">
    <w:name w:val="List Number"/>
    <w:basedOn w:val="Normal"/>
    <w:uiPriority w:val="99"/>
    <w:unhideWhenUsed/>
    <w:locked/>
    <w:rsid w:val="00ED4C7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Number2">
    <w:name w:val="List Number 2"/>
    <w:basedOn w:val="Normal"/>
    <w:uiPriority w:val="99"/>
    <w:unhideWhenUsed/>
    <w:locked/>
    <w:rsid w:val="00ED4C7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Number3">
    <w:name w:val="List Number 3"/>
    <w:basedOn w:val="Normal"/>
    <w:uiPriority w:val="99"/>
    <w:unhideWhenUsed/>
    <w:locked/>
    <w:rsid w:val="00ED4C70"/>
    <w:pPr>
      <w:numPr>
        <w:numId w:val="8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Continue">
    <w:name w:val="List Continue"/>
    <w:basedOn w:val="Normal"/>
    <w:uiPriority w:val="99"/>
    <w:unhideWhenUsed/>
    <w:locked/>
    <w:rsid w:val="00ED4C70"/>
    <w:pPr>
      <w:spacing w:after="120" w:line="276" w:lineRule="auto"/>
      <w:ind w:left="36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Continue2">
    <w:name w:val="List Continue 2"/>
    <w:basedOn w:val="Normal"/>
    <w:uiPriority w:val="99"/>
    <w:unhideWhenUsed/>
    <w:locked/>
    <w:rsid w:val="00ED4C70"/>
    <w:pPr>
      <w:spacing w:after="12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ListContinue3">
    <w:name w:val="List Continue 3"/>
    <w:basedOn w:val="Normal"/>
    <w:uiPriority w:val="99"/>
    <w:unhideWhenUsed/>
    <w:locked/>
    <w:rsid w:val="00ED4C70"/>
    <w:pPr>
      <w:spacing w:after="120" w:line="276" w:lineRule="auto"/>
      <w:ind w:left="108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MacroText">
    <w:name w:val="macro"/>
    <w:link w:val="MacroTextChar"/>
    <w:uiPriority w:val="99"/>
    <w:unhideWhenUsed/>
    <w:locked/>
    <w:rsid w:val="00ED4C70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ED4C70"/>
    <w:rPr>
      <w:rFonts w:ascii="Courier" w:eastAsiaTheme="minorEastAsia" w:hAnsi="Courier" w:cstheme="minorBidi"/>
      <w:sz w:val="20"/>
      <w:szCs w:val="20"/>
    </w:rPr>
  </w:style>
  <w:style w:type="character" w:styleId="Strong">
    <w:name w:val="Strong"/>
    <w:basedOn w:val="DefaultParagraphFont"/>
    <w:uiPriority w:val="22"/>
    <w:qFormat/>
    <w:rsid w:val="00ED4C70"/>
    <w:rPr>
      <w:b/>
      <w:bCs/>
    </w:rPr>
  </w:style>
  <w:style w:type="table" w:styleId="LightShading">
    <w:name w:val="Light Shading"/>
    <w:basedOn w:val="TableNormal"/>
    <w:uiPriority w:val="60"/>
    <w:rsid w:val="00ED4C70"/>
    <w:rPr>
      <w:rFonts w:asciiTheme="minorHAnsi" w:eastAsiaTheme="minorEastAsia" w:hAnsiTheme="minorHAnsi" w:cstheme="minorBid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D4C70"/>
    <w:rPr>
      <w:rFonts w:asciiTheme="minorHAnsi" w:eastAsiaTheme="minorEastAsia" w:hAnsiTheme="minorHAnsi" w:cstheme="minorBidi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ED4C70"/>
    <w:rPr>
      <w:rFonts w:asciiTheme="minorHAnsi" w:eastAsiaTheme="minorEastAsia" w:hAnsiTheme="minorHAnsi" w:cstheme="minorBidi"/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ED4C70"/>
    <w:rPr>
      <w:rFonts w:asciiTheme="minorHAnsi" w:eastAsiaTheme="minorEastAsia" w:hAnsiTheme="minorHAnsi" w:cstheme="minorBidi"/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ED4C70"/>
    <w:rPr>
      <w:rFonts w:asciiTheme="minorHAnsi" w:eastAsiaTheme="minorEastAsia" w:hAnsiTheme="minorHAnsi" w:cstheme="minorBidi"/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ED4C70"/>
    <w:rPr>
      <w:rFonts w:asciiTheme="minorHAnsi" w:eastAsiaTheme="minorEastAsia" w:hAnsiTheme="minorHAnsi" w:cstheme="minorBidi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ED4C70"/>
    <w:rPr>
      <w:rFonts w:asciiTheme="minorHAnsi" w:eastAsiaTheme="minorEastAsia" w:hAnsiTheme="minorHAnsi" w:cstheme="minorBidi"/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ED4C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">
    <w:name w:val="Medium Grid 3 Accent 6"/>
    <w:basedOn w:val="TableNormal"/>
    <w:uiPriority w:val="69"/>
    <w:rsid w:val="00ED4C70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ED4C70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ED4C70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ED4C70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ED4C70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ED4C70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ED4C70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ED4C70"/>
    <w:rPr>
      <w:rFonts w:asciiTheme="minorHAnsi" w:eastAsiaTheme="minorEastAsia" w:hAnsiTheme="minorHAnsi" w:cstheme="minorBidi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ED4C70"/>
    <w:rPr>
      <w:rFonts w:asciiTheme="minorHAnsi" w:eastAsiaTheme="minorEastAsia" w:hAnsiTheme="minorHAnsi" w:cstheme="minorBid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ref-compare">
    <w:name w:val="ref-compare"/>
    <w:basedOn w:val="Normal"/>
    <w:rsid w:val="00ED4C70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231F20"/>
      <w:sz w:val="20"/>
      <w:szCs w:val="22"/>
    </w:rPr>
  </w:style>
  <w:style w:type="paragraph" w:customStyle="1" w:styleId="ref-notfound">
    <w:name w:val="ref-notfound"/>
    <w:basedOn w:val="Normal"/>
    <w:rsid w:val="00ED4C70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FF0000"/>
      <w:sz w:val="20"/>
      <w:szCs w:val="22"/>
    </w:rPr>
  </w:style>
  <w:style w:type="paragraph" w:customStyle="1" w:styleId="ref-mismatch">
    <w:name w:val="ref-mismatch"/>
    <w:basedOn w:val="Normal"/>
    <w:rsid w:val="00ED4C70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800080"/>
      <w:sz w:val="20"/>
      <w:szCs w:val="22"/>
    </w:rPr>
  </w:style>
  <w:style w:type="paragraph" w:customStyle="1" w:styleId="ref-multisite">
    <w:name w:val="ref-multisite"/>
    <w:basedOn w:val="Normal"/>
    <w:rsid w:val="00ED4C70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FF8C00"/>
      <w:sz w:val="20"/>
      <w:szCs w:val="22"/>
    </w:rPr>
  </w:style>
  <w:style w:type="paragraph" w:customStyle="1" w:styleId="ref-duplicate">
    <w:name w:val="ref-duplicate"/>
    <w:basedOn w:val="Normal"/>
    <w:rsid w:val="00ED4C70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006400"/>
      <w:sz w:val="20"/>
      <w:szCs w:val="22"/>
    </w:rPr>
  </w:style>
  <w:style w:type="paragraph" w:customStyle="1" w:styleId="ref-qcpoint">
    <w:name w:val="ref-qcpoint"/>
    <w:basedOn w:val="Normal"/>
    <w:rsid w:val="00ED4C70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231F20"/>
      <w:sz w:val="20"/>
      <w:szCs w:val="22"/>
    </w:rPr>
  </w:style>
  <w:style w:type="paragraph" w:customStyle="1" w:styleId="ref-internalerror">
    <w:name w:val="ref-internalerror"/>
    <w:basedOn w:val="Normal"/>
    <w:rsid w:val="00ED4C70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eastAsiaTheme="minorEastAsia" w:hAnsi="Calibri" w:cstheme="minorBidi"/>
      <w:color w:val="FF0000"/>
      <w:sz w:val="20"/>
      <w:szCs w:val="22"/>
    </w:rPr>
  </w:style>
  <w:style w:type="character" w:customStyle="1" w:styleId="fname">
    <w:name w:val="fname"/>
    <w:rsid w:val="00ED4C70"/>
  </w:style>
  <w:style w:type="character" w:customStyle="1" w:styleId="lname">
    <w:name w:val="lname"/>
    <w:rsid w:val="00ED4C70"/>
  </w:style>
  <w:style w:type="character" w:customStyle="1" w:styleId="etal">
    <w:name w:val="etal"/>
    <w:rsid w:val="00ED4C70"/>
  </w:style>
  <w:style w:type="character" w:customStyle="1" w:styleId="collab">
    <w:name w:val="collab"/>
    <w:rsid w:val="00ED4C70"/>
  </w:style>
  <w:style w:type="character" w:customStyle="1" w:styleId="atitle">
    <w:name w:val="atitle"/>
    <w:rsid w:val="00ED4C70"/>
  </w:style>
  <w:style w:type="character" w:customStyle="1" w:styleId="jtitle">
    <w:name w:val="jtitle"/>
    <w:rsid w:val="00ED4C70"/>
  </w:style>
  <w:style w:type="character" w:customStyle="1" w:styleId="suppl">
    <w:name w:val="suppl"/>
    <w:rsid w:val="00ED4C70"/>
  </w:style>
  <w:style w:type="character" w:customStyle="1" w:styleId="ahead">
    <w:name w:val="ahead"/>
    <w:rsid w:val="00ED4C70"/>
  </w:style>
  <w:style w:type="character" w:customStyle="1" w:styleId="vol">
    <w:name w:val="vol"/>
    <w:rsid w:val="00ED4C70"/>
  </w:style>
  <w:style w:type="character" w:customStyle="1" w:styleId="iss">
    <w:name w:val="iss"/>
    <w:rsid w:val="00ED4C70"/>
  </w:style>
  <w:style w:type="character" w:customStyle="1" w:styleId="page">
    <w:name w:val="page"/>
    <w:rsid w:val="00ED4C70"/>
  </w:style>
  <w:style w:type="character" w:customStyle="1" w:styleId="pmid">
    <w:name w:val="pmid"/>
    <w:rsid w:val="00ED4C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70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0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27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2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9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9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9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9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9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9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9041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9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09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09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9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904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9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90434">
                                      <w:marLeft w:val="58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8" w:space="3" w:color="101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09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09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090433"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090442">
                                                      <w:marLeft w:val="58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3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090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090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809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8090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5" Type="http://schemas.openxmlformats.org/officeDocument/2006/relationships/webSettings" Target="webSettings.xml"/><Relationship Id="rId10" Type="http://schemas.openxmlformats.org/officeDocument/2006/relationships/image" Target="media/image1.ti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DBD58-ADF1-483B-9D45-5B6891602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1365</Characters>
  <Application>Microsoft Office Word</Application>
  <DocSecurity>0</DocSecurity>
  <Lines>39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2021-02-06T17:57:00Z</dcterms:created>
  <dcterms:modified xsi:type="dcterms:W3CDTF">2021-02-06T18:07:00Z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